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54134" w14:textId="33CF0E35" w:rsidR="00191D4A" w:rsidRPr="00B2123C" w:rsidRDefault="007A71C5">
      <w:pPr>
        <w:spacing w:after="40"/>
        <w:rPr>
          <w:rFonts w:ascii="Aptos" w:hAnsi="Aptos"/>
        </w:rPr>
      </w:pPr>
      <w:r w:rsidRPr="00B2123C">
        <w:rPr>
          <w:rFonts w:ascii="Aptos" w:hAnsi="Aptos"/>
          <w:b/>
          <w:color w:val="1B365D"/>
          <w:sz w:val="36"/>
        </w:rPr>
        <w:t>PGCE Secondary Beginning Teacher Progress Tracker</w:t>
      </w:r>
    </w:p>
    <w:p w14:paraId="2233366B" w14:textId="55A9EF74" w:rsidR="00191D4A" w:rsidRPr="00B2123C" w:rsidRDefault="007A71C5">
      <w:pPr>
        <w:spacing w:after="160"/>
        <w:rPr>
          <w:rFonts w:ascii="Aptos" w:hAnsi="Aptos"/>
        </w:rPr>
      </w:pPr>
      <w:r w:rsidRPr="00B2123C">
        <w:rPr>
          <w:rFonts w:ascii="Aptos" w:hAnsi="Aptos"/>
          <w:i/>
          <w:color w:val="555555"/>
          <w:sz w:val="20"/>
        </w:rPr>
        <w:t>Academic Year 2026–2027 | University of Southampton</w:t>
      </w:r>
      <w:r w:rsidR="00227F45">
        <w:rPr>
          <w:rFonts w:ascii="Aptos" w:hAnsi="Aptos"/>
          <w:i/>
          <w:color w:val="555555"/>
          <w:sz w:val="20"/>
        </w:rPr>
        <w:t>: PGCE Secondary</w:t>
      </w:r>
    </w:p>
    <w:tbl>
      <w:tblPr>
        <w:tblW w:w="9908"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406"/>
        <w:gridCol w:w="6502"/>
      </w:tblGrid>
      <w:tr w:rsidR="00191D4A" w:rsidRPr="00B2123C" w14:paraId="0BA54DA3" w14:textId="77777777" w:rsidTr="007B0A48">
        <w:trPr>
          <w:jc w:val="center"/>
        </w:trPr>
        <w:tc>
          <w:tcPr>
            <w:tcW w:w="3406" w:type="dxa"/>
            <w:shd w:val="clear" w:color="auto" w:fill="FFFFFF"/>
            <w:tcMar>
              <w:top w:w="60" w:type="dxa"/>
              <w:left w:w="80" w:type="dxa"/>
              <w:bottom w:w="60" w:type="dxa"/>
              <w:right w:w="80" w:type="dxa"/>
            </w:tcMar>
            <w:vAlign w:val="center"/>
          </w:tcPr>
          <w:p w14:paraId="21BB6823" w14:textId="1440BAFF" w:rsidR="00B2123C" w:rsidRPr="007B0A48" w:rsidRDefault="007A71C5" w:rsidP="007B0A48">
            <w:pPr>
              <w:rPr>
                <w:rFonts w:ascii="Aptos" w:hAnsi="Aptos"/>
                <w:sz w:val="20"/>
                <w:szCs w:val="28"/>
              </w:rPr>
            </w:pPr>
            <w:r w:rsidRPr="00B2123C">
              <w:rPr>
                <w:rFonts w:ascii="Aptos" w:hAnsi="Aptos"/>
                <w:b/>
                <w:sz w:val="20"/>
                <w:szCs w:val="28"/>
              </w:rPr>
              <w:t xml:space="preserve">Beginning Teacher Name: </w:t>
            </w:r>
          </w:p>
        </w:tc>
        <w:tc>
          <w:tcPr>
            <w:tcW w:w="6502" w:type="dxa"/>
            <w:shd w:val="clear" w:color="auto" w:fill="EBF3FA"/>
            <w:tcMar>
              <w:top w:w="60" w:type="dxa"/>
              <w:left w:w="80" w:type="dxa"/>
              <w:bottom w:w="60" w:type="dxa"/>
              <w:right w:w="80" w:type="dxa"/>
            </w:tcMar>
            <w:vAlign w:val="center"/>
          </w:tcPr>
          <w:p w14:paraId="2D96C236" w14:textId="0A5DA8CD" w:rsidR="00191D4A" w:rsidRPr="00B2123C" w:rsidRDefault="00191D4A" w:rsidP="007B0A48">
            <w:pPr>
              <w:rPr>
                <w:rFonts w:ascii="Aptos" w:hAnsi="Aptos"/>
              </w:rPr>
            </w:pPr>
          </w:p>
        </w:tc>
      </w:tr>
      <w:tr w:rsidR="007B0A48" w:rsidRPr="00B2123C" w14:paraId="0884640A" w14:textId="77777777" w:rsidTr="007B0A48">
        <w:trPr>
          <w:jc w:val="center"/>
        </w:trPr>
        <w:tc>
          <w:tcPr>
            <w:tcW w:w="3406" w:type="dxa"/>
            <w:shd w:val="clear" w:color="auto" w:fill="FFFFFF"/>
            <w:tcMar>
              <w:top w:w="60" w:type="dxa"/>
              <w:left w:w="80" w:type="dxa"/>
              <w:bottom w:w="60" w:type="dxa"/>
              <w:right w:w="80" w:type="dxa"/>
            </w:tcMar>
            <w:vAlign w:val="center"/>
          </w:tcPr>
          <w:p w14:paraId="6159413D" w14:textId="40C463F6" w:rsidR="007B0A48" w:rsidRPr="007B0A48" w:rsidRDefault="007B0A48" w:rsidP="007B0A48">
            <w:pPr>
              <w:rPr>
                <w:rFonts w:ascii="Aptos" w:hAnsi="Aptos"/>
                <w:sz w:val="20"/>
                <w:szCs w:val="28"/>
              </w:rPr>
            </w:pPr>
            <w:r w:rsidRPr="00B2123C">
              <w:rPr>
                <w:rFonts w:ascii="Aptos" w:hAnsi="Aptos"/>
                <w:b/>
                <w:sz w:val="20"/>
                <w:szCs w:val="28"/>
              </w:rPr>
              <w:t xml:space="preserve">PGCE Subject: </w:t>
            </w:r>
          </w:p>
        </w:tc>
        <w:tc>
          <w:tcPr>
            <w:tcW w:w="6502" w:type="dxa"/>
            <w:shd w:val="clear" w:color="auto" w:fill="EBF3FA"/>
            <w:tcMar>
              <w:top w:w="60" w:type="dxa"/>
              <w:left w:w="80" w:type="dxa"/>
              <w:bottom w:w="60" w:type="dxa"/>
              <w:right w:w="80" w:type="dxa"/>
            </w:tcMar>
            <w:vAlign w:val="center"/>
          </w:tcPr>
          <w:p w14:paraId="3828990D" w14:textId="77777777" w:rsidR="007B0A48" w:rsidRPr="00B2123C" w:rsidRDefault="007B0A48" w:rsidP="007B0A48">
            <w:pPr>
              <w:rPr>
                <w:rFonts w:ascii="Aptos" w:hAnsi="Aptos"/>
              </w:rPr>
            </w:pPr>
          </w:p>
        </w:tc>
      </w:tr>
      <w:tr w:rsidR="007B0A48" w:rsidRPr="00B2123C" w14:paraId="2C9EA73B" w14:textId="77777777" w:rsidTr="007B0A48">
        <w:trPr>
          <w:jc w:val="center"/>
        </w:trPr>
        <w:tc>
          <w:tcPr>
            <w:tcW w:w="3406" w:type="dxa"/>
            <w:shd w:val="clear" w:color="auto" w:fill="FFFFFF"/>
            <w:tcMar>
              <w:top w:w="60" w:type="dxa"/>
              <w:left w:w="80" w:type="dxa"/>
              <w:bottom w:w="60" w:type="dxa"/>
              <w:right w:w="80" w:type="dxa"/>
            </w:tcMar>
            <w:vAlign w:val="center"/>
          </w:tcPr>
          <w:p w14:paraId="0381FA1C" w14:textId="715CF14B" w:rsidR="007B0A48" w:rsidRPr="007B0A48" w:rsidRDefault="007B0A48" w:rsidP="007B0A48">
            <w:pPr>
              <w:rPr>
                <w:rFonts w:ascii="Aptos" w:hAnsi="Aptos"/>
                <w:sz w:val="20"/>
                <w:szCs w:val="28"/>
              </w:rPr>
            </w:pPr>
            <w:r w:rsidRPr="00B2123C">
              <w:rPr>
                <w:rFonts w:ascii="Aptos" w:hAnsi="Aptos"/>
                <w:b/>
                <w:sz w:val="20"/>
                <w:szCs w:val="28"/>
              </w:rPr>
              <w:t xml:space="preserve">Main Placement School: </w:t>
            </w:r>
          </w:p>
        </w:tc>
        <w:tc>
          <w:tcPr>
            <w:tcW w:w="6502" w:type="dxa"/>
            <w:shd w:val="clear" w:color="auto" w:fill="EBF3FA"/>
            <w:tcMar>
              <w:top w:w="60" w:type="dxa"/>
              <w:left w:w="80" w:type="dxa"/>
              <w:bottom w:w="60" w:type="dxa"/>
              <w:right w:w="80" w:type="dxa"/>
            </w:tcMar>
            <w:vAlign w:val="center"/>
          </w:tcPr>
          <w:p w14:paraId="2C64A870" w14:textId="77777777" w:rsidR="007B0A48" w:rsidRPr="00B2123C" w:rsidRDefault="007B0A48" w:rsidP="007B0A48">
            <w:pPr>
              <w:rPr>
                <w:rFonts w:ascii="Aptos" w:hAnsi="Aptos"/>
              </w:rPr>
            </w:pPr>
          </w:p>
        </w:tc>
      </w:tr>
      <w:tr w:rsidR="007B0A48" w:rsidRPr="00B2123C" w14:paraId="6EA9782D" w14:textId="77777777" w:rsidTr="007B0A48">
        <w:trPr>
          <w:jc w:val="center"/>
        </w:trPr>
        <w:tc>
          <w:tcPr>
            <w:tcW w:w="3406" w:type="dxa"/>
            <w:shd w:val="clear" w:color="auto" w:fill="FFFFFF"/>
            <w:tcMar>
              <w:top w:w="60" w:type="dxa"/>
              <w:left w:w="80" w:type="dxa"/>
              <w:bottom w:w="60" w:type="dxa"/>
              <w:right w:w="80" w:type="dxa"/>
            </w:tcMar>
            <w:vAlign w:val="center"/>
          </w:tcPr>
          <w:p w14:paraId="7AA73F50" w14:textId="32B2B17E" w:rsidR="007B0A48" w:rsidRPr="007B0A48" w:rsidRDefault="007B0A48" w:rsidP="007B0A48">
            <w:pPr>
              <w:rPr>
                <w:rFonts w:ascii="Aptos" w:hAnsi="Aptos"/>
                <w:sz w:val="20"/>
                <w:szCs w:val="28"/>
              </w:rPr>
            </w:pPr>
            <w:r w:rsidRPr="00B2123C">
              <w:rPr>
                <w:rFonts w:ascii="Aptos" w:hAnsi="Aptos"/>
                <w:b/>
                <w:sz w:val="20"/>
                <w:szCs w:val="28"/>
              </w:rPr>
              <w:t>Focus Placement School:</w:t>
            </w:r>
          </w:p>
        </w:tc>
        <w:tc>
          <w:tcPr>
            <w:tcW w:w="6502" w:type="dxa"/>
            <w:shd w:val="clear" w:color="auto" w:fill="EBF3FA"/>
            <w:tcMar>
              <w:top w:w="60" w:type="dxa"/>
              <w:left w:w="80" w:type="dxa"/>
              <w:bottom w:w="60" w:type="dxa"/>
              <w:right w:w="80" w:type="dxa"/>
            </w:tcMar>
            <w:vAlign w:val="center"/>
          </w:tcPr>
          <w:p w14:paraId="7D34D3AC" w14:textId="77777777" w:rsidR="007B0A48" w:rsidRPr="00B2123C" w:rsidRDefault="007B0A48" w:rsidP="007B0A48">
            <w:pPr>
              <w:rPr>
                <w:rFonts w:ascii="Aptos" w:hAnsi="Aptos"/>
              </w:rPr>
            </w:pPr>
          </w:p>
        </w:tc>
      </w:tr>
    </w:tbl>
    <w:p w14:paraId="03AE475C" w14:textId="77777777" w:rsidR="00191D4A" w:rsidRPr="00B2123C" w:rsidRDefault="00191D4A">
      <w:pPr>
        <w:spacing w:after="120"/>
        <w:rPr>
          <w:rFonts w:ascii="Aptos" w:hAnsi="Aptos"/>
        </w:rPr>
      </w:pPr>
    </w:p>
    <w:p w14:paraId="2CC584F0" w14:textId="77777777" w:rsidR="002F24F7" w:rsidRPr="002F24F7" w:rsidRDefault="007A71C5">
      <w:pPr>
        <w:spacing w:after="160"/>
        <w:rPr>
          <w:rFonts w:ascii="Aptos" w:hAnsi="Aptos"/>
          <w:b/>
          <w:bCs/>
          <w:iCs/>
          <w:color w:val="333333"/>
          <w:sz w:val="20"/>
          <w:szCs w:val="28"/>
        </w:rPr>
      </w:pPr>
      <w:r w:rsidRPr="002F24F7">
        <w:rPr>
          <w:rFonts w:ascii="Aptos" w:hAnsi="Aptos"/>
          <w:b/>
          <w:bCs/>
          <w:iCs/>
          <w:color w:val="333333"/>
          <w:sz w:val="20"/>
          <w:szCs w:val="28"/>
        </w:rPr>
        <w:t xml:space="preserve">Instructions &amp; QTS Requirement: </w:t>
      </w:r>
    </w:p>
    <w:p w14:paraId="03766410" w14:textId="77777777" w:rsidR="002F24F7" w:rsidRPr="002F24F7" w:rsidRDefault="002F24F7" w:rsidP="002F24F7">
      <w:pPr>
        <w:spacing w:after="160"/>
        <w:rPr>
          <w:rFonts w:ascii="Aptos" w:hAnsi="Aptos"/>
          <w:iCs/>
          <w:color w:val="333333"/>
          <w:sz w:val="20"/>
          <w:szCs w:val="28"/>
          <w:lang w:val="en-GB"/>
        </w:rPr>
      </w:pPr>
      <w:r w:rsidRPr="002F24F7">
        <w:rPr>
          <w:rFonts w:ascii="Aptos" w:hAnsi="Aptos"/>
          <w:iCs/>
          <w:color w:val="333333"/>
          <w:sz w:val="20"/>
          <w:szCs w:val="28"/>
          <w:lang w:val="en-GB"/>
        </w:rPr>
        <w:t>This document has been designed to enable beginning teachers to closely monitor their progress throughout the programme and identify targets that will enable them to develop their practice further.  Beginning teachers are encouraged to take ownership of the document as they continue to manage their progress effectively.</w:t>
      </w:r>
    </w:p>
    <w:p w14:paraId="3720C5C7" w14:textId="00B7DC0D" w:rsidR="002F24F7" w:rsidRDefault="002F24F7" w:rsidP="002F24F7">
      <w:pPr>
        <w:spacing w:after="160"/>
        <w:rPr>
          <w:rFonts w:ascii="Aptos" w:hAnsi="Aptos"/>
          <w:i/>
          <w:color w:val="333333"/>
          <w:sz w:val="20"/>
          <w:szCs w:val="28"/>
        </w:rPr>
      </w:pPr>
      <w:r w:rsidRPr="002F24F7">
        <w:rPr>
          <w:rFonts w:ascii="Aptos" w:hAnsi="Aptos"/>
          <w:iCs/>
          <w:color w:val="333333"/>
          <w:sz w:val="20"/>
          <w:szCs w:val="28"/>
          <w:lang w:val="en-GB"/>
        </w:rPr>
        <w:t xml:space="preserve">At the end of the programme, this document will contribute towards the decision as to whether or not to recommend the beginning teacher for the award of QTS. </w:t>
      </w:r>
      <w:r w:rsidRPr="002F24F7">
        <w:rPr>
          <w:rFonts w:ascii="Aptos" w:hAnsi="Aptos"/>
          <w:iCs/>
          <w:color w:val="333333"/>
          <w:sz w:val="20"/>
          <w:szCs w:val="28"/>
        </w:rPr>
        <w:t>By the end of the programme, all statements in the Developing/Emerging (Early/Middle ITE) column and Securing Practice (Middle/Later ITE) column must be highlighted to support recommendations for QTS. In the first term it would be appropriate for only comments in the left</w:t>
      </w:r>
      <w:r w:rsidR="00594624">
        <w:rPr>
          <w:rFonts w:ascii="Aptos" w:hAnsi="Aptos"/>
          <w:iCs/>
          <w:color w:val="333333"/>
          <w:sz w:val="20"/>
          <w:szCs w:val="28"/>
        </w:rPr>
        <w:t>-</w:t>
      </w:r>
      <w:r w:rsidRPr="002F24F7">
        <w:rPr>
          <w:rFonts w:ascii="Aptos" w:hAnsi="Aptos"/>
          <w:iCs/>
          <w:color w:val="333333"/>
          <w:sz w:val="20"/>
          <w:szCs w:val="28"/>
        </w:rPr>
        <w:t>hand column to be highlighted.</w:t>
      </w:r>
      <w:r>
        <w:rPr>
          <w:rFonts w:ascii="Aptos" w:hAnsi="Aptos"/>
          <w:i/>
          <w:color w:val="333333"/>
          <w:sz w:val="20"/>
          <w:szCs w:val="28"/>
        </w:rPr>
        <w:t xml:space="preserve"> </w:t>
      </w:r>
    </w:p>
    <w:tbl>
      <w:tblPr>
        <w:tblW w:w="10206"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402"/>
        <w:gridCol w:w="3402"/>
        <w:gridCol w:w="3402"/>
      </w:tblGrid>
      <w:tr w:rsidR="00BF56B5" w:rsidRPr="00B2123C" w14:paraId="3F019825" w14:textId="77777777" w:rsidTr="00520B74">
        <w:trPr>
          <w:tblHeader/>
          <w:jc w:val="center"/>
        </w:trPr>
        <w:tc>
          <w:tcPr>
            <w:tcW w:w="3402" w:type="dxa"/>
            <w:shd w:val="clear" w:color="auto" w:fill="1B365D"/>
            <w:tcMar>
              <w:top w:w="80" w:type="dxa"/>
              <w:left w:w="80" w:type="dxa"/>
              <w:bottom w:w="80" w:type="dxa"/>
              <w:right w:w="80" w:type="dxa"/>
            </w:tcMar>
          </w:tcPr>
          <w:p w14:paraId="46943774" w14:textId="77777777" w:rsidR="00BF56B5" w:rsidRPr="00B2123C" w:rsidRDefault="00BF56B5" w:rsidP="00F01F6B">
            <w:pPr>
              <w:spacing w:after="0"/>
              <w:jc w:val="center"/>
              <w:rPr>
                <w:rFonts w:ascii="Aptos" w:hAnsi="Aptos"/>
                <w:b/>
                <w:color w:val="FFFFFF"/>
                <w:sz w:val="18"/>
              </w:rPr>
            </w:pPr>
            <w:r w:rsidRPr="00B2123C">
              <w:rPr>
                <w:rFonts w:ascii="Aptos" w:hAnsi="Aptos"/>
                <w:b/>
                <w:color w:val="FFFFFF"/>
                <w:sz w:val="18"/>
              </w:rPr>
              <w:t>Emerging/Developing Practice</w:t>
            </w:r>
          </w:p>
          <w:p w14:paraId="3F203242" w14:textId="77777777" w:rsidR="00BF56B5" w:rsidRPr="00B2123C" w:rsidRDefault="00BF56B5" w:rsidP="00F01F6B">
            <w:pPr>
              <w:spacing w:after="0"/>
              <w:jc w:val="center"/>
              <w:rPr>
                <w:rFonts w:ascii="Aptos" w:hAnsi="Aptos"/>
              </w:rPr>
            </w:pPr>
            <w:r w:rsidRPr="00B2123C">
              <w:rPr>
                <w:rFonts w:ascii="Aptos" w:hAnsi="Aptos"/>
                <w:bCs/>
                <w:i/>
                <w:iCs/>
                <w:color w:val="FFFFFF"/>
                <w:sz w:val="18"/>
              </w:rPr>
              <w:t>(Early / Middle ITE)</w:t>
            </w:r>
          </w:p>
        </w:tc>
        <w:tc>
          <w:tcPr>
            <w:tcW w:w="3402" w:type="dxa"/>
            <w:tcBorders>
              <w:right w:val="single" w:sz="12" w:space="0" w:color="auto"/>
            </w:tcBorders>
            <w:shd w:val="clear" w:color="auto" w:fill="1B365D"/>
            <w:tcMar>
              <w:top w:w="80" w:type="dxa"/>
              <w:left w:w="80" w:type="dxa"/>
              <w:bottom w:w="80" w:type="dxa"/>
              <w:right w:w="80" w:type="dxa"/>
            </w:tcMar>
          </w:tcPr>
          <w:p w14:paraId="5134F501" w14:textId="77777777" w:rsidR="00BF56B5" w:rsidRPr="00B2123C" w:rsidRDefault="00BF56B5" w:rsidP="00F01F6B">
            <w:pPr>
              <w:spacing w:after="0"/>
              <w:jc w:val="center"/>
              <w:rPr>
                <w:rFonts w:ascii="Aptos" w:hAnsi="Aptos"/>
                <w:b/>
                <w:color w:val="FFFFFF"/>
                <w:sz w:val="18"/>
              </w:rPr>
            </w:pPr>
            <w:r w:rsidRPr="00B2123C">
              <w:rPr>
                <w:rFonts w:ascii="Aptos" w:hAnsi="Aptos"/>
                <w:b/>
                <w:color w:val="FFFFFF"/>
                <w:sz w:val="18"/>
              </w:rPr>
              <w:t>Securing Practice</w:t>
            </w:r>
          </w:p>
          <w:p w14:paraId="77A7F7D5" w14:textId="77777777" w:rsidR="00BF56B5" w:rsidRPr="00B2123C" w:rsidRDefault="00BF56B5" w:rsidP="00F01F6B">
            <w:pPr>
              <w:spacing w:after="0"/>
              <w:jc w:val="center"/>
              <w:rPr>
                <w:rFonts w:ascii="Aptos" w:hAnsi="Aptos"/>
              </w:rPr>
            </w:pPr>
            <w:r w:rsidRPr="00B2123C">
              <w:rPr>
                <w:rFonts w:ascii="Aptos" w:hAnsi="Aptos"/>
                <w:bCs/>
                <w:i/>
                <w:iCs/>
                <w:color w:val="FFFFFF"/>
                <w:sz w:val="18"/>
              </w:rPr>
              <w:t>(Middle / Later ITE)</w:t>
            </w:r>
          </w:p>
        </w:tc>
        <w:tc>
          <w:tcPr>
            <w:tcW w:w="3402" w:type="dxa"/>
            <w:tcBorders>
              <w:left w:val="single" w:sz="12" w:space="0" w:color="auto"/>
            </w:tcBorders>
            <w:shd w:val="clear" w:color="auto" w:fill="1B365D"/>
            <w:tcMar>
              <w:top w:w="80" w:type="dxa"/>
              <w:left w:w="80" w:type="dxa"/>
              <w:bottom w:w="80" w:type="dxa"/>
              <w:right w:w="80" w:type="dxa"/>
            </w:tcMar>
          </w:tcPr>
          <w:p w14:paraId="01DBA9BB" w14:textId="77777777" w:rsidR="00BF56B5" w:rsidRPr="00B2123C" w:rsidRDefault="00BF56B5" w:rsidP="00F01F6B">
            <w:pPr>
              <w:spacing w:after="0"/>
              <w:jc w:val="center"/>
              <w:rPr>
                <w:rFonts w:ascii="Aptos" w:hAnsi="Aptos"/>
                <w:b/>
                <w:color w:val="FFFFFF"/>
                <w:sz w:val="18"/>
              </w:rPr>
            </w:pPr>
            <w:r w:rsidRPr="00B2123C">
              <w:rPr>
                <w:rFonts w:ascii="Aptos" w:hAnsi="Aptos"/>
                <w:b/>
                <w:color w:val="FFFFFF"/>
                <w:sz w:val="18"/>
              </w:rPr>
              <w:t>Established/High Impact Practice</w:t>
            </w:r>
          </w:p>
          <w:p w14:paraId="630B2E71" w14:textId="77777777" w:rsidR="00BF56B5" w:rsidRPr="00B2123C" w:rsidRDefault="00BF56B5" w:rsidP="00F01F6B">
            <w:pPr>
              <w:spacing w:after="0"/>
              <w:jc w:val="center"/>
              <w:rPr>
                <w:rFonts w:ascii="Aptos" w:hAnsi="Aptos"/>
              </w:rPr>
            </w:pPr>
            <w:r w:rsidRPr="00B2123C">
              <w:rPr>
                <w:rFonts w:ascii="Aptos" w:hAnsi="Aptos"/>
                <w:bCs/>
                <w:i/>
                <w:iCs/>
                <w:color w:val="FFFFFF"/>
                <w:sz w:val="18"/>
              </w:rPr>
              <w:t>(Later ITE / ECT)</w:t>
            </w:r>
          </w:p>
        </w:tc>
      </w:tr>
      <w:tr w:rsidR="00BF56B5" w:rsidRPr="00B2123C" w14:paraId="075A5471" w14:textId="77777777" w:rsidTr="003B454C">
        <w:trPr>
          <w:cantSplit/>
          <w:jc w:val="center"/>
        </w:trPr>
        <w:tc>
          <w:tcPr>
            <w:tcW w:w="3402" w:type="dxa"/>
            <w:shd w:val="clear" w:color="auto" w:fill="92D050"/>
            <w:tcMar>
              <w:top w:w="60" w:type="dxa"/>
              <w:left w:w="80" w:type="dxa"/>
              <w:bottom w:w="60" w:type="dxa"/>
              <w:right w:w="80" w:type="dxa"/>
            </w:tcMar>
          </w:tcPr>
          <w:p w14:paraId="3B368DEC" w14:textId="77777777" w:rsidR="00BF56B5" w:rsidRPr="001F6C18" w:rsidRDefault="00BF56B5" w:rsidP="00F01F6B">
            <w:pPr>
              <w:spacing w:after="0"/>
              <w:rPr>
                <w:rFonts w:ascii="Aptos" w:hAnsi="Aptos"/>
                <w:sz w:val="20"/>
                <w:szCs w:val="20"/>
              </w:rPr>
            </w:pPr>
            <w:r w:rsidRPr="001F6C18">
              <w:rPr>
                <w:rFonts w:ascii="Aptos" w:hAnsi="Aptos"/>
                <w:sz w:val="20"/>
                <w:szCs w:val="20"/>
              </w:rPr>
              <w:t>The beginning teacher uses some teaching approaches and strategies with support and with some positive impact on pupils’ learning.</w:t>
            </w:r>
          </w:p>
        </w:tc>
        <w:tc>
          <w:tcPr>
            <w:tcW w:w="3402" w:type="dxa"/>
            <w:tcBorders>
              <w:right w:val="single" w:sz="12" w:space="0" w:color="auto"/>
            </w:tcBorders>
            <w:shd w:val="clear" w:color="auto" w:fill="92D050"/>
            <w:tcMar>
              <w:top w:w="60" w:type="dxa"/>
              <w:left w:w="80" w:type="dxa"/>
              <w:bottom w:w="60" w:type="dxa"/>
              <w:right w:w="80" w:type="dxa"/>
            </w:tcMar>
          </w:tcPr>
          <w:p w14:paraId="36EF5F57" w14:textId="77777777" w:rsidR="00BF56B5" w:rsidRPr="001F6C18" w:rsidRDefault="00BF56B5" w:rsidP="00F01F6B">
            <w:pPr>
              <w:spacing w:after="0"/>
              <w:rPr>
                <w:rFonts w:ascii="Aptos" w:hAnsi="Aptos"/>
                <w:sz w:val="20"/>
                <w:szCs w:val="20"/>
              </w:rPr>
            </w:pPr>
            <w:r w:rsidRPr="001F6C18">
              <w:rPr>
                <w:rFonts w:ascii="Aptos" w:hAnsi="Aptos"/>
                <w:sz w:val="20"/>
                <w:szCs w:val="20"/>
              </w:rPr>
              <w:t>The beginning teacher draws from a wider range of teaching approaches and strategies with some support and with an increasingly positive impact on pupils’ learning.</w:t>
            </w:r>
          </w:p>
        </w:tc>
        <w:tc>
          <w:tcPr>
            <w:tcW w:w="3402" w:type="dxa"/>
            <w:tcBorders>
              <w:left w:val="single" w:sz="12" w:space="0" w:color="auto"/>
            </w:tcBorders>
            <w:shd w:val="clear" w:color="auto" w:fill="FFFFFF"/>
            <w:tcMar>
              <w:top w:w="60" w:type="dxa"/>
              <w:left w:w="80" w:type="dxa"/>
              <w:bottom w:w="60" w:type="dxa"/>
              <w:right w:w="80" w:type="dxa"/>
            </w:tcMar>
          </w:tcPr>
          <w:p w14:paraId="182966D2" w14:textId="77777777" w:rsidR="00BF56B5" w:rsidRPr="001F6C18" w:rsidRDefault="00BF56B5" w:rsidP="00F01F6B">
            <w:pPr>
              <w:spacing w:after="0"/>
              <w:rPr>
                <w:rFonts w:ascii="Aptos" w:hAnsi="Aptos"/>
                <w:sz w:val="20"/>
                <w:szCs w:val="20"/>
              </w:rPr>
            </w:pPr>
            <w:r w:rsidRPr="001F6C18">
              <w:rPr>
                <w:rFonts w:ascii="Aptos" w:hAnsi="Aptos"/>
                <w:sz w:val="20"/>
                <w:szCs w:val="20"/>
              </w:rPr>
              <w:t>The beginning teacher reliably selects appropriate teaching approaches and strategies from a wide repertoire more independently and uses these effectively to support pupils’ learning.</w:t>
            </w:r>
          </w:p>
        </w:tc>
      </w:tr>
    </w:tbl>
    <w:p w14:paraId="03E36B33" w14:textId="77777777" w:rsidR="00BF56B5" w:rsidRDefault="00BF56B5" w:rsidP="002F24F7">
      <w:pPr>
        <w:spacing w:after="160"/>
        <w:rPr>
          <w:rFonts w:ascii="Aptos" w:hAnsi="Aptos"/>
          <w:i/>
          <w:color w:val="333333"/>
          <w:sz w:val="20"/>
          <w:szCs w:val="28"/>
        </w:rPr>
      </w:pPr>
    </w:p>
    <w:p w14:paraId="6BEC6600" w14:textId="2145B06A" w:rsidR="00BB25C6" w:rsidRDefault="002F24F7" w:rsidP="002F24F7">
      <w:pPr>
        <w:spacing w:after="160"/>
        <w:rPr>
          <w:rFonts w:ascii="Aptos" w:hAnsi="Aptos"/>
          <w:iCs/>
          <w:color w:val="333333"/>
          <w:sz w:val="20"/>
          <w:szCs w:val="28"/>
          <w:lang w:val="en-GB"/>
        </w:rPr>
      </w:pPr>
      <w:r w:rsidRPr="002F24F7">
        <w:rPr>
          <w:rFonts w:ascii="Aptos" w:hAnsi="Aptos"/>
          <w:iCs/>
          <w:color w:val="333333"/>
          <w:sz w:val="20"/>
          <w:szCs w:val="28"/>
          <w:lang w:val="en-GB"/>
        </w:rPr>
        <w:t>The document relates to the Initial Teacher Training and Early Career Framework (ITTECF), published by the DfE in 2024.</w:t>
      </w:r>
    </w:p>
    <w:p w14:paraId="35A5621A" w14:textId="3001C738" w:rsidR="001F6C18" w:rsidRDefault="001F6C18" w:rsidP="002F24F7">
      <w:pPr>
        <w:spacing w:after="160"/>
        <w:rPr>
          <w:rFonts w:ascii="Aptos" w:hAnsi="Aptos"/>
          <w:iCs/>
          <w:color w:val="333333"/>
          <w:sz w:val="20"/>
          <w:szCs w:val="28"/>
          <w:lang w:val="en-GB"/>
        </w:rPr>
      </w:pPr>
      <w:r w:rsidRPr="00B2123C">
        <w:rPr>
          <w:rFonts w:ascii="Segoe UI Emoji" w:hAnsi="Segoe UI Emoji" w:cs="Segoe UI Emoji"/>
          <w:b/>
          <w:sz w:val="20"/>
          <w:szCs w:val="28"/>
        </w:rPr>
        <w:t>🎨</w:t>
      </w:r>
      <w:r w:rsidRPr="00B2123C">
        <w:rPr>
          <w:rFonts w:ascii="Aptos" w:hAnsi="Aptos"/>
          <w:b/>
          <w:sz w:val="20"/>
          <w:szCs w:val="28"/>
        </w:rPr>
        <w:t xml:space="preserve"> Highlight Key:</w:t>
      </w:r>
    </w:p>
    <w:tbl>
      <w:tblPr>
        <w:tblStyle w:val="TableGrid"/>
        <w:tblW w:w="0" w:type="auto"/>
        <w:tblInd w:w="539" w:type="dxa"/>
        <w:tblLook w:val="04A0" w:firstRow="1" w:lastRow="0" w:firstColumn="1" w:lastColumn="0" w:noHBand="0" w:noVBand="1"/>
      </w:tblPr>
      <w:tblGrid>
        <w:gridCol w:w="3326"/>
        <w:gridCol w:w="1913"/>
      </w:tblGrid>
      <w:tr w:rsidR="007B0A48" w:rsidRPr="003D30CC" w14:paraId="77F30659" w14:textId="77777777" w:rsidTr="007B0A48">
        <w:trPr>
          <w:trHeight w:val="454"/>
        </w:trPr>
        <w:tc>
          <w:tcPr>
            <w:tcW w:w="3326" w:type="dxa"/>
            <w:vAlign w:val="center"/>
          </w:tcPr>
          <w:p w14:paraId="01650721" w14:textId="77777777" w:rsidR="007B0A48" w:rsidRPr="007B0A48" w:rsidRDefault="007B0A48" w:rsidP="00F01F6B">
            <w:pPr>
              <w:pStyle w:val="Text"/>
              <w:ind w:left="0"/>
              <w:rPr>
                <w:rFonts w:ascii="Aptos" w:hAnsi="Aptos"/>
                <w:b/>
                <w:bCs/>
                <w:sz w:val="18"/>
                <w:szCs w:val="18"/>
              </w:rPr>
            </w:pPr>
            <w:r w:rsidRPr="007B0A48">
              <w:rPr>
                <w:rFonts w:ascii="Aptos" w:hAnsi="Aptos"/>
                <w:b/>
                <w:bCs/>
                <w:sz w:val="18"/>
                <w:szCs w:val="18"/>
              </w:rPr>
              <w:t>Timing</w:t>
            </w:r>
          </w:p>
        </w:tc>
        <w:tc>
          <w:tcPr>
            <w:tcW w:w="1913" w:type="dxa"/>
            <w:vAlign w:val="center"/>
          </w:tcPr>
          <w:p w14:paraId="1BCF3A0F" w14:textId="77777777" w:rsidR="007B0A48" w:rsidRPr="007B0A48" w:rsidRDefault="007B0A48" w:rsidP="00F01F6B">
            <w:pPr>
              <w:pStyle w:val="Text"/>
              <w:ind w:left="0"/>
              <w:rPr>
                <w:rFonts w:ascii="Aptos" w:hAnsi="Aptos"/>
                <w:b/>
                <w:bCs/>
                <w:sz w:val="18"/>
                <w:szCs w:val="18"/>
              </w:rPr>
            </w:pPr>
            <w:r w:rsidRPr="007B0A48">
              <w:rPr>
                <w:rFonts w:ascii="Aptos" w:hAnsi="Aptos"/>
                <w:b/>
                <w:bCs/>
                <w:sz w:val="18"/>
                <w:szCs w:val="18"/>
              </w:rPr>
              <w:t>Colour used to highlight Tracker</w:t>
            </w:r>
          </w:p>
        </w:tc>
      </w:tr>
      <w:tr w:rsidR="007B0A48" w:rsidRPr="003D30CC" w14:paraId="13033E1C" w14:textId="77777777" w:rsidTr="007B0A48">
        <w:trPr>
          <w:trHeight w:val="454"/>
        </w:trPr>
        <w:tc>
          <w:tcPr>
            <w:tcW w:w="3326" w:type="dxa"/>
            <w:vAlign w:val="center"/>
          </w:tcPr>
          <w:p w14:paraId="414772D0" w14:textId="77777777" w:rsidR="007B0A48" w:rsidRPr="007B0A48" w:rsidRDefault="007B0A48" w:rsidP="00F01F6B">
            <w:pPr>
              <w:pStyle w:val="Text"/>
              <w:ind w:left="0"/>
              <w:rPr>
                <w:rFonts w:ascii="Aptos" w:hAnsi="Aptos"/>
                <w:sz w:val="20"/>
                <w:szCs w:val="20"/>
              </w:rPr>
            </w:pPr>
            <w:r w:rsidRPr="007B0A48">
              <w:rPr>
                <w:rFonts w:ascii="Aptos" w:hAnsi="Aptos"/>
                <w:sz w:val="20"/>
                <w:szCs w:val="20"/>
              </w:rPr>
              <w:t>October/November/December</w:t>
            </w:r>
          </w:p>
        </w:tc>
        <w:tc>
          <w:tcPr>
            <w:tcW w:w="1913" w:type="dxa"/>
            <w:shd w:val="clear" w:color="auto" w:fill="FFC000"/>
          </w:tcPr>
          <w:p w14:paraId="6D0C7C23" w14:textId="77777777" w:rsidR="007B0A48" w:rsidRPr="007B0A48" w:rsidRDefault="007B0A48" w:rsidP="00F01F6B">
            <w:pPr>
              <w:pStyle w:val="Text"/>
              <w:ind w:left="0"/>
              <w:rPr>
                <w:rFonts w:ascii="Aptos" w:hAnsi="Aptos"/>
                <w:sz w:val="18"/>
                <w:szCs w:val="18"/>
              </w:rPr>
            </w:pPr>
          </w:p>
        </w:tc>
      </w:tr>
      <w:tr w:rsidR="007B0A48" w:rsidRPr="003D30CC" w14:paraId="577CB7AA" w14:textId="77777777" w:rsidTr="007B0A48">
        <w:trPr>
          <w:trHeight w:val="454"/>
        </w:trPr>
        <w:tc>
          <w:tcPr>
            <w:tcW w:w="3326" w:type="dxa"/>
            <w:vAlign w:val="center"/>
          </w:tcPr>
          <w:p w14:paraId="7E726127" w14:textId="77777777" w:rsidR="007B0A48" w:rsidRPr="007B0A48" w:rsidRDefault="007B0A48" w:rsidP="00F01F6B">
            <w:pPr>
              <w:pStyle w:val="Text"/>
              <w:ind w:left="0"/>
              <w:rPr>
                <w:rFonts w:ascii="Aptos" w:hAnsi="Aptos"/>
                <w:sz w:val="20"/>
                <w:szCs w:val="20"/>
              </w:rPr>
            </w:pPr>
            <w:r w:rsidRPr="007B0A48">
              <w:rPr>
                <w:rFonts w:ascii="Aptos" w:hAnsi="Aptos"/>
                <w:sz w:val="20"/>
                <w:szCs w:val="20"/>
              </w:rPr>
              <w:t>January/February (Focus Placement)</w:t>
            </w:r>
          </w:p>
        </w:tc>
        <w:tc>
          <w:tcPr>
            <w:tcW w:w="1913" w:type="dxa"/>
            <w:shd w:val="clear" w:color="auto" w:fill="FFFF00"/>
          </w:tcPr>
          <w:p w14:paraId="05062316" w14:textId="77777777" w:rsidR="007B0A48" w:rsidRPr="007B0A48" w:rsidRDefault="007B0A48" w:rsidP="00F01F6B">
            <w:pPr>
              <w:pStyle w:val="Text"/>
              <w:ind w:left="0"/>
              <w:rPr>
                <w:rFonts w:ascii="Aptos" w:hAnsi="Aptos"/>
                <w:sz w:val="18"/>
                <w:szCs w:val="18"/>
              </w:rPr>
            </w:pPr>
          </w:p>
        </w:tc>
      </w:tr>
      <w:tr w:rsidR="007B0A48" w:rsidRPr="003D30CC" w14:paraId="33D78F30" w14:textId="77777777" w:rsidTr="007B0A48">
        <w:trPr>
          <w:trHeight w:val="454"/>
        </w:trPr>
        <w:tc>
          <w:tcPr>
            <w:tcW w:w="3326" w:type="dxa"/>
            <w:vAlign w:val="center"/>
          </w:tcPr>
          <w:p w14:paraId="669EE932" w14:textId="77777777" w:rsidR="007B0A48" w:rsidRPr="007B0A48" w:rsidRDefault="007B0A48" w:rsidP="00F01F6B">
            <w:pPr>
              <w:pStyle w:val="Text"/>
              <w:ind w:left="0"/>
              <w:rPr>
                <w:rFonts w:ascii="Aptos" w:hAnsi="Aptos"/>
                <w:sz w:val="20"/>
                <w:szCs w:val="20"/>
              </w:rPr>
            </w:pPr>
            <w:r w:rsidRPr="007B0A48">
              <w:rPr>
                <w:rFonts w:ascii="Aptos" w:hAnsi="Aptos"/>
                <w:sz w:val="20"/>
                <w:szCs w:val="20"/>
              </w:rPr>
              <w:t>February/March/April</w:t>
            </w:r>
          </w:p>
        </w:tc>
        <w:tc>
          <w:tcPr>
            <w:tcW w:w="1913" w:type="dxa"/>
            <w:shd w:val="clear" w:color="auto" w:fill="00B0F0"/>
          </w:tcPr>
          <w:p w14:paraId="79650757" w14:textId="77777777" w:rsidR="007B0A48" w:rsidRPr="007B0A48" w:rsidRDefault="007B0A48" w:rsidP="00F01F6B">
            <w:pPr>
              <w:pStyle w:val="Text"/>
              <w:ind w:left="0"/>
              <w:rPr>
                <w:rFonts w:ascii="Aptos" w:hAnsi="Aptos"/>
                <w:sz w:val="18"/>
                <w:szCs w:val="18"/>
              </w:rPr>
            </w:pPr>
          </w:p>
        </w:tc>
      </w:tr>
      <w:tr w:rsidR="007B0A48" w:rsidRPr="003D30CC" w14:paraId="28E65C96" w14:textId="77777777" w:rsidTr="007B0A48">
        <w:trPr>
          <w:trHeight w:val="454"/>
        </w:trPr>
        <w:tc>
          <w:tcPr>
            <w:tcW w:w="3326" w:type="dxa"/>
            <w:vAlign w:val="center"/>
          </w:tcPr>
          <w:p w14:paraId="6F9D0491" w14:textId="77777777" w:rsidR="007B0A48" w:rsidRPr="007B0A48" w:rsidRDefault="007B0A48" w:rsidP="00F01F6B">
            <w:pPr>
              <w:pStyle w:val="Text"/>
              <w:ind w:left="0"/>
              <w:rPr>
                <w:rFonts w:ascii="Aptos" w:hAnsi="Aptos"/>
                <w:sz w:val="20"/>
                <w:szCs w:val="20"/>
              </w:rPr>
            </w:pPr>
            <w:r w:rsidRPr="007B0A48">
              <w:rPr>
                <w:rFonts w:ascii="Aptos" w:hAnsi="Aptos"/>
                <w:sz w:val="20"/>
                <w:szCs w:val="20"/>
              </w:rPr>
              <w:t>May/June</w:t>
            </w:r>
          </w:p>
        </w:tc>
        <w:tc>
          <w:tcPr>
            <w:tcW w:w="1913" w:type="dxa"/>
            <w:shd w:val="clear" w:color="auto" w:fill="92D050"/>
          </w:tcPr>
          <w:p w14:paraId="75C53099" w14:textId="77777777" w:rsidR="007B0A48" w:rsidRPr="007B0A48" w:rsidRDefault="007B0A48" w:rsidP="00F01F6B">
            <w:pPr>
              <w:pStyle w:val="Text"/>
              <w:ind w:left="0"/>
              <w:rPr>
                <w:rFonts w:ascii="Aptos" w:hAnsi="Aptos"/>
                <w:sz w:val="18"/>
                <w:szCs w:val="18"/>
              </w:rPr>
            </w:pPr>
          </w:p>
        </w:tc>
      </w:tr>
      <w:tr w:rsidR="007B0A48" w:rsidRPr="003D30CC" w14:paraId="0E1E7F2D" w14:textId="77777777" w:rsidTr="007B0A48">
        <w:trPr>
          <w:trHeight w:val="454"/>
        </w:trPr>
        <w:tc>
          <w:tcPr>
            <w:tcW w:w="3326" w:type="dxa"/>
            <w:vAlign w:val="center"/>
          </w:tcPr>
          <w:p w14:paraId="287ABBD6" w14:textId="77777777" w:rsidR="007B0A48" w:rsidRPr="007B0A48" w:rsidRDefault="007B0A48" w:rsidP="00F01F6B">
            <w:pPr>
              <w:pStyle w:val="Text"/>
              <w:ind w:left="0"/>
              <w:rPr>
                <w:rFonts w:ascii="Aptos" w:hAnsi="Aptos"/>
                <w:sz w:val="20"/>
                <w:szCs w:val="20"/>
              </w:rPr>
            </w:pPr>
            <w:r w:rsidRPr="007B0A48">
              <w:rPr>
                <w:rFonts w:ascii="Aptos" w:hAnsi="Aptos"/>
                <w:sz w:val="20"/>
                <w:szCs w:val="20"/>
              </w:rPr>
              <w:t>Extended placement (if needed)</w:t>
            </w:r>
          </w:p>
        </w:tc>
        <w:tc>
          <w:tcPr>
            <w:tcW w:w="1913" w:type="dxa"/>
            <w:shd w:val="clear" w:color="auto" w:fill="FF66FF"/>
          </w:tcPr>
          <w:p w14:paraId="0784D650" w14:textId="77777777" w:rsidR="007B0A48" w:rsidRPr="007B0A48" w:rsidRDefault="007B0A48" w:rsidP="00F01F6B">
            <w:pPr>
              <w:pStyle w:val="Text"/>
              <w:ind w:left="0"/>
              <w:rPr>
                <w:rFonts w:ascii="Aptos" w:hAnsi="Aptos"/>
                <w:sz w:val="18"/>
                <w:szCs w:val="18"/>
              </w:rPr>
            </w:pPr>
          </w:p>
        </w:tc>
      </w:tr>
    </w:tbl>
    <w:p w14:paraId="6A3EC979" w14:textId="77777777" w:rsidR="002F24F7" w:rsidRDefault="002F24F7">
      <w:pPr>
        <w:spacing w:after="160"/>
        <w:rPr>
          <w:rFonts w:ascii="Aptos" w:hAnsi="Aptos"/>
          <w:i/>
          <w:color w:val="333333"/>
          <w:sz w:val="20"/>
          <w:szCs w:val="28"/>
        </w:rPr>
      </w:pPr>
    </w:p>
    <w:p w14:paraId="37A9C8C9" w14:textId="77777777" w:rsidR="00B2123C" w:rsidRDefault="00B2123C">
      <w:pPr>
        <w:rPr>
          <w:rFonts w:ascii="Aptos" w:hAnsi="Aptos"/>
          <w:i/>
          <w:color w:val="333333"/>
          <w:sz w:val="17"/>
        </w:rPr>
      </w:pPr>
      <w:r>
        <w:rPr>
          <w:rFonts w:ascii="Aptos" w:hAnsi="Aptos"/>
          <w:i/>
          <w:color w:val="333333"/>
          <w:sz w:val="17"/>
        </w:rPr>
        <w:br w:type="page"/>
      </w:r>
    </w:p>
    <w:p w14:paraId="6BCFD932" w14:textId="77777777" w:rsidR="00191D4A" w:rsidRPr="00B2123C" w:rsidRDefault="007A71C5">
      <w:pPr>
        <w:spacing w:before="200" w:after="80"/>
        <w:rPr>
          <w:rFonts w:ascii="Aptos" w:hAnsi="Aptos"/>
        </w:rPr>
      </w:pPr>
      <w:r w:rsidRPr="00B2123C">
        <w:rPr>
          <w:rFonts w:ascii="Aptos" w:hAnsi="Aptos"/>
          <w:b/>
          <w:color w:val="1B365D"/>
        </w:rPr>
        <w:lastRenderedPageBreak/>
        <w:t>1. Behaviour Management (High Expectations, S1; Managing Behaviour, S7)</w:t>
      </w:r>
    </w:p>
    <w:tbl>
      <w:tblPr>
        <w:tblW w:w="11055"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685"/>
        <w:gridCol w:w="3685"/>
        <w:gridCol w:w="3685"/>
      </w:tblGrid>
      <w:tr w:rsidR="00191D4A" w:rsidRPr="00B2123C" w14:paraId="03ACE051" w14:textId="77777777" w:rsidTr="00487486">
        <w:trPr>
          <w:tblHeader/>
          <w:jc w:val="center"/>
        </w:trPr>
        <w:tc>
          <w:tcPr>
            <w:tcW w:w="3685" w:type="dxa"/>
            <w:tcBorders>
              <w:bottom w:val="single" w:sz="4" w:space="0" w:color="D3D3D3"/>
            </w:tcBorders>
            <w:shd w:val="clear" w:color="auto" w:fill="1B365D"/>
            <w:tcMar>
              <w:top w:w="80" w:type="dxa"/>
              <w:left w:w="80" w:type="dxa"/>
              <w:bottom w:w="80" w:type="dxa"/>
              <w:right w:w="80" w:type="dxa"/>
            </w:tcMar>
          </w:tcPr>
          <w:p w14:paraId="6A8C6D63" w14:textId="75578848" w:rsidR="00AC2E41" w:rsidRPr="00B2123C" w:rsidRDefault="00AC2E41" w:rsidP="00AC2E41">
            <w:pPr>
              <w:spacing w:after="0"/>
              <w:jc w:val="center"/>
              <w:rPr>
                <w:rFonts w:ascii="Aptos" w:hAnsi="Aptos"/>
                <w:b/>
                <w:color w:val="FFFFFF"/>
                <w:sz w:val="18"/>
              </w:rPr>
            </w:pPr>
            <w:r w:rsidRPr="00B2123C">
              <w:rPr>
                <w:rFonts w:ascii="Aptos" w:hAnsi="Aptos"/>
                <w:b/>
                <w:color w:val="FFFFFF"/>
                <w:sz w:val="18"/>
              </w:rPr>
              <w:t>Emerging/Developing Practice</w:t>
            </w:r>
          </w:p>
          <w:p w14:paraId="1FCC419C" w14:textId="3987A44E" w:rsidR="00AF0042" w:rsidRPr="00AF0042" w:rsidRDefault="00AC2E41" w:rsidP="00AF0042">
            <w:pPr>
              <w:spacing w:after="0"/>
              <w:jc w:val="center"/>
              <w:rPr>
                <w:rFonts w:ascii="Aptos" w:hAnsi="Aptos"/>
                <w:bCs/>
                <w:i/>
                <w:iCs/>
                <w:color w:val="FFFFFF"/>
                <w:sz w:val="18"/>
              </w:rPr>
            </w:pPr>
            <w:r w:rsidRPr="00B2123C">
              <w:rPr>
                <w:rFonts w:ascii="Aptos" w:hAnsi="Aptos"/>
                <w:bCs/>
                <w:i/>
                <w:iCs/>
                <w:color w:val="FFFFFF"/>
                <w:sz w:val="18"/>
              </w:rPr>
              <w:t>(Early / Middle ITE)</w:t>
            </w:r>
          </w:p>
        </w:tc>
        <w:tc>
          <w:tcPr>
            <w:tcW w:w="3685" w:type="dxa"/>
            <w:tcBorders>
              <w:bottom w:val="single" w:sz="4" w:space="0" w:color="D3D3D3"/>
              <w:right w:val="single" w:sz="12" w:space="0" w:color="auto"/>
            </w:tcBorders>
            <w:shd w:val="clear" w:color="auto" w:fill="1B365D"/>
            <w:tcMar>
              <w:top w:w="80" w:type="dxa"/>
              <w:left w:w="80" w:type="dxa"/>
              <w:bottom w:w="80" w:type="dxa"/>
              <w:right w:w="80" w:type="dxa"/>
            </w:tcMar>
          </w:tcPr>
          <w:p w14:paraId="74AE0AAC" w14:textId="77777777" w:rsidR="00AC2E41" w:rsidRPr="00B2123C" w:rsidRDefault="00AC2E41" w:rsidP="00AC2E41">
            <w:pPr>
              <w:spacing w:after="0"/>
              <w:jc w:val="center"/>
              <w:rPr>
                <w:rFonts w:ascii="Aptos" w:hAnsi="Aptos"/>
                <w:b/>
                <w:color w:val="FFFFFF"/>
                <w:sz w:val="18"/>
              </w:rPr>
            </w:pPr>
            <w:r w:rsidRPr="00B2123C">
              <w:rPr>
                <w:rFonts w:ascii="Aptos" w:hAnsi="Aptos"/>
                <w:b/>
                <w:color w:val="FFFFFF"/>
                <w:sz w:val="18"/>
              </w:rPr>
              <w:t>Securing Practice</w:t>
            </w:r>
          </w:p>
          <w:p w14:paraId="79FDCD9E" w14:textId="46DA5A04" w:rsidR="00191D4A" w:rsidRPr="00B2123C" w:rsidRDefault="00AC2E41" w:rsidP="00AC2E41">
            <w:pPr>
              <w:spacing w:after="0"/>
              <w:jc w:val="center"/>
              <w:rPr>
                <w:rFonts w:ascii="Aptos" w:hAnsi="Aptos"/>
                <w:bCs/>
                <w:i/>
                <w:iCs/>
              </w:rPr>
            </w:pPr>
            <w:r w:rsidRPr="00B2123C">
              <w:rPr>
                <w:rFonts w:ascii="Aptos" w:hAnsi="Aptos"/>
                <w:bCs/>
                <w:i/>
                <w:iCs/>
                <w:color w:val="FFFFFF"/>
                <w:sz w:val="18"/>
              </w:rPr>
              <w:t>(Middle / Later ITE)</w:t>
            </w:r>
          </w:p>
        </w:tc>
        <w:tc>
          <w:tcPr>
            <w:tcW w:w="3685" w:type="dxa"/>
            <w:tcBorders>
              <w:left w:val="single" w:sz="12" w:space="0" w:color="auto"/>
            </w:tcBorders>
            <w:shd w:val="clear" w:color="auto" w:fill="1B365D"/>
            <w:tcMar>
              <w:top w:w="80" w:type="dxa"/>
              <w:left w:w="80" w:type="dxa"/>
              <w:bottom w:w="80" w:type="dxa"/>
              <w:right w:w="80" w:type="dxa"/>
            </w:tcMar>
          </w:tcPr>
          <w:p w14:paraId="6A14DE3C" w14:textId="076D0ADE" w:rsidR="00AC2E41" w:rsidRPr="00B2123C" w:rsidRDefault="00AC2E41" w:rsidP="00AC2E41">
            <w:pPr>
              <w:spacing w:after="0"/>
              <w:jc w:val="center"/>
              <w:rPr>
                <w:rFonts w:ascii="Aptos" w:hAnsi="Aptos"/>
                <w:b/>
                <w:color w:val="FFFFFF"/>
                <w:sz w:val="18"/>
              </w:rPr>
            </w:pPr>
            <w:r w:rsidRPr="00B2123C">
              <w:rPr>
                <w:rFonts w:ascii="Aptos" w:hAnsi="Aptos"/>
                <w:b/>
                <w:color w:val="FFFFFF"/>
                <w:sz w:val="18"/>
              </w:rPr>
              <w:t>Established/High Impact Practice</w:t>
            </w:r>
          </w:p>
          <w:p w14:paraId="18C61F56" w14:textId="1876D098" w:rsidR="00191D4A" w:rsidRPr="00B2123C" w:rsidRDefault="00AC2E41" w:rsidP="00AC2E41">
            <w:pPr>
              <w:spacing w:after="0"/>
              <w:jc w:val="center"/>
              <w:rPr>
                <w:rFonts w:ascii="Aptos" w:hAnsi="Aptos"/>
                <w:bCs/>
                <w:i/>
                <w:iCs/>
              </w:rPr>
            </w:pPr>
            <w:r w:rsidRPr="00B2123C">
              <w:rPr>
                <w:rFonts w:ascii="Aptos" w:hAnsi="Aptos"/>
                <w:bCs/>
                <w:i/>
                <w:iCs/>
                <w:color w:val="FFFFFF"/>
                <w:sz w:val="18"/>
              </w:rPr>
              <w:t>(Later ITE / ECT)</w:t>
            </w:r>
          </w:p>
        </w:tc>
      </w:tr>
      <w:tr w:rsidR="00E92F4D" w:rsidRPr="00B2123C" w14:paraId="46551E63" w14:textId="77777777" w:rsidTr="00487486">
        <w:trPr>
          <w:cantSplit/>
          <w:jc w:val="center"/>
        </w:trPr>
        <w:tc>
          <w:tcPr>
            <w:tcW w:w="3685" w:type="dxa"/>
            <w:shd w:val="clear" w:color="auto" w:fill="FFFFFF"/>
            <w:tcMar>
              <w:top w:w="60" w:type="dxa"/>
              <w:left w:w="80" w:type="dxa"/>
              <w:bottom w:w="60" w:type="dxa"/>
              <w:right w:w="80" w:type="dxa"/>
            </w:tcMar>
          </w:tcPr>
          <w:p w14:paraId="1A262E23" w14:textId="55436E52" w:rsidR="00E92F4D" w:rsidRPr="00A23AAB" w:rsidRDefault="00E92F4D" w:rsidP="00E92F4D">
            <w:pPr>
              <w:spacing w:after="0"/>
              <w:rPr>
                <w:rFonts w:ascii="Aptos" w:hAnsi="Aptos"/>
                <w:sz w:val="14"/>
                <w:szCs w:val="14"/>
              </w:rPr>
            </w:pPr>
            <w:r w:rsidRPr="00A23AAB">
              <w:rPr>
                <w:rFonts w:ascii="Aptos" w:hAnsi="Aptos"/>
                <w:sz w:val="14"/>
                <w:szCs w:val="14"/>
              </w:rPr>
              <w:t xml:space="preserve">Sometimes sets tasks which </w:t>
            </w:r>
            <w:r w:rsidRPr="00A23AAB">
              <w:rPr>
                <w:rFonts w:ascii="Aptos" w:hAnsi="Aptos"/>
                <w:b/>
                <w:bCs/>
                <w:sz w:val="14"/>
                <w:szCs w:val="14"/>
              </w:rPr>
              <w:t>stretch pupils,</w:t>
            </w:r>
            <w:r w:rsidRPr="00A23AAB">
              <w:rPr>
                <w:rFonts w:ascii="Aptos" w:hAnsi="Aptos"/>
                <w:sz w:val="14"/>
                <w:szCs w:val="14"/>
              </w:rPr>
              <w:t xml:space="preserve"> but which are achievable and where </w:t>
            </w:r>
            <w:r w:rsidRPr="00A23AAB">
              <w:rPr>
                <w:rFonts w:ascii="Aptos" w:hAnsi="Aptos"/>
                <w:b/>
                <w:bCs/>
                <w:sz w:val="14"/>
                <w:szCs w:val="14"/>
              </w:rPr>
              <w:t>effort is encouraged</w:t>
            </w:r>
            <w:r w:rsidRPr="00A23AAB">
              <w:rPr>
                <w:rFonts w:ascii="Aptos" w:hAnsi="Aptos"/>
                <w:sz w:val="14"/>
                <w:szCs w:val="14"/>
              </w:rPr>
              <w:t xml:space="preserve"> and </w:t>
            </w:r>
            <w:r w:rsidRPr="00A23AAB">
              <w:rPr>
                <w:rFonts w:ascii="Aptos" w:hAnsi="Aptos"/>
                <w:b/>
                <w:bCs/>
                <w:sz w:val="14"/>
                <w:szCs w:val="14"/>
              </w:rPr>
              <w:t>mistakes are seen as an opportunity to learn</w:t>
            </w:r>
            <w:r w:rsidRPr="00A23AAB">
              <w:rPr>
                <w:rFonts w:ascii="Aptos" w:hAnsi="Aptos"/>
                <w:sz w:val="14"/>
                <w:szCs w:val="14"/>
              </w:rPr>
              <w:t xml:space="preserve">. </w:t>
            </w:r>
          </w:p>
        </w:tc>
        <w:tc>
          <w:tcPr>
            <w:tcW w:w="3685" w:type="dxa"/>
            <w:tcBorders>
              <w:right w:val="single" w:sz="12" w:space="0" w:color="auto"/>
            </w:tcBorders>
            <w:shd w:val="clear" w:color="auto" w:fill="FFFFFF"/>
            <w:tcMar>
              <w:top w:w="60" w:type="dxa"/>
              <w:left w:w="80" w:type="dxa"/>
              <w:bottom w:w="60" w:type="dxa"/>
              <w:right w:w="80" w:type="dxa"/>
            </w:tcMar>
          </w:tcPr>
          <w:p w14:paraId="45C4BCB9" w14:textId="16EC31C2" w:rsidR="00E92F4D" w:rsidRPr="00A23AAB" w:rsidRDefault="00E92F4D" w:rsidP="00E92F4D">
            <w:pPr>
              <w:spacing w:after="0"/>
              <w:rPr>
                <w:rFonts w:ascii="Aptos" w:hAnsi="Aptos"/>
                <w:sz w:val="14"/>
                <w:szCs w:val="14"/>
              </w:rPr>
            </w:pPr>
            <w:r w:rsidRPr="00A23AAB">
              <w:rPr>
                <w:rFonts w:ascii="Aptos" w:hAnsi="Aptos"/>
                <w:sz w:val="14"/>
                <w:szCs w:val="14"/>
              </w:rPr>
              <w:t xml:space="preserve">Regularly sets tasks which stretch pupils, but which are achievable, effort is regularly encouraged and mistakes are seen as an opportunity to learn. </w:t>
            </w:r>
          </w:p>
        </w:tc>
        <w:tc>
          <w:tcPr>
            <w:tcW w:w="3685" w:type="dxa"/>
            <w:tcBorders>
              <w:left w:val="single" w:sz="12" w:space="0" w:color="auto"/>
            </w:tcBorders>
            <w:shd w:val="clear" w:color="auto" w:fill="FFFFFF"/>
            <w:tcMar>
              <w:top w:w="60" w:type="dxa"/>
              <w:left w:w="80" w:type="dxa"/>
              <w:bottom w:w="60" w:type="dxa"/>
              <w:right w:w="80" w:type="dxa"/>
            </w:tcMar>
          </w:tcPr>
          <w:p w14:paraId="2788CE0A" w14:textId="7E3D9D84" w:rsidR="00E92F4D" w:rsidRPr="00A23AAB" w:rsidRDefault="00E92F4D" w:rsidP="00E92F4D">
            <w:pPr>
              <w:spacing w:after="0"/>
              <w:rPr>
                <w:rFonts w:ascii="Aptos" w:hAnsi="Aptos"/>
                <w:sz w:val="14"/>
                <w:szCs w:val="14"/>
              </w:rPr>
            </w:pPr>
            <w:r w:rsidRPr="00A23AAB">
              <w:rPr>
                <w:rFonts w:ascii="Aptos" w:hAnsi="Aptos"/>
                <w:sz w:val="14"/>
                <w:szCs w:val="14"/>
              </w:rPr>
              <w:t xml:space="preserve">Consistently sets tasks which stretch pupils, but which are achievable. A positive learning environment is created because perseverance and learning from mistakes are part of the daily routine. </w:t>
            </w:r>
          </w:p>
        </w:tc>
      </w:tr>
      <w:tr w:rsidR="00E92F4D" w:rsidRPr="00B2123C" w14:paraId="6E59EF59" w14:textId="77777777" w:rsidTr="00487486">
        <w:trPr>
          <w:cantSplit/>
          <w:jc w:val="center"/>
        </w:trPr>
        <w:tc>
          <w:tcPr>
            <w:tcW w:w="3685" w:type="dxa"/>
            <w:shd w:val="clear" w:color="auto" w:fill="FAFAFA"/>
            <w:tcMar>
              <w:top w:w="60" w:type="dxa"/>
              <w:left w:w="80" w:type="dxa"/>
              <w:bottom w:w="60" w:type="dxa"/>
              <w:right w:w="80" w:type="dxa"/>
            </w:tcMar>
          </w:tcPr>
          <w:p w14:paraId="4A7BA41D" w14:textId="1CD0BA14" w:rsidR="00E92F4D" w:rsidRPr="00A23AAB" w:rsidRDefault="00E92F4D" w:rsidP="00E92F4D">
            <w:pPr>
              <w:spacing w:after="0"/>
              <w:rPr>
                <w:rFonts w:ascii="Aptos" w:hAnsi="Aptos"/>
                <w:sz w:val="14"/>
                <w:szCs w:val="14"/>
              </w:rPr>
            </w:pPr>
            <w:r w:rsidRPr="00A23AAB">
              <w:rPr>
                <w:rFonts w:ascii="Aptos" w:hAnsi="Aptos"/>
                <w:sz w:val="14"/>
                <w:szCs w:val="14"/>
              </w:rPr>
              <w:t xml:space="preserve">Sometimes sets </w:t>
            </w:r>
            <w:r w:rsidRPr="00A23AAB">
              <w:rPr>
                <w:rFonts w:ascii="Aptos" w:hAnsi="Aptos"/>
                <w:b/>
                <w:bCs/>
                <w:sz w:val="14"/>
                <w:szCs w:val="14"/>
              </w:rPr>
              <w:t>behavioural expectations, models respect and trust and praises pupils’ effort and progress</w:t>
            </w:r>
            <w:r w:rsidRPr="00A23AAB">
              <w:rPr>
                <w:rFonts w:ascii="Aptos" w:hAnsi="Aptos"/>
                <w:sz w:val="14"/>
                <w:szCs w:val="14"/>
              </w:rPr>
              <w:t xml:space="preserve">. </w:t>
            </w:r>
          </w:p>
        </w:tc>
        <w:tc>
          <w:tcPr>
            <w:tcW w:w="3685" w:type="dxa"/>
            <w:tcBorders>
              <w:right w:val="single" w:sz="12" w:space="0" w:color="auto"/>
            </w:tcBorders>
            <w:shd w:val="clear" w:color="auto" w:fill="FAFAFA"/>
            <w:tcMar>
              <w:top w:w="60" w:type="dxa"/>
              <w:left w:w="80" w:type="dxa"/>
              <w:bottom w:w="60" w:type="dxa"/>
              <w:right w:w="80" w:type="dxa"/>
            </w:tcMar>
          </w:tcPr>
          <w:p w14:paraId="0453D8CF" w14:textId="0E7F651D" w:rsidR="00E92F4D" w:rsidRPr="00A23AAB" w:rsidRDefault="00E92F4D" w:rsidP="00E92F4D">
            <w:pPr>
              <w:spacing w:after="0"/>
              <w:rPr>
                <w:rFonts w:ascii="Aptos" w:hAnsi="Aptos"/>
                <w:sz w:val="14"/>
                <w:szCs w:val="14"/>
              </w:rPr>
            </w:pPr>
            <w:r w:rsidRPr="00A23AAB">
              <w:rPr>
                <w:rFonts w:ascii="Aptos" w:hAnsi="Aptos"/>
                <w:sz w:val="14"/>
                <w:szCs w:val="14"/>
              </w:rPr>
              <w:t xml:space="preserve">Regularly shares clear behavioural expectations with the pupils. Respect and trust are modelled. Pupil effort and progress are acknowledged and praised. </w:t>
            </w:r>
          </w:p>
        </w:tc>
        <w:tc>
          <w:tcPr>
            <w:tcW w:w="3685" w:type="dxa"/>
            <w:tcBorders>
              <w:left w:val="single" w:sz="12" w:space="0" w:color="auto"/>
            </w:tcBorders>
            <w:shd w:val="clear" w:color="auto" w:fill="FAFAFA"/>
            <w:tcMar>
              <w:top w:w="60" w:type="dxa"/>
              <w:left w:w="80" w:type="dxa"/>
              <w:bottom w:w="60" w:type="dxa"/>
              <w:right w:w="80" w:type="dxa"/>
            </w:tcMar>
          </w:tcPr>
          <w:p w14:paraId="1FB142BC" w14:textId="4856C6D4" w:rsidR="00E92F4D" w:rsidRPr="00A23AAB" w:rsidRDefault="00E92F4D" w:rsidP="00E92F4D">
            <w:pPr>
              <w:spacing w:after="0"/>
              <w:rPr>
                <w:rFonts w:ascii="Aptos" w:hAnsi="Aptos"/>
                <w:sz w:val="14"/>
                <w:szCs w:val="14"/>
              </w:rPr>
            </w:pPr>
            <w:r w:rsidRPr="00A23AAB">
              <w:rPr>
                <w:rFonts w:ascii="Aptos" w:hAnsi="Aptos"/>
                <w:sz w:val="14"/>
                <w:szCs w:val="14"/>
              </w:rPr>
              <w:t xml:space="preserve">Consistently high behavioural expectations are established through rigorously sharing and maintaining high expectations and consistently modelling respect and trust. </w:t>
            </w:r>
          </w:p>
        </w:tc>
      </w:tr>
      <w:tr w:rsidR="00E92F4D" w:rsidRPr="00B2123C" w14:paraId="5B8CE166" w14:textId="77777777" w:rsidTr="00487486">
        <w:trPr>
          <w:cantSplit/>
          <w:jc w:val="center"/>
        </w:trPr>
        <w:tc>
          <w:tcPr>
            <w:tcW w:w="3685" w:type="dxa"/>
            <w:shd w:val="clear" w:color="auto" w:fill="FFFFFF"/>
            <w:tcMar>
              <w:top w:w="60" w:type="dxa"/>
              <w:left w:w="80" w:type="dxa"/>
              <w:bottom w:w="60" w:type="dxa"/>
              <w:right w:w="80" w:type="dxa"/>
            </w:tcMar>
          </w:tcPr>
          <w:p w14:paraId="0B402D5C" w14:textId="44167CD2" w:rsidR="00E92F4D" w:rsidRPr="00A23AAB" w:rsidRDefault="00E92F4D" w:rsidP="00E92F4D">
            <w:pPr>
              <w:spacing w:after="0"/>
              <w:rPr>
                <w:rFonts w:ascii="Aptos" w:hAnsi="Aptos"/>
                <w:sz w:val="14"/>
                <w:szCs w:val="14"/>
              </w:rPr>
            </w:pPr>
            <w:r w:rsidRPr="00A23AAB">
              <w:rPr>
                <w:rFonts w:ascii="Aptos" w:hAnsi="Aptos"/>
                <w:sz w:val="14"/>
                <w:szCs w:val="14"/>
              </w:rPr>
              <w:t xml:space="preserve">Sometimes applies </w:t>
            </w:r>
            <w:r w:rsidRPr="00A23AAB">
              <w:rPr>
                <w:rFonts w:ascii="Aptos" w:hAnsi="Aptos"/>
                <w:b/>
                <w:bCs/>
                <w:sz w:val="14"/>
                <w:szCs w:val="14"/>
              </w:rPr>
              <w:t>rules, sanctions and rewards.</w:t>
            </w:r>
          </w:p>
        </w:tc>
        <w:tc>
          <w:tcPr>
            <w:tcW w:w="3685" w:type="dxa"/>
            <w:tcBorders>
              <w:right w:val="single" w:sz="12" w:space="0" w:color="auto"/>
            </w:tcBorders>
            <w:shd w:val="clear" w:color="auto" w:fill="FFFFFF"/>
            <w:tcMar>
              <w:top w:w="60" w:type="dxa"/>
              <w:left w:w="80" w:type="dxa"/>
              <w:bottom w:w="60" w:type="dxa"/>
              <w:right w:w="80" w:type="dxa"/>
            </w:tcMar>
          </w:tcPr>
          <w:p w14:paraId="3818D7FF" w14:textId="2DBF5AE8" w:rsidR="00E92F4D" w:rsidRPr="00A23AAB" w:rsidRDefault="00E92F4D" w:rsidP="00E92F4D">
            <w:pPr>
              <w:spacing w:after="0"/>
              <w:rPr>
                <w:rFonts w:ascii="Aptos" w:hAnsi="Aptos"/>
                <w:sz w:val="14"/>
                <w:szCs w:val="14"/>
              </w:rPr>
            </w:pPr>
            <w:r w:rsidRPr="00A23AAB">
              <w:rPr>
                <w:rFonts w:ascii="Aptos" w:hAnsi="Aptos"/>
                <w:sz w:val="14"/>
                <w:szCs w:val="14"/>
              </w:rPr>
              <w:t xml:space="preserve">Regularly applies rules, sanctions and rewards to promote positive behaviour. </w:t>
            </w:r>
          </w:p>
        </w:tc>
        <w:tc>
          <w:tcPr>
            <w:tcW w:w="3685" w:type="dxa"/>
            <w:tcBorders>
              <w:left w:val="single" w:sz="12" w:space="0" w:color="auto"/>
            </w:tcBorders>
            <w:shd w:val="clear" w:color="auto" w:fill="FFFFFF"/>
            <w:tcMar>
              <w:top w:w="60" w:type="dxa"/>
              <w:left w:w="80" w:type="dxa"/>
              <w:bottom w:w="60" w:type="dxa"/>
              <w:right w:w="80" w:type="dxa"/>
            </w:tcMar>
          </w:tcPr>
          <w:p w14:paraId="2C23269B" w14:textId="210F4F39" w:rsidR="00E92F4D" w:rsidRPr="00A23AAB" w:rsidRDefault="00E92F4D" w:rsidP="00E92F4D">
            <w:pPr>
              <w:spacing w:after="0"/>
              <w:rPr>
                <w:rFonts w:ascii="Aptos" w:hAnsi="Aptos"/>
                <w:sz w:val="14"/>
                <w:szCs w:val="14"/>
              </w:rPr>
            </w:pPr>
            <w:r w:rsidRPr="00A23AAB">
              <w:rPr>
                <w:rFonts w:ascii="Aptos" w:hAnsi="Aptos"/>
                <w:sz w:val="14"/>
                <w:szCs w:val="14"/>
              </w:rPr>
              <w:t xml:space="preserve">Consistently applies the school behaviour policy to promote positive behaviour, including liaising with other staff where necessary. </w:t>
            </w:r>
          </w:p>
        </w:tc>
      </w:tr>
      <w:tr w:rsidR="00E92F4D" w:rsidRPr="00B2123C" w14:paraId="32CDD008" w14:textId="77777777" w:rsidTr="00487486">
        <w:trPr>
          <w:cantSplit/>
          <w:jc w:val="center"/>
        </w:trPr>
        <w:tc>
          <w:tcPr>
            <w:tcW w:w="3685" w:type="dxa"/>
            <w:shd w:val="clear" w:color="auto" w:fill="FAFAFA"/>
            <w:tcMar>
              <w:top w:w="60" w:type="dxa"/>
              <w:left w:w="80" w:type="dxa"/>
              <w:bottom w:w="60" w:type="dxa"/>
              <w:right w:w="80" w:type="dxa"/>
            </w:tcMar>
          </w:tcPr>
          <w:p w14:paraId="46AFDEC5" w14:textId="635F087C" w:rsidR="00E92F4D" w:rsidRPr="00A23AAB" w:rsidRDefault="00E92F4D" w:rsidP="00E92F4D">
            <w:pPr>
              <w:spacing w:after="0"/>
              <w:rPr>
                <w:rFonts w:ascii="Aptos" w:hAnsi="Aptos"/>
                <w:sz w:val="14"/>
                <w:szCs w:val="14"/>
              </w:rPr>
            </w:pPr>
            <w:r w:rsidRPr="00A23AAB">
              <w:rPr>
                <w:rFonts w:ascii="Aptos" w:hAnsi="Aptos"/>
                <w:sz w:val="14"/>
                <w:szCs w:val="14"/>
              </w:rPr>
              <w:t xml:space="preserve">Sometimes takes specific steps to establish a </w:t>
            </w:r>
            <w:r w:rsidRPr="00A23AAB">
              <w:rPr>
                <w:rFonts w:ascii="Aptos" w:hAnsi="Aptos"/>
                <w:b/>
                <w:bCs/>
                <w:sz w:val="14"/>
                <w:szCs w:val="14"/>
              </w:rPr>
              <w:t>positive and safe environment,</w:t>
            </w:r>
            <w:r w:rsidRPr="00A23AAB">
              <w:rPr>
                <w:rFonts w:ascii="Aptos" w:hAnsi="Aptos"/>
                <w:sz w:val="14"/>
                <w:szCs w:val="14"/>
              </w:rPr>
              <w:t xml:space="preserve"> including responding to behaviour issues. </w:t>
            </w:r>
          </w:p>
        </w:tc>
        <w:tc>
          <w:tcPr>
            <w:tcW w:w="3685" w:type="dxa"/>
            <w:tcBorders>
              <w:right w:val="single" w:sz="12" w:space="0" w:color="auto"/>
            </w:tcBorders>
            <w:shd w:val="clear" w:color="auto" w:fill="FAFAFA"/>
            <w:tcMar>
              <w:top w:w="60" w:type="dxa"/>
              <w:left w:w="80" w:type="dxa"/>
              <w:bottom w:w="60" w:type="dxa"/>
              <w:right w:w="80" w:type="dxa"/>
            </w:tcMar>
          </w:tcPr>
          <w:p w14:paraId="640207CD" w14:textId="4FD56186" w:rsidR="00E92F4D" w:rsidRPr="00A23AAB" w:rsidRDefault="00E92F4D" w:rsidP="00E92F4D">
            <w:pPr>
              <w:spacing w:after="0"/>
              <w:rPr>
                <w:rFonts w:ascii="Aptos" w:hAnsi="Aptos"/>
                <w:sz w:val="14"/>
                <w:szCs w:val="14"/>
              </w:rPr>
            </w:pPr>
            <w:r w:rsidRPr="00A23AAB">
              <w:rPr>
                <w:rFonts w:ascii="Aptos" w:hAnsi="Aptos"/>
                <w:sz w:val="14"/>
                <w:szCs w:val="14"/>
              </w:rPr>
              <w:t>Regularly takes steps to promote a positive and safe environment by responding appropriately to low level and more serious behaviour issues.</w:t>
            </w:r>
          </w:p>
        </w:tc>
        <w:tc>
          <w:tcPr>
            <w:tcW w:w="3685" w:type="dxa"/>
            <w:tcBorders>
              <w:left w:val="single" w:sz="12" w:space="0" w:color="auto"/>
            </w:tcBorders>
            <w:shd w:val="clear" w:color="auto" w:fill="FAFAFA"/>
            <w:tcMar>
              <w:top w:w="60" w:type="dxa"/>
              <w:left w:w="80" w:type="dxa"/>
              <w:bottom w:w="60" w:type="dxa"/>
              <w:right w:w="80" w:type="dxa"/>
            </w:tcMar>
          </w:tcPr>
          <w:p w14:paraId="3CF23451" w14:textId="480B41C6" w:rsidR="00E92F4D" w:rsidRPr="00A23AAB" w:rsidRDefault="00E92F4D" w:rsidP="00E92F4D">
            <w:pPr>
              <w:spacing w:after="0"/>
              <w:rPr>
                <w:rFonts w:ascii="Aptos" w:hAnsi="Aptos"/>
                <w:sz w:val="14"/>
                <w:szCs w:val="14"/>
              </w:rPr>
            </w:pPr>
            <w:r w:rsidRPr="00A23AAB">
              <w:rPr>
                <w:rFonts w:ascii="Aptos" w:hAnsi="Aptos"/>
                <w:sz w:val="14"/>
                <w:szCs w:val="14"/>
              </w:rPr>
              <w:t>Consistently creates a positive and safe environment by responding appropriately to low level and more serious behaviour issues.</w:t>
            </w:r>
          </w:p>
        </w:tc>
      </w:tr>
      <w:tr w:rsidR="00E92F4D" w:rsidRPr="00B2123C" w14:paraId="260A1459" w14:textId="77777777" w:rsidTr="00487486">
        <w:trPr>
          <w:cantSplit/>
          <w:jc w:val="center"/>
        </w:trPr>
        <w:tc>
          <w:tcPr>
            <w:tcW w:w="3685" w:type="dxa"/>
            <w:shd w:val="clear" w:color="auto" w:fill="FFFFFF"/>
            <w:tcMar>
              <w:top w:w="60" w:type="dxa"/>
              <w:left w:w="80" w:type="dxa"/>
              <w:bottom w:w="60" w:type="dxa"/>
              <w:right w:w="80" w:type="dxa"/>
            </w:tcMar>
          </w:tcPr>
          <w:p w14:paraId="1CB29D1F" w14:textId="72E71893" w:rsidR="00E92F4D" w:rsidRPr="00A23AAB" w:rsidRDefault="00E92F4D" w:rsidP="00E92F4D">
            <w:pPr>
              <w:spacing w:after="0"/>
              <w:rPr>
                <w:rFonts w:ascii="Aptos" w:hAnsi="Aptos"/>
                <w:sz w:val="14"/>
                <w:szCs w:val="14"/>
              </w:rPr>
            </w:pPr>
            <w:r w:rsidRPr="00A23AAB">
              <w:rPr>
                <w:rFonts w:ascii="Aptos" w:hAnsi="Aptos"/>
                <w:sz w:val="14"/>
                <w:szCs w:val="14"/>
              </w:rPr>
              <w:t xml:space="preserve">Sometimes sets tasks which </w:t>
            </w:r>
            <w:r w:rsidRPr="00A23AAB">
              <w:rPr>
                <w:rFonts w:ascii="Aptos" w:hAnsi="Aptos"/>
                <w:b/>
                <w:bCs/>
                <w:sz w:val="14"/>
                <w:szCs w:val="14"/>
              </w:rPr>
              <w:t>stretch pupils,</w:t>
            </w:r>
            <w:r w:rsidRPr="00A23AAB">
              <w:rPr>
                <w:rFonts w:ascii="Aptos" w:hAnsi="Aptos"/>
                <w:sz w:val="14"/>
                <w:szCs w:val="14"/>
              </w:rPr>
              <w:t xml:space="preserve"> but which are achievable and where </w:t>
            </w:r>
            <w:r w:rsidRPr="00A23AAB">
              <w:rPr>
                <w:rFonts w:ascii="Aptos" w:hAnsi="Aptos"/>
                <w:b/>
                <w:bCs/>
                <w:sz w:val="14"/>
                <w:szCs w:val="14"/>
              </w:rPr>
              <w:t>effort is encouraged</w:t>
            </w:r>
            <w:r w:rsidRPr="00A23AAB">
              <w:rPr>
                <w:rFonts w:ascii="Aptos" w:hAnsi="Aptos"/>
                <w:sz w:val="14"/>
                <w:szCs w:val="14"/>
              </w:rPr>
              <w:t xml:space="preserve"> and </w:t>
            </w:r>
            <w:r w:rsidRPr="00A23AAB">
              <w:rPr>
                <w:rFonts w:ascii="Aptos" w:hAnsi="Aptos"/>
                <w:b/>
                <w:bCs/>
                <w:sz w:val="14"/>
                <w:szCs w:val="14"/>
              </w:rPr>
              <w:t>mistakes are seen as an opportunity to learn</w:t>
            </w:r>
            <w:r w:rsidRPr="00A23AAB">
              <w:rPr>
                <w:rFonts w:ascii="Aptos" w:hAnsi="Aptos"/>
                <w:sz w:val="14"/>
                <w:szCs w:val="14"/>
              </w:rPr>
              <w:t xml:space="preserve">. </w:t>
            </w:r>
          </w:p>
        </w:tc>
        <w:tc>
          <w:tcPr>
            <w:tcW w:w="3685" w:type="dxa"/>
            <w:tcBorders>
              <w:right w:val="single" w:sz="12" w:space="0" w:color="auto"/>
            </w:tcBorders>
            <w:shd w:val="clear" w:color="auto" w:fill="FFFFFF"/>
            <w:tcMar>
              <w:top w:w="60" w:type="dxa"/>
              <w:left w:w="80" w:type="dxa"/>
              <w:bottom w:w="60" w:type="dxa"/>
              <w:right w:w="80" w:type="dxa"/>
            </w:tcMar>
          </w:tcPr>
          <w:p w14:paraId="0B427C6A" w14:textId="26A6C2D4" w:rsidR="00E92F4D" w:rsidRPr="00A23AAB" w:rsidRDefault="00E92F4D" w:rsidP="00E92F4D">
            <w:pPr>
              <w:spacing w:after="0"/>
              <w:rPr>
                <w:rFonts w:ascii="Aptos" w:hAnsi="Aptos"/>
                <w:sz w:val="14"/>
                <w:szCs w:val="14"/>
              </w:rPr>
            </w:pPr>
            <w:r w:rsidRPr="00A23AAB">
              <w:rPr>
                <w:rFonts w:ascii="Aptos" w:hAnsi="Aptos"/>
                <w:sz w:val="14"/>
                <w:szCs w:val="14"/>
              </w:rPr>
              <w:t xml:space="preserve">Regularly sets tasks which stretch pupils, but which are achievable, effort is regularly encouraged and mistakes are seen as an opportunity to learn. </w:t>
            </w:r>
          </w:p>
        </w:tc>
        <w:tc>
          <w:tcPr>
            <w:tcW w:w="3685" w:type="dxa"/>
            <w:tcBorders>
              <w:left w:val="single" w:sz="12" w:space="0" w:color="auto"/>
            </w:tcBorders>
            <w:shd w:val="clear" w:color="auto" w:fill="FFFFFF"/>
            <w:tcMar>
              <w:top w:w="60" w:type="dxa"/>
              <w:left w:w="80" w:type="dxa"/>
              <w:bottom w:w="60" w:type="dxa"/>
              <w:right w:w="80" w:type="dxa"/>
            </w:tcMar>
          </w:tcPr>
          <w:p w14:paraId="10ABB34C" w14:textId="668D0991" w:rsidR="00E92F4D" w:rsidRPr="00A23AAB" w:rsidRDefault="00E92F4D" w:rsidP="00E92F4D">
            <w:pPr>
              <w:spacing w:after="0"/>
              <w:rPr>
                <w:rFonts w:ascii="Aptos" w:hAnsi="Aptos"/>
                <w:sz w:val="14"/>
                <w:szCs w:val="14"/>
              </w:rPr>
            </w:pPr>
            <w:r w:rsidRPr="00A23AAB">
              <w:rPr>
                <w:rFonts w:ascii="Aptos" w:hAnsi="Aptos"/>
                <w:sz w:val="14"/>
                <w:szCs w:val="14"/>
              </w:rPr>
              <w:t xml:space="preserve">Consistently sets tasks which stretch pupils, but which are achievable. A positive learning environment is created because perseverance and learning from mistakes are part of the daily routine. </w:t>
            </w:r>
          </w:p>
        </w:tc>
      </w:tr>
      <w:tr w:rsidR="00AA4312" w:rsidRPr="00B2123C" w14:paraId="0A369E8B" w14:textId="77777777" w:rsidTr="00AA4312">
        <w:trPr>
          <w:cantSplit/>
          <w:jc w:val="center"/>
        </w:trPr>
        <w:tc>
          <w:tcPr>
            <w:tcW w:w="11055" w:type="dxa"/>
            <w:gridSpan w:val="3"/>
            <w:shd w:val="clear" w:color="auto" w:fill="FAFAFA"/>
            <w:tcMar>
              <w:top w:w="60" w:type="dxa"/>
              <w:left w:w="80" w:type="dxa"/>
              <w:bottom w:w="60" w:type="dxa"/>
              <w:right w:w="80" w:type="dxa"/>
            </w:tcMar>
          </w:tcPr>
          <w:p w14:paraId="5EE82093" w14:textId="375EE4C9" w:rsidR="00AA4312" w:rsidRPr="00A23AAB" w:rsidRDefault="00AA4312" w:rsidP="00AA4312">
            <w:pPr>
              <w:spacing w:after="0"/>
              <w:jc w:val="center"/>
              <w:rPr>
                <w:rFonts w:ascii="Aptos" w:hAnsi="Aptos"/>
                <w:sz w:val="14"/>
                <w:szCs w:val="14"/>
              </w:rPr>
            </w:pPr>
            <w:r w:rsidRPr="00A23AAB">
              <w:rPr>
                <w:rFonts w:ascii="Aptos" w:hAnsi="Aptos"/>
                <w:sz w:val="14"/>
                <w:szCs w:val="14"/>
              </w:rPr>
              <w:t xml:space="preserve">Supports pupils’ </w:t>
            </w:r>
            <w:r w:rsidRPr="00A23AAB">
              <w:rPr>
                <w:rFonts w:ascii="Aptos" w:hAnsi="Aptos"/>
                <w:b/>
                <w:bCs/>
                <w:sz w:val="14"/>
                <w:szCs w:val="14"/>
              </w:rPr>
              <w:t>physical well-being.</w:t>
            </w:r>
          </w:p>
        </w:tc>
      </w:tr>
      <w:tr w:rsidR="00916570" w:rsidRPr="00B2123C" w14:paraId="6CA9D172" w14:textId="77777777" w:rsidTr="00487486">
        <w:trPr>
          <w:cantSplit/>
          <w:jc w:val="center"/>
        </w:trPr>
        <w:tc>
          <w:tcPr>
            <w:tcW w:w="3685" w:type="dxa"/>
            <w:shd w:val="clear" w:color="auto" w:fill="FFFFFF"/>
            <w:tcMar>
              <w:top w:w="60" w:type="dxa"/>
              <w:left w:w="80" w:type="dxa"/>
              <w:bottom w:w="60" w:type="dxa"/>
              <w:right w:w="80" w:type="dxa"/>
            </w:tcMar>
          </w:tcPr>
          <w:p w14:paraId="361E676D" w14:textId="6B8D314B" w:rsidR="00916570" w:rsidRPr="00A23AAB" w:rsidRDefault="00916570" w:rsidP="00916570">
            <w:pPr>
              <w:spacing w:after="0"/>
              <w:rPr>
                <w:rFonts w:ascii="Aptos" w:hAnsi="Aptos"/>
                <w:sz w:val="14"/>
                <w:szCs w:val="14"/>
              </w:rPr>
            </w:pPr>
            <w:r w:rsidRPr="00A23AAB">
              <w:rPr>
                <w:rFonts w:ascii="Aptos" w:hAnsi="Aptos"/>
                <w:sz w:val="14"/>
                <w:szCs w:val="14"/>
              </w:rPr>
              <w:t xml:space="preserve">Sometimes supports pupils’ </w:t>
            </w:r>
            <w:r w:rsidRPr="00A23AAB">
              <w:rPr>
                <w:rFonts w:ascii="Aptos" w:hAnsi="Aptos"/>
                <w:b/>
                <w:bCs/>
                <w:sz w:val="14"/>
                <w:szCs w:val="14"/>
              </w:rPr>
              <w:t>mental and emotional well-being.</w:t>
            </w:r>
            <w:r w:rsidRPr="00A23AAB">
              <w:rPr>
                <w:rFonts w:ascii="Aptos" w:hAnsi="Aptos"/>
                <w:sz w:val="14"/>
                <w:szCs w:val="14"/>
              </w:rPr>
              <w:t xml:space="preserve"> </w:t>
            </w:r>
          </w:p>
        </w:tc>
        <w:tc>
          <w:tcPr>
            <w:tcW w:w="3685" w:type="dxa"/>
            <w:tcBorders>
              <w:right w:val="single" w:sz="12" w:space="0" w:color="auto"/>
            </w:tcBorders>
            <w:shd w:val="clear" w:color="auto" w:fill="FFFFFF"/>
            <w:tcMar>
              <w:top w:w="60" w:type="dxa"/>
              <w:left w:w="80" w:type="dxa"/>
              <w:bottom w:w="60" w:type="dxa"/>
              <w:right w:w="80" w:type="dxa"/>
            </w:tcMar>
          </w:tcPr>
          <w:p w14:paraId="47729484" w14:textId="22A8F7B8" w:rsidR="00916570" w:rsidRPr="00A23AAB" w:rsidRDefault="00916570" w:rsidP="00916570">
            <w:pPr>
              <w:spacing w:after="0"/>
              <w:rPr>
                <w:rFonts w:ascii="Aptos" w:hAnsi="Aptos"/>
                <w:sz w:val="14"/>
                <w:szCs w:val="14"/>
              </w:rPr>
            </w:pPr>
            <w:r w:rsidRPr="00A23AAB">
              <w:rPr>
                <w:rFonts w:ascii="Aptos" w:hAnsi="Aptos"/>
                <w:sz w:val="14"/>
                <w:szCs w:val="14"/>
              </w:rPr>
              <w:t xml:space="preserve">Regularly supports pupils’ mental and emotional well-being. </w:t>
            </w:r>
          </w:p>
        </w:tc>
        <w:tc>
          <w:tcPr>
            <w:tcW w:w="3685" w:type="dxa"/>
            <w:tcBorders>
              <w:left w:val="single" w:sz="12" w:space="0" w:color="auto"/>
            </w:tcBorders>
            <w:shd w:val="clear" w:color="auto" w:fill="FFFFFF"/>
            <w:tcMar>
              <w:top w:w="60" w:type="dxa"/>
              <w:left w:w="80" w:type="dxa"/>
              <w:bottom w:w="60" w:type="dxa"/>
              <w:right w:w="80" w:type="dxa"/>
            </w:tcMar>
          </w:tcPr>
          <w:p w14:paraId="11B87694" w14:textId="47340FDB" w:rsidR="00916570" w:rsidRPr="00A23AAB" w:rsidRDefault="00916570" w:rsidP="00916570">
            <w:pPr>
              <w:spacing w:after="0"/>
              <w:rPr>
                <w:rFonts w:ascii="Aptos" w:hAnsi="Aptos"/>
                <w:sz w:val="14"/>
                <w:szCs w:val="14"/>
              </w:rPr>
            </w:pPr>
            <w:r w:rsidRPr="00A23AAB">
              <w:rPr>
                <w:rFonts w:ascii="Aptos" w:hAnsi="Aptos"/>
                <w:sz w:val="14"/>
                <w:szCs w:val="14"/>
              </w:rPr>
              <w:t xml:space="preserve">Consistently and proactively supports pupils’ mental and emotional well-being. </w:t>
            </w:r>
          </w:p>
        </w:tc>
      </w:tr>
      <w:tr w:rsidR="00916570" w:rsidRPr="00B2123C" w14:paraId="328E3ADF" w14:textId="77777777" w:rsidTr="00487486">
        <w:trPr>
          <w:cantSplit/>
          <w:jc w:val="center"/>
        </w:trPr>
        <w:tc>
          <w:tcPr>
            <w:tcW w:w="3685" w:type="dxa"/>
            <w:shd w:val="clear" w:color="auto" w:fill="FAFAFA"/>
            <w:tcMar>
              <w:top w:w="60" w:type="dxa"/>
              <w:left w:w="80" w:type="dxa"/>
              <w:bottom w:w="60" w:type="dxa"/>
              <w:right w:w="80" w:type="dxa"/>
            </w:tcMar>
          </w:tcPr>
          <w:p w14:paraId="49D4FFC5" w14:textId="33511F5F" w:rsidR="00916570" w:rsidRPr="00A23AAB" w:rsidRDefault="00916570" w:rsidP="00916570">
            <w:pPr>
              <w:spacing w:after="0"/>
              <w:rPr>
                <w:rFonts w:ascii="Aptos" w:hAnsi="Aptos"/>
                <w:sz w:val="14"/>
                <w:szCs w:val="14"/>
              </w:rPr>
            </w:pPr>
            <w:r w:rsidRPr="00A23AAB">
              <w:rPr>
                <w:rFonts w:ascii="Aptos" w:hAnsi="Aptos"/>
                <w:sz w:val="14"/>
                <w:szCs w:val="14"/>
              </w:rPr>
              <w:t xml:space="preserve">Sometimes gives </w:t>
            </w:r>
            <w:r w:rsidRPr="00A23AAB">
              <w:rPr>
                <w:rFonts w:ascii="Aptos" w:hAnsi="Aptos"/>
                <w:b/>
                <w:bCs/>
                <w:sz w:val="14"/>
                <w:szCs w:val="14"/>
              </w:rPr>
              <w:t>clear instructions</w:t>
            </w:r>
            <w:r w:rsidRPr="00A23AAB">
              <w:rPr>
                <w:rFonts w:ascii="Aptos" w:hAnsi="Aptos"/>
                <w:sz w:val="14"/>
                <w:szCs w:val="14"/>
              </w:rPr>
              <w:t xml:space="preserve"> and checks that pupils understand them.  </w:t>
            </w:r>
          </w:p>
        </w:tc>
        <w:tc>
          <w:tcPr>
            <w:tcW w:w="3685" w:type="dxa"/>
            <w:tcBorders>
              <w:right w:val="single" w:sz="12" w:space="0" w:color="auto"/>
            </w:tcBorders>
            <w:shd w:val="clear" w:color="auto" w:fill="FAFAFA"/>
            <w:tcMar>
              <w:top w:w="60" w:type="dxa"/>
              <w:left w:w="80" w:type="dxa"/>
              <w:bottom w:w="60" w:type="dxa"/>
              <w:right w:w="80" w:type="dxa"/>
            </w:tcMar>
          </w:tcPr>
          <w:p w14:paraId="0B64FE10" w14:textId="4A2D5F0C" w:rsidR="00916570" w:rsidRPr="00A23AAB" w:rsidRDefault="00916570" w:rsidP="00916570">
            <w:pPr>
              <w:spacing w:after="0"/>
              <w:rPr>
                <w:rFonts w:ascii="Aptos" w:hAnsi="Aptos"/>
                <w:sz w:val="14"/>
                <w:szCs w:val="14"/>
              </w:rPr>
            </w:pPr>
            <w:r w:rsidRPr="00A23AAB">
              <w:rPr>
                <w:rFonts w:ascii="Aptos" w:hAnsi="Aptos"/>
                <w:sz w:val="14"/>
                <w:szCs w:val="14"/>
              </w:rPr>
              <w:t>Regularly gives clear instructions and checking that pupils understand them.</w:t>
            </w:r>
          </w:p>
        </w:tc>
        <w:tc>
          <w:tcPr>
            <w:tcW w:w="3685" w:type="dxa"/>
            <w:tcBorders>
              <w:left w:val="single" w:sz="12" w:space="0" w:color="auto"/>
            </w:tcBorders>
            <w:shd w:val="clear" w:color="auto" w:fill="FAFAFA"/>
            <w:tcMar>
              <w:top w:w="60" w:type="dxa"/>
              <w:left w:w="80" w:type="dxa"/>
              <w:bottom w:w="60" w:type="dxa"/>
              <w:right w:w="80" w:type="dxa"/>
            </w:tcMar>
          </w:tcPr>
          <w:p w14:paraId="3C7368F4" w14:textId="49A4198A" w:rsidR="00916570" w:rsidRPr="00A23AAB" w:rsidRDefault="00916570" w:rsidP="00916570">
            <w:pPr>
              <w:spacing w:after="0"/>
              <w:rPr>
                <w:rFonts w:ascii="Aptos" w:hAnsi="Aptos"/>
                <w:sz w:val="14"/>
                <w:szCs w:val="14"/>
              </w:rPr>
            </w:pPr>
            <w:r w:rsidRPr="00A23AAB">
              <w:rPr>
                <w:rFonts w:ascii="Aptos" w:hAnsi="Aptos"/>
                <w:sz w:val="14"/>
                <w:szCs w:val="14"/>
              </w:rPr>
              <w:t xml:space="preserve">Instructions are consistently manageable, specific and well sequenced such that pupils can understand and follow them.  </w:t>
            </w:r>
          </w:p>
        </w:tc>
      </w:tr>
      <w:tr w:rsidR="00916570" w:rsidRPr="00B2123C" w14:paraId="17F93B72" w14:textId="77777777" w:rsidTr="00487486">
        <w:trPr>
          <w:cantSplit/>
          <w:jc w:val="center"/>
        </w:trPr>
        <w:tc>
          <w:tcPr>
            <w:tcW w:w="3685" w:type="dxa"/>
            <w:shd w:val="clear" w:color="auto" w:fill="FFFFFF"/>
            <w:tcMar>
              <w:top w:w="60" w:type="dxa"/>
              <w:left w:w="80" w:type="dxa"/>
              <w:bottom w:w="60" w:type="dxa"/>
              <w:right w:w="80" w:type="dxa"/>
            </w:tcMar>
          </w:tcPr>
          <w:p w14:paraId="15755BE0" w14:textId="3774963B" w:rsidR="00916570" w:rsidRPr="00A23AAB" w:rsidRDefault="00916570" w:rsidP="00916570">
            <w:pPr>
              <w:spacing w:after="0"/>
              <w:rPr>
                <w:rFonts w:ascii="Aptos" w:hAnsi="Aptos"/>
                <w:sz w:val="14"/>
                <w:szCs w:val="14"/>
              </w:rPr>
            </w:pPr>
            <w:r w:rsidRPr="00A23AAB">
              <w:rPr>
                <w:rFonts w:ascii="Aptos" w:hAnsi="Aptos"/>
                <w:sz w:val="14"/>
                <w:szCs w:val="14"/>
              </w:rPr>
              <w:t xml:space="preserve">Sometimes demonstrates varied and effective </w:t>
            </w:r>
            <w:r w:rsidRPr="00A23AAB">
              <w:rPr>
                <w:rFonts w:ascii="Aptos" w:hAnsi="Aptos"/>
                <w:b/>
                <w:bCs/>
                <w:sz w:val="14"/>
                <w:szCs w:val="14"/>
              </w:rPr>
              <w:t>voice usage</w:t>
            </w:r>
            <w:r w:rsidRPr="00A23AAB">
              <w:rPr>
                <w:rFonts w:ascii="Aptos" w:hAnsi="Aptos"/>
                <w:sz w:val="14"/>
                <w:szCs w:val="14"/>
              </w:rPr>
              <w:t xml:space="preserve"> that is adapted for different effects.</w:t>
            </w:r>
          </w:p>
        </w:tc>
        <w:tc>
          <w:tcPr>
            <w:tcW w:w="3685" w:type="dxa"/>
            <w:tcBorders>
              <w:right w:val="single" w:sz="12" w:space="0" w:color="auto"/>
            </w:tcBorders>
            <w:shd w:val="clear" w:color="auto" w:fill="FFFFFF"/>
            <w:tcMar>
              <w:top w:w="60" w:type="dxa"/>
              <w:left w:w="80" w:type="dxa"/>
              <w:bottom w:w="60" w:type="dxa"/>
              <w:right w:w="80" w:type="dxa"/>
            </w:tcMar>
          </w:tcPr>
          <w:p w14:paraId="52525234" w14:textId="0EB419C6" w:rsidR="00916570" w:rsidRPr="00A23AAB" w:rsidRDefault="00916570" w:rsidP="00916570">
            <w:pPr>
              <w:spacing w:after="0"/>
              <w:rPr>
                <w:rFonts w:ascii="Aptos" w:hAnsi="Aptos"/>
                <w:sz w:val="14"/>
                <w:szCs w:val="14"/>
              </w:rPr>
            </w:pPr>
            <w:r w:rsidRPr="00A23AAB">
              <w:rPr>
                <w:rFonts w:ascii="Aptos" w:hAnsi="Aptos"/>
                <w:sz w:val="14"/>
                <w:szCs w:val="14"/>
              </w:rPr>
              <w:t>Regularly demonstrates varied and effective voice usage that is adapted appropriately for different effects.</w:t>
            </w:r>
          </w:p>
        </w:tc>
        <w:tc>
          <w:tcPr>
            <w:tcW w:w="3685" w:type="dxa"/>
            <w:tcBorders>
              <w:left w:val="single" w:sz="12" w:space="0" w:color="auto"/>
            </w:tcBorders>
            <w:shd w:val="clear" w:color="auto" w:fill="FFFFFF"/>
            <w:tcMar>
              <w:top w:w="60" w:type="dxa"/>
              <w:left w:w="80" w:type="dxa"/>
              <w:bottom w:w="60" w:type="dxa"/>
              <w:right w:w="80" w:type="dxa"/>
            </w:tcMar>
          </w:tcPr>
          <w:p w14:paraId="3B2866B7" w14:textId="2E4D6738" w:rsidR="00916570" w:rsidRPr="00A23AAB" w:rsidRDefault="00916570" w:rsidP="00916570">
            <w:pPr>
              <w:spacing w:after="0"/>
              <w:rPr>
                <w:rFonts w:ascii="Aptos" w:hAnsi="Aptos"/>
                <w:sz w:val="14"/>
                <w:szCs w:val="14"/>
              </w:rPr>
            </w:pPr>
            <w:r w:rsidRPr="00A23AAB">
              <w:rPr>
                <w:rFonts w:ascii="Aptos" w:hAnsi="Aptos"/>
                <w:sz w:val="14"/>
                <w:szCs w:val="14"/>
              </w:rPr>
              <w:t>Consistently demonstrates varied and effective voice usage that is adapted appropriately for different effects.</w:t>
            </w:r>
          </w:p>
        </w:tc>
      </w:tr>
      <w:tr w:rsidR="00916570" w:rsidRPr="00B2123C" w14:paraId="4E77D523" w14:textId="77777777" w:rsidTr="00487486">
        <w:trPr>
          <w:cantSplit/>
          <w:jc w:val="center"/>
        </w:trPr>
        <w:tc>
          <w:tcPr>
            <w:tcW w:w="3685" w:type="dxa"/>
            <w:shd w:val="clear" w:color="auto" w:fill="FAFAFA"/>
            <w:tcMar>
              <w:top w:w="60" w:type="dxa"/>
              <w:left w:w="80" w:type="dxa"/>
              <w:bottom w:w="60" w:type="dxa"/>
              <w:right w:w="80" w:type="dxa"/>
            </w:tcMar>
          </w:tcPr>
          <w:p w14:paraId="4F6A4A65" w14:textId="6A7DA236" w:rsidR="00916570" w:rsidRPr="00A23AAB" w:rsidRDefault="00916570" w:rsidP="00916570">
            <w:pPr>
              <w:spacing w:after="0"/>
              <w:rPr>
                <w:rFonts w:ascii="Aptos" w:hAnsi="Aptos"/>
                <w:sz w:val="14"/>
                <w:szCs w:val="14"/>
              </w:rPr>
            </w:pPr>
            <w:r w:rsidRPr="00A23AAB">
              <w:rPr>
                <w:rFonts w:ascii="Aptos" w:hAnsi="Aptos"/>
                <w:sz w:val="14"/>
                <w:szCs w:val="14"/>
              </w:rPr>
              <w:t xml:space="preserve">Sometimes uses appropriate and effective </w:t>
            </w:r>
            <w:r w:rsidRPr="00A23AAB">
              <w:rPr>
                <w:rFonts w:ascii="Aptos" w:hAnsi="Aptos"/>
                <w:b/>
                <w:bCs/>
                <w:sz w:val="14"/>
                <w:szCs w:val="14"/>
              </w:rPr>
              <w:t>non-verbal communication</w:t>
            </w:r>
            <w:r w:rsidRPr="00A23AAB">
              <w:rPr>
                <w:rFonts w:ascii="Aptos" w:hAnsi="Aptos"/>
                <w:sz w:val="14"/>
                <w:szCs w:val="14"/>
              </w:rPr>
              <w:t>.</w:t>
            </w:r>
          </w:p>
        </w:tc>
        <w:tc>
          <w:tcPr>
            <w:tcW w:w="3685" w:type="dxa"/>
            <w:tcBorders>
              <w:right w:val="single" w:sz="12" w:space="0" w:color="auto"/>
            </w:tcBorders>
            <w:shd w:val="clear" w:color="auto" w:fill="FAFAFA"/>
            <w:tcMar>
              <w:top w:w="60" w:type="dxa"/>
              <w:left w:w="80" w:type="dxa"/>
              <w:bottom w:w="60" w:type="dxa"/>
              <w:right w:w="80" w:type="dxa"/>
            </w:tcMar>
          </w:tcPr>
          <w:p w14:paraId="3BB4F78F" w14:textId="70C4EDC5" w:rsidR="00916570" w:rsidRPr="00A23AAB" w:rsidRDefault="00916570" w:rsidP="00916570">
            <w:pPr>
              <w:spacing w:after="0"/>
              <w:rPr>
                <w:rFonts w:ascii="Aptos" w:hAnsi="Aptos"/>
                <w:sz w:val="14"/>
                <w:szCs w:val="14"/>
              </w:rPr>
            </w:pPr>
            <w:r w:rsidRPr="00A23AAB">
              <w:rPr>
                <w:rFonts w:ascii="Aptos" w:hAnsi="Aptos"/>
                <w:sz w:val="14"/>
                <w:szCs w:val="14"/>
              </w:rPr>
              <w:t>Regularly uses appropriate and effective non-verbal communication.</w:t>
            </w:r>
          </w:p>
        </w:tc>
        <w:tc>
          <w:tcPr>
            <w:tcW w:w="3685" w:type="dxa"/>
            <w:tcBorders>
              <w:left w:val="single" w:sz="12" w:space="0" w:color="auto"/>
            </w:tcBorders>
            <w:shd w:val="clear" w:color="auto" w:fill="FAFAFA"/>
            <w:tcMar>
              <w:top w:w="60" w:type="dxa"/>
              <w:left w:w="80" w:type="dxa"/>
              <w:bottom w:w="60" w:type="dxa"/>
              <w:right w:w="80" w:type="dxa"/>
            </w:tcMar>
          </w:tcPr>
          <w:p w14:paraId="2889EDE3" w14:textId="4DE29DF2" w:rsidR="00916570" w:rsidRPr="00A23AAB" w:rsidRDefault="00916570" w:rsidP="00916570">
            <w:pPr>
              <w:spacing w:after="0"/>
              <w:rPr>
                <w:rFonts w:ascii="Aptos" w:hAnsi="Aptos"/>
                <w:sz w:val="14"/>
                <w:szCs w:val="14"/>
              </w:rPr>
            </w:pPr>
            <w:r w:rsidRPr="00A23AAB">
              <w:rPr>
                <w:rFonts w:ascii="Aptos" w:hAnsi="Aptos"/>
                <w:sz w:val="14"/>
                <w:szCs w:val="14"/>
              </w:rPr>
              <w:t>Consistently uses appropriate and effective non-verbal communication.</w:t>
            </w:r>
          </w:p>
        </w:tc>
      </w:tr>
      <w:tr w:rsidR="00916570" w:rsidRPr="00B2123C" w14:paraId="0705F71F" w14:textId="77777777" w:rsidTr="00487486">
        <w:trPr>
          <w:cantSplit/>
          <w:jc w:val="center"/>
        </w:trPr>
        <w:tc>
          <w:tcPr>
            <w:tcW w:w="3685" w:type="dxa"/>
            <w:shd w:val="clear" w:color="auto" w:fill="FFFFFF"/>
            <w:tcMar>
              <w:top w:w="60" w:type="dxa"/>
              <w:left w:w="80" w:type="dxa"/>
              <w:bottom w:w="60" w:type="dxa"/>
              <w:right w:w="80" w:type="dxa"/>
            </w:tcMar>
          </w:tcPr>
          <w:p w14:paraId="663877FA" w14:textId="09D21EAA" w:rsidR="00916570" w:rsidRPr="00A23AAB" w:rsidRDefault="00916570" w:rsidP="00916570">
            <w:pPr>
              <w:spacing w:after="0"/>
              <w:rPr>
                <w:rFonts w:ascii="Aptos" w:hAnsi="Aptos"/>
                <w:sz w:val="14"/>
                <w:szCs w:val="14"/>
              </w:rPr>
            </w:pPr>
            <w:r w:rsidRPr="00A23AAB">
              <w:rPr>
                <w:rFonts w:ascii="Aptos" w:hAnsi="Aptos"/>
                <w:sz w:val="14"/>
                <w:szCs w:val="14"/>
              </w:rPr>
              <w:t xml:space="preserve">Uses established school and class </w:t>
            </w:r>
            <w:r w:rsidRPr="00A23AAB">
              <w:rPr>
                <w:rFonts w:ascii="Aptos" w:hAnsi="Aptos"/>
                <w:b/>
                <w:bCs/>
                <w:sz w:val="14"/>
                <w:szCs w:val="14"/>
              </w:rPr>
              <w:t>routines</w:t>
            </w:r>
            <w:r w:rsidRPr="00A23AAB">
              <w:rPr>
                <w:rFonts w:ascii="Aptos" w:hAnsi="Aptos"/>
                <w:sz w:val="14"/>
                <w:szCs w:val="14"/>
              </w:rPr>
              <w:t xml:space="preserve">. </w:t>
            </w:r>
          </w:p>
        </w:tc>
        <w:tc>
          <w:tcPr>
            <w:tcW w:w="3685" w:type="dxa"/>
            <w:tcBorders>
              <w:right w:val="single" w:sz="12" w:space="0" w:color="auto"/>
            </w:tcBorders>
            <w:shd w:val="clear" w:color="auto" w:fill="FFFFFF"/>
            <w:tcMar>
              <w:top w:w="60" w:type="dxa"/>
              <w:left w:w="80" w:type="dxa"/>
              <w:bottom w:w="60" w:type="dxa"/>
              <w:right w:w="80" w:type="dxa"/>
            </w:tcMar>
          </w:tcPr>
          <w:p w14:paraId="1F5FB0FA" w14:textId="5CEF19C0" w:rsidR="00916570" w:rsidRPr="00A23AAB" w:rsidRDefault="00916570" w:rsidP="00916570">
            <w:pPr>
              <w:spacing w:after="0"/>
              <w:rPr>
                <w:rFonts w:ascii="Aptos" w:hAnsi="Aptos"/>
                <w:sz w:val="14"/>
                <w:szCs w:val="14"/>
              </w:rPr>
            </w:pPr>
            <w:r w:rsidRPr="00A23AAB">
              <w:rPr>
                <w:rFonts w:ascii="Aptos" w:hAnsi="Aptos"/>
                <w:sz w:val="14"/>
                <w:szCs w:val="14"/>
              </w:rPr>
              <w:t xml:space="preserve">Regularly promotes and reinforces school and class routines. </w:t>
            </w:r>
          </w:p>
        </w:tc>
        <w:tc>
          <w:tcPr>
            <w:tcW w:w="3685" w:type="dxa"/>
            <w:tcBorders>
              <w:left w:val="single" w:sz="12" w:space="0" w:color="auto"/>
            </w:tcBorders>
            <w:shd w:val="clear" w:color="auto" w:fill="FFFFFF"/>
            <w:tcMar>
              <w:top w:w="60" w:type="dxa"/>
              <w:left w:w="80" w:type="dxa"/>
              <w:bottom w:w="60" w:type="dxa"/>
              <w:right w:w="80" w:type="dxa"/>
            </w:tcMar>
          </w:tcPr>
          <w:p w14:paraId="351523AA" w14:textId="5BBBCB37" w:rsidR="00916570" w:rsidRPr="00A23AAB" w:rsidRDefault="00916570" w:rsidP="00916570">
            <w:pPr>
              <w:spacing w:after="0"/>
              <w:rPr>
                <w:rFonts w:ascii="Aptos" w:hAnsi="Aptos"/>
                <w:sz w:val="14"/>
                <w:szCs w:val="14"/>
              </w:rPr>
            </w:pPr>
            <w:r w:rsidRPr="00A23AAB">
              <w:rPr>
                <w:rFonts w:ascii="Aptos" w:hAnsi="Aptos"/>
                <w:sz w:val="14"/>
                <w:szCs w:val="14"/>
              </w:rPr>
              <w:t xml:space="preserve">Consistently promotes and reinforces school and class routines and, if necessary, is creating and teaching new routines. </w:t>
            </w:r>
          </w:p>
        </w:tc>
      </w:tr>
      <w:tr w:rsidR="00916570" w:rsidRPr="00B2123C" w14:paraId="06CBC8AC" w14:textId="77777777" w:rsidTr="00487486">
        <w:trPr>
          <w:cantSplit/>
          <w:jc w:val="center"/>
        </w:trPr>
        <w:tc>
          <w:tcPr>
            <w:tcW w:w="3685" w:type="dxa"/>
            <w:shd w:val="clear" w:color="auto" w:fill="FAFAFA"/>
            <w:tcMar>
              <w:top w:w="60" w:type="dxa"/>
              <w:left w:w="80" w:type="dxa"/>
              <w:bottom w:w="60" w:type="dxa"/>
              <w:right w:w="80" w:type="dxa"/>
            </w:tcMar>
          </w:tcPr>
          <w:p w14:paraId="0AE602E2" w14:textId="4E6FEF78" w:rsidR="00916570" w:rsidRPr="00A23AAB" w:rsidRDefault="00916570" w:rsidP="00916570">
            <w:pPr>
              <w:spacing w:after="0"/>
              <w:rPr>
                <w:rFonts w:ascii="Aptos" w:hAnsi="Aptos"/>
                <w:sz w:val="14"/>
                <w:szCs w:val="14"/>
              </w:rPr>
            </w:pPr>
            <w:r w:rsidRPr="00A23AAB">
              <w:rPr>
                <w:rFonts w:ascii="Aptos" w:hAnsi="Aptos"/>
                <w:sz w:val="14"/>
                <w:szCs w:val="14"/>
              </w:rPr>
              <w:t xml:space="preserve">Teaching style demonstrates secure </w:t>
            </w:r>
            <w:r w:rsidRPr="00A23AAB">
              <w:rPr>
                <w:rFonts w:ascii="Aptos" w:hAnsi="Aptos"/>
                <w:b/>
                <w:bCs/>
                <w:sz w:val="14"/>
                <w:szCs w:val="14"/>
              </w:rPr>
              <w:t>professional presence and rapport with pupils.</w:t>
            </w:r>
            <w:r w:rsidRPr="00A23AAB">
              <w:rPr>
                <w:rFonts w:ascii="Aptos" w:hAnsi="Aptos"/>
                <w:sz w:val="14"/>
                <w:szCs w:val="14"/>
              </w:rPr>
              <w:t xml:space="preserve"> </w:t>
            </w:r>
          </w:p>
        </w:tc>
        <w:tc>
          <w:tcPr>
            <w:tcW w:w="3685" w:type="dxa"/>
            <w:tcBorders>
              <w:right w:val="single" w:sz="12" w:space="0" w:color="auto"/>
            </w:tcBorders>
            <w:shd w:val="clear" w:color="auto" w:fill="FAFAFA"/>
            <w:tcMar>
              <w:top w:w="60" w:type="dxa"/>
              <w:left w:w="80" w:type="dxa"/>
              <w:bottom w:w="60" w:type="dxa"/>
              <w:right w:w="80" w:type="dxa"/>
            </w:tcMar>
          </w:tcPr>
          <w:p w14:paraId="3509486E" w14:textId="3742BD6A" w:rsidR="00916570" w:rsidRPr="00A23AAB" w:rsidRDefault="00916570" w:rsidP="00916570">
            <w:pPr>
              <w:spacing w:after="0"/>
              <w:rPr>
                <w:rFonts w:ascii="Aptos" w:hAnsi="Aptos"/>
                <w:sz w:val="14"/>
                <w:szCs w:val="14"/>
              </w:rPr>
            </w:pPr>
            <w:r w:rsidRPr="00A23AAB">
              <w:rPr>
                <w:rFonts w:ascii="Aptos" w:hAnsi="Aptos"/>
                <w:sz w:val="14"/>
                <w:szCs w:val="14"/>
              </w:rPr>
              <w:t xml:space="preserve">Mutual respect is established between the pupils and beginning teacher. Teaching shows that the beginning teacher is using their knowledge and understanding of the pupil. </w:t>
            </w:r>
          </w:p>
        </w:tc>
        <w:tc>
          <w:tcPr>
            <w:tcW w:w="3685" w:type="dxa"/>
            <w:tcBorders>
              <w:left w:val="single" w:sz="12" w:space="0" w:color="auto"/>
            </w:tcBorders>
            <w:shd w:val="clear" w:color="auto" w:fill="FAFAFA"/>
            <w:tcMar>
              <w:top w:w="60" w:type="dxa"/>
              <w:left w:w="80" w:type="dxa"/>
              <w:bottom w:w="60" w:type="dxa"/>
              <w:right w:w="80" w:type="dxa"/>
            </w:tcMar>
          </w:tcPr>
          <w:p w14:paraId="402C83DF" w14:textId="166957CA" w:rsidR="00916570" w:rsidRPr="00A23AAB" w:rsidRDefault="00916570" w:rsidP="00916570">
            <w:pPr>
              <w:spacing w:after="0"/>
              <w:rPr>
                <w:rFonts w:ascii="Aptos" w:hAnsi="Aptos"/>
                <w:sz w:val="14"/>
                <w:szCs w:val="14"/>
              </w:rPr>
            </w:pPr>
            <w:r w:rsidRPr="00A23AAB">
              <w:rPr>
                <w:rFonts w:ascii="Aptos" w:hAnsi="Aptos"/>
                <w:sz w:val="14"/>
                <w:szCs w:val="14"/>
              </w:rPr>
              <w:t>There are high levels of mutual respect between the beginning teacher and pupils. Teaching demonstrates excellent rapport and an in-depth knowledge and understanding of pupils’ needs and personal characteristics.</w:t>
            </w:r>
          </w:p>
        </w:tc>
      </w:tr>
      <w:tr w:rsidR="00916570" w:rsidRPr="00B2123C" w14:paraId="69A02336" w14:textId="77777777" w:rsidTr="00487486">
        <w:trPr>
          <w:cantSplit/>
          <w:jc w:val="center"/>
        </w:trPr>
        <w:tc>
          <w:tcPr>
            <w:tcW w:w="3685" w:type="dxa"/>
            <w:shd w:val="clear" w:color="auto" w:fill="FFFFFF"/>
            <w:tcMar>
              <w:top w:w="60" w:type="dxa"/>
              <w:left w:w="80" w:type="dxa"/>
              <w:bottom w:w="60" w:type="dxa"/>
              <w:right w:w="80" w:type="dxa"/>
            </w:tcMar>
          </w:tcPr>
          <w:p w14:paraId="52DE2CF9" w14:textId="62599069" w:rsidR="00916570" w:rsidRPr="00A23AAB" w:rsidRDefault="00916570" w:rsidP="00916570">
            <w:pPr>
              <w:spacing w:after="0"/>
              <w:rPr>
                <w:rFonts w:ascii="Aptos" w:hAnsi="Aptos"/>
                <w:sz w:val="14"/>
                <w:szCs w:val="14"/>
              </w:rPr>
            </w:pPr>
            <w:r w:rsidRPr="00A23AAB">
              <w:rPr>
                <w:rFonts w:ascii="Aptos" w:hAnsi="Aptos"/>
                <w:sz w:val="14"/>
                <w:szCs w:val="14"/>
              </w:rPr>
              <w:t xml:space="preserve">Sometimes, with support, helps pupils </w:t>
            </w:r>
            <w:r w:rsidRPr="00A23AAB">
              <w:rPr>
                <w:rFonts w:ascii="Aptos" w:hAnsi="Aptos"/>
                <w:b/>
                <w:bCs/>
                <w:sz w:val="14"/>
                <w:szCs w:val="14"/>
              </w:rPr>
              <w:t>master challenges</w:t>
            </w:r>
            <w:r w:rsidRPr="00A23AAB">
              <w:rPr>
                <w:rFonts w:ascii="Aptos" w:hAnsi="Aptos"/>
                <w:sz w:val="14"/>
                <w:szCs w:val="14"/>
              </w:rPr>
              <w:t xml:space="preserve"> and break longer term goals down into smaller steps. </w:t>
            </w:r>
          </w:p>
        </w:tc>
        <w:tc>
          <w:tcPr>
            <w:tcW w:w="3685" w:type="dxa"/>
            <w:tcBorders>
              <w:right w:val="single" w:sz="12" w:space="0" w:color="auto"/>
            </w:tcBorders>
            <w:shd w:val="clear" w:color="auto" w:fill="FFFFFF"/>
            <w:tcMar>
              <w:top w:w="60" w:type="dxa"/>
              <w:left w:w="80" w:type="dxa"/>
              <w:bottom w:w="60" w:type="dxa"/>
              <w:right w:w="80" w:type="dxa"/>
            </w:tcMar>
          </w:tcPr>
          <w:p w14:paraId="30703908" w14:textId="2105F68B" w:rsidR="00916570" w:rsidRPr="00A23AAB" w:rsidRDefault="00916570" w:rsidP="00916570">
            <w:pPr>
              <w:spacing w:after="0"/>
              <w:rPr>
                <w:rFonts w:ascii="Aptos" w:hAnsi="Aptos"/>
                <w:sz w:val="14"/>
                <w:szCs w:val="14"/>
              </w:rPr>
            </w:pPr>
            <w:r w:rsidRPr="00A23AAB">
              <w:rPr>
                <w:rFonts w:ascii="Aptos" w:hAnsi="Aptos"/>
                <w:sz w:val="14"/>
                <w:szCs w:val="14"/>
              </w:rPr>
              <w:t xml:space="preserve">Regularly helps pupils see longer-term goals and break these down so that they can experience success. </w:t>
            </w:r>
          </w:p>
        </w:tc>
        <w:tc>
          <w:tcPr>
            <w:tcW w:w="3685" w:type="dxa"/>
            <w:tcBorders>
              <w:left w:val="single" w:sz="12" w:space="0" w:color="auto"/>
            </w:tcBorders>
            <w:shd w:val="clear" w:color="auto" w:fill="FFFFFF"/>
            <w:tcMar>
              <w:top w:w="60" w:type="dxa"/>
              <w:left w:w="80" w:type="dxa"/>
              <w:bottom w:w="60" w:type="dxa"/>
              <w:right w:w="80" w:type="dxa"/>
            </w:tcMar>
          </w:tcPr>
          <w:p w14:paraId="5C48A2F3" w14:textId="7CD009A2" w:rsidR="00916570" w:rsidRPr="00A23AAB" w:rsidRDefault="00916570" w:rsidP="00916570">
            <w:pPr>
              <w:spacing w:after="0"/>
              <w:rPr>
                <w:rFonts w:ascii="Aptos" w:hAnsi="Aptos"/>
                <w:sz w:val="14"/>
                <w:szCs w:val="14"/>
              </w:rPr>
            </w:pPr>
            <w:r w:rsidRPr="00A23AAB">
              <w:rPr>
                <w:rFonts w:ascii="Aptos" w:hAnsi="Aptos"/>
                <w:sz w:val="14"/>
                <w:szCs w:val="14"/>
              </w:rPr>
              <w:t>Consistently helps pupils see longer-term goals and break these down so that they can experience success, and therefore positively influencing pupil’s motivation.</w:t>
            </w:r>
          </w:p>
        </w:tc>
      </w:tr>
      <w:tr w:rsidR="00916570" w:rsidRPr="00B2123C" w14:paraId="4F7B3F5F" w14:textId="77777777" w:rsidTr="00AA4312">
        <w:trPr>
          <w:cantSplit/>
          <w:jc w:val="center"/>
        </w:trPr>
        <w:tc>
          <w:tcPr>
            <w:tcW w:w="3685" w:type="dxa"/>
            <w:shd w:val="clear" w:color="auto" w:fill="FAFAFA"/>
            <w:tcMar>
              <w:top w:w="60" w:type="dxa"/>
              <w:left w:w="80" w:type="dxa"/>
              <w:bottom w:w="60" w:type="dxa"/>
              <w:right w:w="80" w:type="dxa"/>
            </w:tcMar>
          </w:tcPr>
          <w:p w14:paraId="6C6F895E" w14:textId="540E9592" w:rsidR="00916570" w:rsidRPr="00A23AAB" w:rsidRDefault="00916570" w:rsidP="00916570">
            <w:pPr>
              <w:spacing w:after="0"/>
              <w:rPr>
                <w:rFonts w:ascii="Aptos" w:hAnsi="Aptos"/>
                <w:sz w:val="14"/>
                <w:szCs w:val="14"/>
              </w:rPr>
            </w:pPr>
            <w:r w:rsidRPr="00A23AAB">
              <w:rPr>
                <w:rFonts w:ascii="Aptos" w:hAnsi="Aptos"/>
                <w:sz w:val="14"/>
                <w:szCs w:val="14"/>
              </w:rPr>
              <w:t xml:space="preserve">Is able to discuss how to </w:t>
            </w:r>
            <w:r w:rsidRPr="00A23AAB">
              <w:rPr>
                <w:rFonts w:ascii="Aptos" w:hAnsi="Aptos"/>
                <w:b/>
                <w:bCs/>
                <w:sz w:val="14"/>
                <w:szCs w:val="14"/>
              </w:rPr>
              <w:t>liaise with parents/carers</w:t>
            </w:r>
            <w:r w:rsidRPr="00A23AAB">
              <w:rPr>
                <w:rFonts w:ascii="Aptos" w:hAnsi="Aptos"/>
                <w:sz w:val="14"/>
                <w:szCs w:val="14"/>
              </w:rPr>
              <w:t xml:space="preserve"> </w:t>
            </w:r>
            <w:r w:rsidRPr="00A23AAB">
              <w:rPr>
                <w:rFonts w:ascii="Aptos" w:hAnsi="Aptos"/>
                <w:b/>
                <w:bCs/>
                <w:sz w:val="14"/>
                <w:szCs w:val="14"/>
              </w:rPr>
              <w:t>to</w:t>
            </w:r>
            <w:r w:rsidRPr="00A23AAB">
              <w:rPr>
                <w:rFonts w:ascii="Aptos" w:hAnsi="Aptos"/>
                <w:sz w:val="14"/>
                <w:szCs w:val="14"/>
              </w:rPr>
              <w:t xml:space="preserve"> </w:t>
            </w:r>
            <w:r w:rsidRPr="00A23AAB">
              <w:rPr>
                <w:rFonts w:ascii="Aptos" w:hAnsi="Aptos"/>
                <w:b/>
                <w:bCs/>
                <w:sz w:val="14"/>
                <w:szCs w:val="14"/>
              </w:rPr>
              <w:t>promote involvement</w:t>
            </w:r>
            <w:r w:rsidRPr="00A23AAB">
              <w:rPr>
                <w:rFonts w:ascii="Aptos" w:hAnsi="Aptos"/>
                <w:sz w:val="14"/>
                <w:szCs w:val="14"/>
              </w:rPr>
              <w:t xml:space="preserve"> in their child’s education. </w:t>
            </w:r>
          </w:p>
        </w:tc>
        <w:tc>
          <w:tcPr>
            <w:tcW w:w="3685" w:type="dxa"/>
            <w:tcBorders>
              <w:right w:val="single" w:sz="12" w:space="0" w:color="auto"/>
            </w:tcBorders>
            <w:shd w:val="clear" w:color="auto" w:fill="FAFAFA"/>
            <w:tcMar>
              <w:top w:w="60" w:type="dxa"/>
              <w:left w:w="80" w:type="dxa"/>
              <w:bottom w:w="60" w:type="dxa"/>
              <w:right w:w="80" w:type="dxa"/>
            </w:tcMar>
          </w:tcPr>
          <w:p w14:paraId="0DF5B9B6" w14:textId="4E8CD67C" w:rsidR="00916570" w:rsidRPr="00A23AAB" w:rsidRDefault="00916570" w:rsidP="00916570">
            <w:pPr>
              <w:spacing w:after="0"/>
              <w:rPr>
                <w:rFonts w:ascii="Aptos" w:hAnsi="Aptos"/>
                <w:sz w:val="14"/>
                <w:szCs w:val="14"/>
              </w:rPr>
            </w:pPr>
            <w:r w:rsidRPr="00A23AAB">
              <w:rPr>
                <w:rFonts w:ascii="Aptos" w:hAnsi="Aptos"/>
                <w:sz w:val="14"/>
                <w:szCs w:val="14"/>
              </w:rPr>
              <w:t xml:space="preserve">Is beginning to liaise with parents/carers to share successes and thus encourage their engagement with their child’s education, including some consideration of how this should be adapted for different pupils. </w:t>
            </w:r>
          </w:p>
        </w:tc>
        <w:tc>
          <w:tcPr>
            <w:tcW w:w="3685" w:type="dxa"/>
            <w:tcBorders>
              <w:left w:val="single" w:sz="12" w:space="0" w:color="auto"/>
            </w:tcBorders>
            <w:shd w:val="clear" w:color="auto" w:fill="FAFAFA"/>
            <w:tcMar>
              <w:top w:w="60" w:type="dxa"/>
              <w:left w:w="80" w:type="dxa"/>
              <w:bottom w:w="60" w:type="dxa"/>
              <w:right w:w="80" w:type="dxa"/>
            </w:tcMar>
          </w:tcPr>
          <w:p w14:paraId="26E23796" w14:textId="0C0D21BA" w:rsidR="00916570" w:rsidRPr="00A23AAB" w:rsidRDefault="00916570" w:rsidP="00916570">
            <w:pPr>
              <w:spacing w:after="0"/>
              <w:rPr>
                <w:rFonts w:ascii="Aptos" w:hAnsi="Aptos"/>
                <w:sz w:val="14"/>
                <w:szCs w:val="14"/>
              </w:rPr>
            </w:pPr>
            <w:r w:rsidRPr="00A23AAB">
              <w:rPr>
                <w:rFonts w:ascii="Aptos" w:hAnsi="Aptos"/>
                <w:sz w:val="14"/>
                <w:szCs w:val="14"/>
              </w:rPr>
              <w:t xml:space="preserve">Proactively seeks opportunities to engage parents/carers in their child’s education and recognises how to do this appropriately with the relevant age group and for individual pupil. </w:t>
            </w:r>
          </w:p>
        </w:tc>
      </w:tr>
    </w:tbl>
    <w:tbl>
      <w:tblPr>
        <w:tblpPr w:leftFromText="180" w:rightFromText="180" w:vertAnchor="text" w:horzAnchor="margin" w:tblpY="546"/>
        <w:tblW w:w="0" w:type="auto"/>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505"/>
        <w:gridCol w:w="6954"/>
      </w:tblGrid>
      <w:tr w:rsidR="004C3C78" w:rsidRPr="00B2123C" w14:paraId="6538C1FB" w14:textId="77777777" w:rsidTr="004C3C78">
        <w:trPr>
          <w:tblHeader/>
        </w:trPr>
        <w:tc>
          <w:tcPr>
            <w:tcW w:w="0" w:type="auto"/>
            <w:gridSpan w:val="2"/>
            <w:tcBorders>
              <w:bottom w:val="single" w:sz="4" w:space="0" w:color="D3D3D3"/>
            </w:tcBorders>
            <w:shd w:val="clear" w:color="auto" w:fill="1B365D"/>
            <w:tcMar>
              <w:top w:w="80" w:type="dxa"/>
              <w:left w:w="80" w:type="dxa"/>
              <w:bottom w:w="80" w:type="dxa"/>
              <w:right w:w="80" w:type="dxa"/>
            </w:tcMar>
          </w:tcPr>
          <w:p w14:paraId="047059FC" w14:textId="77777777" w:rsidR="004C3C78" w:rsidRPr="005E06B4" w:rsidRDefault="004C3C78" w:rsidP="004C3C78">
            <w:pPr>
              <w:spacing w:before="60" w:after="160"/>
              <w:rPr>
                <w:rFonts w:ascii="Aptos" w:hAnsi="Aptos"/>
                <w:i/>
                <w:color w:val="FAFAFA"/>
                <w:sz w:val="16"/>
              </w:rPr>
            </w:pPr>
            <w:r>
              <w:rPr>
                <w:rFonts w:ascii="Aptos" w:hAnsi="Aptos"/>
                <w:b/>
                <w:color w:val="FAFAFA"/>
                <w:sz w:val="16"/>
              </w:rPr>
              <w:t>A</w:t>
            </w:r>
            <w:r w:rsidRPr="005E06B4">
              <w:rPr>
                <w:rFonts w:ascii="Aptos" w:hAnsi="Aptos"/>
                <w:b/>
                <w:color w:val="FAFAFA"/>
                <w:sz w:val="16"/>
              </w:rPr>
              <w:t xml:space="preserve">t the end of the programme, this section contributes </w:t>
            </w:r>
            <w:r w:rsidRPr="00734B87">
              <w:rPr>
                <w:rFonts w:ascii="Aptos" w:hAnsi="Aptos"/>
                <w:b/>
                <w:color w:val="FAFAFA"/>
                <w:sz w:val="16"/>
              </w:rPr>
              <w:t xml:space="preserve">towards: </w:t>
            </w:r>
            <w:r w:rsidRPr="00734B87">
              <w:rPr>
                <w:rFonts w:ascii="Aptos" w:hAnsi="Aptos"/>
                <w:i/>
                <w:color w:val="FAFAFA"/>
                <w:sz w:val="16"/>
              </w:rPr>
              <w:t>TS</w:t>
            </w:r>
            <w:r>
              <w:rPr>
                <w:rFonts w:ascii="Aptos" w:hAnsi="Aptos"/>
                <w:i/>
                <w:color w:val="FAFAFA"/>
                <w:sz w:val="16"/>
              </w:rPr>
              <w:t>1 (High Expectations) and TS7 (Manage Behaviour Effectively</w:t>
            </w:r>
          </w:p>
        </w:tc>
      </w:tr>
      <w:tr w:rsidR="004C3C78" w:rsidRPr="00B2123C" w14:paraId="3348147A" w14:textId="77777777" w:rsidTr="004C3C78">
        <w:trPr>
          <w:cantSplit/>
        </w:trPr>
        <w:tc>
          <w:tcPr>
            <w:tcW w:w="0" w:type="auto"/>
            <w:shd w:val="clear" w:color="auto" w:fill="FAFAFA"/>
            <w:tcMar>
              <w:top w:w="60" w:type="dxa"/>
              <w:left w:w="80" w:type="dxa"/>
              <w:bottom w:w="60" w:type="dxa"/>
              <w:right w:w="80" w:type="dxa"/>
            </w:tcMar>
          </w:tcPr>
          <w:p w14:paraId="4D76A52E" w14:textId="77777777" w:rsidR="004C3C78" w:rsidRDefault="004C3C78" w:rsidP="004C3C78">
            <w:pPr>
              <w:pStyle w:val="Titlebullet"/>
              <w:spacing w:before="0" w:after="0"/>
              <w:ind w:left="0" w:firstLine="0"/>
              <w:rPr>
                <w:rFonts w:ascii="Aptos" w:hAnsi="Aptos"/>
                <w:sz w:val="14"/>
                <w:szCs w:val="14"/>
              </w:rPr>
            </w:pPr>
            <w:r>
              <w:rPr>
                <w:rFonts w:ascii="Aptos" w:hAnsi="Aptos"/>
                <w:sz w:val="14"/>
                <w:szCs w:val="14"/>
              </w:rPr>
              <w:t>TS1: Set high expectations which inspire, motivate and challenge pupils</w:t>
            </w:r>
          </w:p>
          <w:p w14:paraId="5BABBE3C" w14:textId="77777777" w:rsidR="004C3C78" w:rsidRPr="00A23AAB" w:rsidRDefault="004C3C78" w:rsidP="004C3C78">
            <w:pPr>
              <w:pStyle w:val="Titlebullet"/>
              <w:numPr>
                <w:ilvl w:val="0"/>
                <w:numId w:val="10"/>
              </w:numPr>
              <w:spacing w:before="0"/>
              <w:ind w:left="142" w:hanging="142"/>
              <w:rPr>
                <w:rFonts w:ascii="Aptos" w:hAnsi="Aptos"/>
                <w:sz w:val="14"/>
                <w:szCs w:val="14"/>
              </w:rPr>
            </w:pPr>
            <w:r w:rsidRPr="00A23AAB">
              <w:rPr>
                <w:rFonts w:ascii="Aptos" w:hAnsi="Aptos"/>
                <w:sz w:val="14"/>
                <w:szCs w:val="14"/>
              </w:rPr>
              <w:t>establish a safe and stimulating environment for pupils, rooted in mutual respect</w:t>
            </w:r>
          </w:p>
          <w:p w14:paraId="66ADEC8B" w14:textId="77777777" w:rsidR="004C3C78" w:rsidRDefault="004C3C78" w:rsidP="004C3C78">
            <w:pPr>
              <w:pStyle w:val="Titlebullet"/>
              <w:numPr>
                <w:ilvl w:val="0"/>
                <w:numId w:val="10"/>
              </w:numPr>
              <w:ind w:left="142" w:hanging="142"/>
              <w:rPr>
                <w:rFonts w:ascii="Aptos" w:hAnsi="Aptos"/>
                <w:sz w:val="14"/>
                <w:szCs w:val="14"/>
              </w:rPr>
            </w:pPr>
            <w:r w:rsidRPr="00A23AAB">
              <w:rPr>
                <w:rFonts w:ascii="Aptos" w:hAnsi="Aptos"/>
                <w:sz w:val="14"/>
                <w:szCs w:val="14"/>
              </w:rPr>
              <w:t xml:space="preserve">set goals that stretch and challenge pupils of all backgrounds, abilities and dispositions </w:t>
            </w:r>
          </w:p>
          <w:p w14:paraId="39588E27" w14:textId="77777777" w:rsidR="004C3C78" w:rsidRPr="001D1B7F" w:rsidRDefault="004C3C78" w:rsidP="004C3C78">
            <w:pPr>
              <w:pStyle w:val="Titlebullet"/>
              <w:spacing w:before="0"/>
              <w:rPr>
                <w:rFonts w:ascii="Aptos" w:hAnsi="Aptos"/>
                <w:bCs/>
                <w:sz w:val="14"/>
                <w:szCs w:val="14"/>
              </w:rPr>
            </w:pPr>
            <w:r w:rsidRPr="00A23AAB">
              <w:rPr>
                <w:rFonts w:ascii="Aptos" w:hAnsi="Aptos"/>
                <w:sz w:val="14"/>
                <w:szCs w:val="14"/>
              </w:rPr>
              <w:t>demonstrate consistently the positive attitudes, values and behaviour which are expected of pupils</w:t>
            </w:r>
          </w:p>
        </w:tc>
        <w:tc>
          <w:tcPr>
            <w:tcW w:w="0" w:type="auto"/>
            <w:shd w:val="clear" w:color="auto" w:fill="FAFAFA"/>
          </w:tcPr>
          <w:p w14:paraId="15523919" w14:textId="77777777" w:rsidR="004C3C78" w:rsidRPr="00A23AAB" w:rsidRDefault="004C3C78" w:rsidP="004C3C78">
            <w:pPr>
              <w:pStyle w:val="Titlebullet"/>
              <w:spacing w:before="0" w:after="0"/>
              <w:ind w:left="0" w:firstLine="0"/>
              <w:rPr>
                <w:rFonts w:ascii="Aptos" w:hAnsi="Aptos"/>
                <w:sz w:val="14"/>
                <w:szCs w:val="14"/>
              </w:rPr>
            </w:pPr>
            <w:r>
              <w:rPr>
                <w:rFonts w:ascii="Aptos" w:hAnsi="Aptos"/>
                <w:sz w:val="14"/>
                <w:szCs w:val="14"/>
              </w:rPr>
              <w:t>TS7: Manage behaviour effectively to ensure a good and safe learning environment</w:t>
            </w:r>
          </w:p>
          <w:p w14:paraId="0E654023" w14:textId="77777777" w:rsidR="004C3C78" w:rsidRPr="00A23AAB" w:rsidRDefault="004C3C78" w:rsidP="004C3C78">
            <w:pPr>
              <w:pStyle w:val="Titlebullet"/>
              <w:numPr>
                <w:ilvl w:val="0"/>
                <w:numId w:val="11"/>
              </w:numPr>
              <w:spacing w:before="0"/>
              <w:ind w:left="172" w:hanging="172"/>
              <w:rPr>
                <w:rFonts w:ascii="Aptos" w:hAnsi="Aptos"/>
                <w:bCs/>
                <w:sz w:val="14"/>
                <w:szCs w:val="14"/>
              </w:rPr>
            </w:pPr>
            <w:r w:rsidRPr="00A23AAB">
              <w:rPr>
                <w:rFonts w:ascii="Aptos" w:hAnsi="Aptos"/>
                <w:bCs/>
                <w:sz w:val="14"/>
                <w:szCs w:val="14"/>
              </w:rPr>
              <w:t xml:space="preserve">have clear rules and routines for behaviour in classrooms, and take responsibility for promoting good and courteous behaviour both in classrooms and around the school, in accordance with the school’s behaviour policy </w:t>
            </w:r>
          </w:p>
          <w:p w14:paraId="5D5A4033" w14:textId="77777777" w:rsidR="004C3C78" w:rsidRPr="00A23AAB" w:rsidRDefault="004C3C78" w:rsidP="004C3C78">
            <w:pPr>
              <w:pStyle w:val="Titlebullet"/>
              <w:numPr>
                <w:ilvl w:val="0"/>
                <w:numId w:val="11"/>
              </w:numPr>
              <w:ind w:left="172" w:hanging="172"/>
              <w:rPr>
                <w:rFonts w:ascii="Aptos" w:hAnsi="Aptos"/>
                <w:bCs/>
                <w:sz w:val="14"/>
                <w:szCs w:val="14"/>
              </w:rPr>
            </w:pPr>
            <w:r w:rsidRPr="00A23AAB">
              <w:rPr>
                <w:rFonts w:ascii="Aptos" w:hAnsi="Aptos"/>
                <w:bCs/>
                <w:sz w:val="14"/>
                <w:szCs w:val="14"/>
              </w:rPr>
              <w:t xml:space="preserve">have high expectations of behaviour, and establish a framework for discipline with a range of strategies, using praise, sanctions and rewards consistently and fairly </w:t>
            </w:r>
          </w:p>
          <w:p w14:paraId="6A5DDB49" w14:textId="77777777" w:rsidR="004C3C78" w:rsidRDefault="004C3C78" w:rsidP="004C3C78">
            <w:pPr>
              <w:pStyle w:val="Titlebullet"/>
              <w:numPr>
                <w:ilvl w:val="0"/>
                <w:numId w:val="11"/>
              </w:numPr>
              <w:ind w:left="172" w:hanging="172"/>
              <w:rPr>
                <w:rFonts w:ascii="Aptos" w:hAnsi="Aptos"/>
                <w:bCs/>
                <w:sz w:val="14"/>
                <w:szCs w:val="14"/>
              </w:rPr>
            </w:pPr>
            <w:r w:rsidRPr="00A23AAB">
              <w:rPr>
                <w:rFonts w:ascii="Aptos" w:hAnsi="Aptos"/>
                <w:bCs/>
                <w:sz w:val="14"/>
                <w:szCs w:val="14"/>
              </w:rPr>
              <w:t xml:space="preserve">manage classes effectively, using approaches which are appropriate to pupils’ needs in order to involve and motivate them </w:t>
            </w:r>
          </w:p>
          <w:p w14:paraId="2DB27BE7" w14:textId="77777777" w:rsidR="004C3C78" w:rsidRPr="00EA00D5" w:rsidRDefault="004C3C78" w:rsidP="004C3C78">
            <w:pPr>
              <w:pStyle w:val="Titlebullet"/>
              <w:rPr>
                <w:sz w:val="16"/>
                <w:szCs w:val="16"/>
              </w:rPr>
            </w:pPr>
            <w:r w:rsidRPr="00A23AAB">
              <w:rPr>
                <w:rFonts w:ascii="Aptos" w:hAnsi="Aptos"/>
                <w:bCs/>
                <w:sz w:val="14"/>
                <w:szCs w:val="14"/>
              </w:rPr>
              <w:t>maintain good relationships with pupils, exercise appropriate authority, and act decisively when necessary</w:t>
            </w:r>
          </w:p>
        </w:tc>
      </w:tr>
    </w:tbl>
    <w:p w14:paraId="21E0E5DF" w14:textId="6F4651B4" w:rsidR="00B2123C" w:rsidRDefault="004C3C78">
      <w:pPr>
        <w:rPr>
          <w:rFonts w:ascii="Aptos" w:hAnsi="Aptos"/>
          <w:i/>
          <w:color w:val="444444"/>
          <w:sz w:val="16"/>
        </w:rPr>
      </w:pPr>
      <w:r>
        <w:rPr>
          <w:rFonts w:ascii="Aptos" w:hAnsi="Aptos"/>
          <w:i/>
          <w:color w:val="444444"/>
          <w:sz w:val="16"/>
        </w:rPr>
        <w:t xml:space="preserve"> </w:t>
      </w:r>
      <w:r w:rsidR="00B2123C">
        <w:rPr>
          <w:rFonts w:ascii="Aptos" w:hAnsi="Aptos"/>
          <w:i/>
          <w:color w:val="444444"/>
          <w:sz w:val="16"/>
        </w:rPr>
        <w:br w:type="page"/>
      </w:r>
    </w:p>
    <w:p w14:paraId="53DE78FE" w14:textId="77777777" w:rsidR="00191D4A" w:rsidRPr="00B2123C" w:rsidRDefault="007A71C5">
      <w:pPr>
        <w:spacing w:before="200" w:after="80"/>
        <w:rPr>
          <w:rFonts w:ascii="Aptos" w:hAnsi="Aptos"/>
        </w:rPr>
      </w:pPr>
      <w:r w:rsidRPr="00B2123C">
        <w:rPr>
          <w:rFonts w:ascii="Aptos" w:hAnsi="Aptos"/>
          <w:b/>
          <w:color w:val="1B365D"/>
        </w:rPr>
        <w:lastRenderedPageBreak/>
        <w:t>2. Pedagogy (How Pupils Learn, S2; Classroom Practice, S4; Adaptive Teaching, S5)</w:t>
      </w:r>
    </w:p>
    <w:tbl>
      <w:tblPr>
        <w:tblW w:w="11055"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685"/>
        <w:gridCol w:w="3685"/>
        <w:gridCol w:w="3685"/>
      </w:tblGrid>
      <w:tr w:rsidR="001669DD" w:rsidRPr="00B2123C" w14:paraId="540763AD" w14:textId="77777777" w:rsidTr="00BB25C6">
        <w:trPr>
          <w:tblHeader/>
          <w:jc w:val="center"/>
        </w:trPr>
        <w:tc>
          <w:tcPr>
            <w:tcW w:w="3685" w:type="dxa"/>
            <w:tcBorders>
              <w:bottom w:val="single" w:sz="4" w:space="0" w:color="D3D3D3"/>
            </w:tcBorders>
            <w:shd w:val="clear" w:color="auto" w:fill="1B365D"/>
            <w:tcMar>
              <w:top w:w="80" w:type="dxa"/>
              <w:left w:w="80" w:type="dxa"/>
              <w:bottom w:w="80" w:type="dxa"/>
              <w:right w:w="80" w:type="dxa"/>
            </w:tcMar>
          </w:tcPr>
          <w:p w14:paraId="50405D02"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Emerging/Developing Practice</w:t>
            </w:r>
          </w:p>
          <w:p w14:paraId="18D48FFA" w14:textId="503CFEB3" w:rsidR="001669DD" w:rsidRPr="00B2123C" w:rsidRDefault="001669DD" w:rsidP="001669DD">
            <w:pPr>
              <w:spacing w:after="0"/>
              <w:jc w:val="center"/>
              <w:rPr>
                <w:rFonts w:ascii="Aptos" w:hAnsi="Aptos"/>
              </w:rPr>
            </w:pPr>
            <w:r w:rsidRPr="00B2123C">
              <w:rPr>
                <w:rFonts w:ascii="Aptos" w:hAnsi="Aptos"/>
                <w:bCs/>
                <w:i/>
                <w:iCs/>
                <w:color w:val="FFFFFF"/>
                <w:sz w:val="18"/>
              </w:rPr>
              <w:t>(Early / Middle ITE)</w:t>
            </w:r>
          </w:p>
        </w:tc>
        <w:tc>
          <w:tcPr>
            <w:tcW w:w="3685" w:type="dxa"/>
            <w:tcBorders>
              <w:bottom w:val="single" w:sz="4" w:space="0" w:color="D3D3D3"/>
            </w:tcBorders>
            <w:shd w:val="clear" w:color="auto" w:fill="1B365D"/>
            <w:tcMar>
              <w:top w:w="80" w:type="dxa"/>
              <w:left w:w="80" w:type="dxa"/>
              <w:bottom w:w="80" w:type="dxa"/>
              <w:right w:w="80" w:type="dxa"/>
            </w:tcMar>
          </w:tcPr>
          <w:p w14:paraId="684940A2"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Securing Practice</w:t>
            </w:r>
          </w:p>
          <w:p w14:paraId="2DA42C48" w14:textId="5D417A64" w:rsidR="001669DD" w:rsidRPr="00B2123C" w:rsidRDefault="001669DD" w:rsidP="001669DD">
            <w:pPr>
              <w:spacing w:after="0"/>
              <w:jc w:val="center"/>
              <w:rPr>
                <w:rFonts w:ascii="Aptos" w:hAnsi="Aptos"/>
              </w:rPr>
            </w:pPr>
            <w:r w:rsidRPr="00B2123C">
              <w:rPr>
                <w:rFonts w:ascii="Aptos" w:hAnsi="Aptos"/>
                <w:bCs/>
                <w:i/>
                <w:iCs/>
                <w:color w:val="FFFFFF"/>
                <w:sz w:val="18"/>
              </w:rPr>
              <w:t>(Middle / Later ITE)</w:t>
            </w:r>
          </w:p>
        </w:tc>
        <w:tc>
          <w:tcPr>
            <w:tcW w:w="3685" w:type="dxa"/>
            <w:shd w:val="clear" w:color="auto" w:fill="1B365D"/>
            <w:tcMar>
              <w:top w:w="80" w:type="dxa"/>
              <w:left w:w="80" w:type="dxa"/>
              <w:bottom w:w="80" w:type="dxa"/>
              <w:right w:w="80" w:type="dxa"/>
            </w:tcMar>
          </w:tcPr>
          <w:p w14:paraId="2BF30558"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Established/High Impact Practice</w:t>
            </w:r>
          </w:p>
          <w:p w14:paraId="0E43A46B" w14:textId="2520DC9C" w:rsidR="001669DD" w:rsidRPr="00B2123C" w:rsidRDefault="001669DD" w:rsidP="001669DD">
            <w:pPr>
              <w:spacing w:after="0"/>
              <w:jc w:val="center"/>
              <w:rPr>
                <w:rFonts w:ascii="Aptos" w:hAnsi="Aptos"/>
              </w:rPr>
            </w:pPr>
            <w:r w:rsidRPr="00B2123C">
              <w:rPr>
                <w:rFonts w:ascii="Aptos" w:hAnsi="Aptos"/>
                <w:bCs/>
                <w:i/>
                <w:iCs/>
                <w:color w:val="FFFFFF"/>
                <w:sz w:val="18"/>
              </w:rPr>
              <w:t>(Later ITE / ECT)</w:t>
            </w:r>
          </w:p>
        </w:tc>
      </w:tr>
      <w:tr w:rsidR="00EA04F5" w:rsidRPr="00B2123C" w14:paraId="6959C38F" w14:textId="77777777" w:rsidTr="00BB25C6">
        <w:trPr>
          <w:cantSplit/>
          <w:jc w:val="center"/>
        </w:trPr>
        <w:tc>
          <w:tcPr>
            <w:tcW w:w="3685" w:type="dxa"/>
            <w:shd w:val="clear" w:color="auto" w:fill="FFFFFF"/>
            <w:tcMar>
              <w:top w:w="60" w:type="dxa"/>
              <w:left w:w="80" w:type="dxa"/>
              <w:bottom w:w="60" w:type="dxa"/>
              <w:right w:w="80" w:type="dxa"/>
            </w:tcMar>
          </w:tcPr>
          <w:p w14:paraId="3A87D6A3" w14:textId="68EC1875" w:rsidR="00EA04F5" w:rsidRPr="00EA04F5" w:rsidRDefault="00EA04F5" w:rsidP="00EA04F5">
            <w:pPr>
              <w:spacing w:after="0"/>
              <w:rPr>
                <w:rFonts w:ascii="Aptos" w:hAnsi="Aptos"/>
                <w:sz w:val="14"/>
                <w:szCs w:val="14"/>
              </w:rPr>
            </w:pPr>
            <w:r w:rsidRPr="00EA04F5">
              <w:rPr>
                <w:rFonts w:ascii="Aptos" w:hAnsi="Aptos"/>
                <w:sz w:val="14"/>
                <w:szCs w:val="14"/>
              </w:rPr>
              <w:t xml:space="preserve">Sometimes takes into account </w:t>
            </w:r>
            <w:r w:rsidRPr="00EA04F5">
              <w:rPr>
                <w:rFonts w:ascii="Aptos" w:hAnsi="Aptos"/>
                <w:b/>
                <w:bCs/>
                <w:sz w:val="14"/>
                <w:szCs w:val="14"/>
              </w:rPr>
              <w:t>pupils’ prior knowledge</w:t>
            </w:r>
            <w:r w:rsidRPr="00EA04F5">
              <w:rPr>
                <w:rFonts w:ascii="Aptos" w:hAnsi="Aptos"/>
                <w:sz w:val="14"/>
                <w:szCs w:val="14"/>
              </w:rPr>
              <w:t xml:space="preserve"> when planning and supporting pupils to make connections.  </w:t>
            </w:r>
          </w:p>
        </w:tc>
        <w:tc>
          <w:tcPr>
            <w:tcW w:w="3685" w:type="dxa"/>
            <w:tcBorders>
              <w:right w:val="single" w:sz="12" w:space="0" w:color="auto"/>
            </w:tcBorders>
            <w:shd w:val="clear" w:color="auto" w:fill="FFFFFF"/>
            <w:tcMar>
              <w:top w:w="60" w:type="dxa"/>
              <w:left w:w="80" w:type="dxa"/>
              <w:bottom w:w="60" w:type="dxa"/>
              <w:right w:w="80" w:type="dxa"/>
            </w:tcMar>
          </w:tcPr>
          <w:p w14:paraId="08420F8C" w14:textId="4473358B" w:rsidR="00EA04F5" w:rsidRPr="00EA04F5" w:rsidRDefault="00EA04F5" w:rsidP="00EA04F5">
            <w:pPr>
              <w:spacing w:after="0"/>
              <w:rPr>
                <w:rFonts w:ascii="Aptos" w:hAnsi="Aptos"/>
                <w:sz w:val="14"/>
                <w:szCs w:val="14"/>
              </w:rPr>
            </w:pPr>
            <w:r w:rsidRPr="00EA04F5">
              <w:rPr>
                <w:rFonts w:ascii="Aptos" w:hAnsi="Aptos"/>
                <w:sz w:val="14"/>
                <w:szCs w:val="14"/>
              </w:rPr>
              <w:t xml:space="preserve">Regularly takes into account pupils’ prior knowledge when planning and sequencing lessons and supports pupils to discuss these connections.  </w:t>
            </w:r>
          </w:p>
        </w:tc>
        <w:tc>
          <w:tcPr>
            <w:tcW w:w="3685" w:type="dxa"/>
            <w:tcBorders>
              <w:left w:val="single" w:sz="12" w:space="0" w:color="auto"/>
            </w:tcBorders>
            <w:shd w:val="clear" w:color="auto" w:fill="FFFFFF"/>
            <w:tcMar>
              <w:top w:w="60" w:type="dxa"/>
              <w:left w:w="80" w:type="dxa"/>
              <w:bottom w:w="60" w:type="dxa"/>
              <w:right w:w="80" w:type="dxa"/>
            </w:tcMar>
          </w:tcPr>
          <w:p w14:paraId="695B29A6" w14:textId="12D9E4B3" w:rsidR="00EA04F5" w:rsidRPr="00EA04F5" w:rsidRDefault="00EA04F5" w:rsidP="00EA04F5">
            <w:pPr>
              <w:spacing w:after="0"/>
              <w:rPr>
                <w:rFonts w:ascii="Aptos" w:hAnsi="Aptos"/>
                <w:sz w:val="14"/>
                <w:szCs w:val="14"/>
              </w:rPr>
            </w:pPr>
            <w:r w:rsidRPr="00EA04F5">
              <w:rPr>
                <w:rFonts w:ascii="Aptos" w:hAnsi="Aptos"/>
                <w:sz w:val="14"/>
                <w:szCs w:val="14"/>
              </w:rPr>
              <w:t xml:space="preserve">Consistently takes into account pupils’ prior knowledge when planning and sequencing lessons and supports pupils to discuss these connections.  </w:t>
            </w:r>
          </w:p>
        </w:tc>
      </w:tr>
      <w:tr w:rsidR="00EA04F5" w:rsidRPr="00B2123C" w14:paraId="35FFFC3D" w14:textId="77777777" w:rsidTr="00BB25C6">
        <w:trPr>
          <w:cantSplit/>
          <w:jc w:val="center"/>
        </w:trPr>
        <w:tc>
          <w:tcPr>
            <w:tcW w:w="3685" w:type="dxa"/>
            <w:shd w:val="clear" w:color="auto" w:fill="FAFAFA"/>
            <w:tcMar>
              <w:top w:w="60" w:type="dxa"/>
              <w:left w:w="80" w:type="dxa"/>
              <w:bottom w:w="60" w:type="dxa"/>
              <w:right w:w="80" w:type="dxa"/>
            </w:tcMar>
          </w:tcPr>
          <w:p w14:paraId="33B02143" w14:textId="4C275A47" w:rsidR="00EA04F5" w:rsidRPr="00EA04F5" w:rsidRDefault="00EA04F5" w:rsidP="00EA04F5">
            <w:pPr>
              <w:spacing w:after="0"/>
              <w:rPr>
                <w:rFonts w:ascii="Aptos" w:hAnsi="Aptos"/>
                <w:sz w:val="14"/>
                <w:szCs w:val="14"/>
              </w:rPr>
            </w:pPr>
            <w:r w:rsidRPr="00EA04F5">
              <w:rPr>
                <w:rFonts w:ascii="Aptos" w:hAnsi="Aptos"/>
                <w:sz w:val="14"/>
                <w:szCs w:val="14"/>
              </w:rPr>
              <w:t xml:space="preserve">Sometimes considers how to make </w:t>
            </w:r>
            <w:r w:rsidRPr="00EA04F5">
              <w:rPr>
                <w:rFonts w:ascii="Aptos" w:hAnsi="Aptos"/>
                <w:b/>
                <w:bCs/>
                <w:sz w:val="14"/>
                <w:szCs w:val="14"/>
              </w:rPr>
              <w:t>tasks clear</w:t>
            </w:r>
            <w:r w:rsidRPr="00EA04F5">
              <w:rPr>
                <w:rFonts w:ascii="Aptos" w:hAnsi="Aptos"/>
                <w:sz w:val="14"/>
                <w:szCs w:val="14"/>
              </w:rPr>
              <w:t xml:space="preserve"> and keeps the focus on the </w:t>
            </w:r>
            <w:r w:rsidRPr="00EA04F5">
              <w:rPr>
                <w:rFonts w:ascii="Aptos" w:hAnsi="Aptos"/>
                <w:b/>
                <w:bCs/>
                <w:sz w:val="14"/>
                <w:szCs w:val="14"/>
              </w:rPr>
              <w:t>key learning</w:t>
            </w:r>
            <w:r w:rsidRPr="00EA04F5">
              <w:rPr>
                <w:rFonts w:ascii="Aptos" w:hAnsi="Aptos"/>
                <w:sz w:val="14"/>
                <w:szCs w:val="14"/>
              </w:rPr>
              <w:t xml:space="preserve">. </w:t>
            </w:r>
          </w:p>
        </w:tc>
        <w:tc>
          <w:tcPr>
            <w:tcW w:w="3685" w:type="dxa"/>
            <w:tcBorders>
              <w:right w:val="single" w:sz="12" w:space="0" w:color="auto"/>
            </w:tcBorders>
            <w:shd w:val="clear" w:color="auto" w:fill="FAFAFA"/>
            <w:tcMar>
              <w:top w:w="60" w:type="dxa"/>
              <w:left w:w="80" w:type="dxa"/>
              <w:bottom w:w="60" w:type="dxa"/>
              <w:right w:w="80" w:type="dxa"/>
            </w:tcMar>
          </w:tcPr>
          <w:p w14:paraId="06F8D8CA" w14:textId="1CBF38ED" w:rsidR="00EA04F5" w:rsidRPr="00EA04F5" w:rsidRDefault="00EA04F5" w:rsidP="00EA04F5">
            <w:pPr>
              <w:spacing w:after="0"/>
              <w:rPr>
                <w:rFonts w:ascii="Aptos" w:hAnsi="Aptos"/>
                <w:sz w:val="14"/>
                <w:szCs w:val="14"/>
              </w:rPr>
            </w:pPr>
            <w:r w:rsidRPr="00EA04F5">
              <w:rPr>
                <w:rFonts w:ascii="Aptos" w:hAnsi="Aptos"/>
                <w:sz w:val="14"/>
                <w:szCs w:val="14"/>
              </w:rPr>
              <w:t xml:space="preserve">Regularly plans clear tasks, well focused on the key learning and breaking complex material into smaller steps where necessary. </w:t>
            </w:r>
          </w:p>
        </w:tc>
        <w:tc>
          <w:tcPr>
            <w:tcW w:w="3685" w:type="dxa"/>
            <w:tcBorders>
              <w:left w:val="single" w:sz="12" w:space="0" w:color="auto"/>
            </w:tcBorders>
            <w:shd w:val="clear" w:color="auto" w:fill="FAFAFA"/>
            <w:tcMar>
              <w:top w:w="60" w:type="dxa"/>
              <w:left w:w="80" w:type="dxa"/>
              <w:bottom w:w="60" w:type="dxa"/>
              <w:right w:w="80" w:type="dxa"/>
            </w:tcMar>
          </w:tcPr>
          <w:p w14:paraId="13A181DF" w14:textId="6EF79B7C" w:rsidR="00EA04F5" w:rsidRPr="00EA04F5" w:rsidRDefault="00EA04F5" w:rsidP="00EA04F5">
            <w:pPr>
              <w:spacing w:after="0"/>
              <w:rPr>
                <w:rFonts w:ascii="Aptos" w:hAnsi="Aptos"/>
                <w:sz w:val="14"/>
                <w:szCs w:val="14"/>
              </w:rPr>
            </w:pPr>
            <w:r w:rsidRPr="00EA04F5">
              <w:rPr>
                <w:rFonts w:ascii="Aptos" w:hAnsi="Aptos"/>
                <w:sz w:val="14"/>
                <w:szCs w:val="14"/>
              </w:rPr>
              <w:t xml:space="preserve">Consistently plans clear, well-sequenced and focused tasks. </w:t>
            </w:r>
          </w:p>
        </w:tc>
      </w:tr>
      <w:tr w:rsidR="00EA04F5" w:rsidRPr="00B2123C" w14:paraId="5CE85470" w14:textId="77777777" w:rsidTr="00BB25C6">
        <w:trPr>
          <w:cantSplit/>
          <w:jc w:val="center"/>
        </w:trPr>
        <w:tc>
          <w:tcPr>
            <w:tcW w:w="3685" w:type="dxa"/>
            <w:shd w:val="clear" w:color="auto" w:fill="FFFFFF"/>
            <w:tcMar>
              <w:top w:w="60" w:type="dxa"/>
              <w:left w:w="80" w:type="dxa"/>
              <w:bottom w:w="60" w:type="dxa"/>
              <w:right w:w="80" w:type="dxa"/>
            </w:tcMar>
          </w:tcPr>
          <w:p w14:paraId="387C7ACA" w14:textId="2C14D783" w:rsidR="00EA04F5" w:rsidRPr="00EA04F5" w:rsidRDefault="00EA04F5" w:rsidP="00EA04F5">
            <w:pPr>
              <w:spacing w:after="0"/>
              <w:rPr>
                <w:rFonts w:ascii="Aptos" w:hAnsi="Aptos"/>
                <w:sz w:val="14"/>
                <w:szCs w:val="14"/>
              </w:rPr>
            </w:pPr>
            <w:r w:rsidRPr="00EA04F5">
              <w:rPr>
                <w:rFonts w:ascii="Aptos" w:hAnsi="Aptos"/>
                <w:sz w:val="14"/>
                <w:szCs w:val="14"/>
              </w:rPr>
              <w:t xml:space="preserve">Sometimes encourages pupils to share their </w:t>
            </w:r>
            <w:r w:rsidRPr="00EA04F5">
              <w:rPr>
                <w:rFonts w:ascii="Aptos" w:hAnsi="Aptos"/>
                <w:b/>
                <w:bCs/>
                <w:sz w:val="14"/>
                <w:szCs w:val="14"/>
              </w:rPr>
              <w:t>understanding and any misconceptions</w:t>
            </w:r>
            <w:r w:rsidRPr="00EA04F5">
              <w:rPr>
                <w:rFonts w:ascii="Aptos" w:hAnsi="Aptos"/>
                <w:sz w:val="14"/>
                <w:szCs w:val="14"/>
              </w:rPr>
              <w:t xml:space="preserve"> and then </w:t>
            </w:r>
            <w:r w:rsidRPr="00EA04F5">
              <w:rPr>
                <w:rFonts w:ascii="Aptos" w:hAnsi="Aptos"/>
                <w:b/>
                <w:bCs/>
                <w:sz w:val="14"/>
                <w:szCs w:val="14"/>
              </w:rPr>
              <w:t>works to address these.</w:t>
            </w:r>
            <w:r w:rsidRPr="00EA04F5">
              <w:rPr>
                <w:rFonts w:ascii="Aptos" w:hAnsi="Aptos"/>
                <w:sz w:val="14"/>
                <w:szCs w:val="14"/>
              </w:rPr>
              <w:t xml:space="preserve">   </w:t>
            </w:r>
          </w:p>
        </w:tc>
        <w:tc>
          <w:tcPr>
            <w:tcW w:w="3685" w:type="dxa"/>
            <w:tcBorders>
              <w:right w:val="single" w:sz="12" w:space="0" w:color="auto"/>
            </w:tcBorders>
            <w:shd w:val="clear" w:color="auto" w:fill="FFFFFF"/>
            <w:tcMar>
              <w:top w:w="60" w:type="dxa"/>
              <w:left w:w="80" w:type="dxa"/>
              <w:bottom w:w="60" w:type="dxa"/>
              <w:right w:w="80" w:type="dxa"/>
            </w:tcMar>
          </w:tcPr>
          <w:p w14:paraId="1A7F6DED" w14:textId="369C92FC" w:rsidR="00EA04F5" w:rsidRPr="00EA04F5" w:rsidRDefault="00EA04F5" w:rsidP="00EA04F5">
            <w:pPr>
              <w:spacing w:after="0"/>
              <w:rPr>
                <w:rFonts w:ascii="Aptos" w:hAnsi="Aptos"/>
                <w:sz w:val="14"/>
                <w:szCs w:val="14"/>
              </w:rPr>
            </w:pPr>
            <w:r w:rsidRPr="00EA04F5">
              <w:rPr>
                <w:rFonts w:ascii="Aptos" w:hAnsi="Aptos"/>
                <w:sz w:val="14"/>
                <w:szCs w:val="14"/>
              </w:rPr>
              <w:t xml:space="preserve">Regularly explores pupils’ understanding, adapting planning and anticipating potential misconceptions in planning so that these can be addressed more readily. </w:t>
            </w:r>
          </w:p>
        </w:tc>
        <w:tc>
          <w:tcPr>
            <w:tcW w:w="3685" w:type="dxa"/>
            <w:tcBorders>
              <w:left w:val="single" w:sz="12" w:space="0" w:color="auto"/>
            </w:tcBorders>
            <w:shd w:val="clear" w:color="auto" w:fill="FFFFFF"/>
            <w:tcMar>
              <w:top w:w="60" w:type="dxa"/>
              <w:left w:w="80" w:type="dxa"/>
              <w:bottom w:w="60" w:type="dxa"/>
              <w:right w:w="80" w:type="dxa"/>
            </w:tcMar>
          </w:tcPr>
          <w:p w14:paraId="25A8EF12" w14:textId="2FBF9195" w:rsidR="00EA04F5" w:rsidRPr="00EA04F5" w:rsidRDefault="00EA04F5" w:rsidP="00EA04F5">
            <w:pPr>
              <w:spacing w:after="0"/>
              <w:rPr>
                <w:rFonts w:ascii="Aptos" w:hAnsi="Aptos"/>
                <w:sz w:val="14"/>
                <w:szCs w:val="14"/>
              </w:rPr>
            </w:pPr>
            <w:r w:rsidRPr="00EA04F5">
              <w:rPr>
                <w:rFonts w:ascii="Aptos" w:hAnsi="Aptos"/>
                <w:sz w:val="14"/>
                <w:szCs w:val="14"/>
              </w:rPr>
              <w:t xml:space="preserve">Consistently and effectively explores pupils’ understanding, adapting planning as necessary and actively plans to address potential misconceptions so that these are largely avoided.  </w:t>
            </w:r>
          </w:p>
        </w:tc>
      </w:tr>
      <w:tr w:rsidR="00EA04F5" w:rsidRPr="00B2123C" w14:paraId="654F6004" w14:textId="77777777" w:rsidTr="00BB25C6">
        <w:trPr>
          <w:cantSplit/>
          <w:jc w:val="center"/>
        </w:trPr>
        <w:tc>
          <w:tcPr>
            <w:tcW w:w="3685" w:type="dxa"/>
            <w:shd w:val="clear" w:color="auto" w:fill="FAFAFA"/>
            <w:tcMar>
              <w:top w:w="60" w:type="dxa"/>
              <w:left w:w="80" w:type="dxa"/>
              <w:bottom w:w="60" w:type="dxa"/>
              <w:right w:w="80" w:type="dxa"/>
            </w:tcMar>
          </w:tcPr>
          <w:p w14:paraId="57FC30CA" w14:textId="6340D845" w:rsidR="00EA04F5" w:rsidRPr="00EA04F5" w:rsidRDefault="00EA04F5" w:rsidP="00EA04F5">
            <w:pPr>
              <w:spacing w:after="0"/>
              <w:rPr>
                <w:rFonts w:ascii="Aptos" w:hAnsi="Aptos"/>
                <w:sz w:val="14"/>
                <w:szCs w:val="14"/>
              </w:rPr>
            </w:pPr>
            <w:r w:rsidRPr="00EA04F5">
              <w:rPr>
                <w:rFonts w:ascii="Aptos" w:hAnsi="Aptos"/>
                <w:sz w:val="14"/>
                <w:szCs w:val="14"/>
              </w:rPr>
              <w:t xml:space="preserve">Sometimes includes opportunities for pupils to </w:t>
            </w:r>
            <w:r w:rsidRPr="00EA04F5">
              <w:rPr>
                <w:rFonts w:ascii="Aptos" w:hAnsi="Aptos"/>
                <w:b/>
                <w:bCs/>
                <w:sz w:val="14"/>
                <w:szCs w:val="14"/>
              </w:rPr>
              <w:t>review and practise</w:t>
            </w:r>
            <w:r w:rsidRPr="00EA04F5">
              <w:rPr>
                <w:rFonts w:ascii="Aptos" w:hAnsi="Aptos"/>
                <w:sz w:val="14"/>
                <w:szCs w:val="14"/>
              </w:rPr>
              <w:t xml:space="preserve"> ideas. </w:t>
            </w:r>
          </w:p>
        </w:tc>
        <w:tc>
          <w:tcPr>
            <w:tcW w:w="3685" w:type="dxa"/>
            <w:tcBorders>
              <w:right w:val="single" w:sz="12" w:space="0" w:color="auto"/>
            </w:tcBorders>
            <w:shd w:val="clear" w:color="auto" w:fill="FAFAFA"/>
            <w:tcMar>
              <w:top w:w="60" w:type="dxa"/>
              <w:left w:w="80" w:type="dxa"/>
              <w:bottom w:w="60" w:type="dxa"/>
              <w:right w:w="80" w:type="dxa"/>
            </w:tcMar>
          </w:tcPr>
          <w:p w14:paraId="00E8A900" w14:textId="49B5B26C" w:rsidR="00EA04F5" w:rsidRPr="00EA04F5" w:rsidRDefault="00EA04F5" w:rsidP="00EA04F5">
            <w:pPr>
              <w:spacing w:after="0"/>
              <w:rPr>
                <w:rFonts w:ascii="Aptos" w:hAnsi="Aptos"/>
                <w:sz w:val="14"/>
                <w:szCs w:val="14"/>
              </w:rPr>
            </w:pPr>
            <w:r w:rsidRPr="00EA04F5">
              <w:rPr>
                <w:rFonts w:ascii="Aptos" w:hAnsi="Aptos"/>
                <w:sz w:val="14"/>
                <w:szCs w:val="14"/>
              </w:rPr>
              <w:t xml:space="preserve">Regularly includes opportunities for pupils to review and practise ideas so that they can build effectively on prior learning. </w:t>
            </w:r>
          </w:p>
        </w:tc>
        <w:tc>
          <w:tcPr>
            <w:tcW w:w="3685" w:type="dxa"/>
            <w:tcBorders>
              <w:left w:val="single" w:sz="12" w:space="0" w:color="auto"/>
            </w:tcBorders>
            <w:shd w:val="clear" w:color="auto" w:fill="FAFAFA"/>
            <w:tcMar>
              <w:top w:w="60" w:type="dxa"/>
              <w:left w:w="80" w:type="dxa"/>
              <w:bottom w:w="60" w:type="dxa"/>
              <w:right w:w="80" w:type="dxa"/>
            </w:tcMar>
          </w:tcPr>
          <w:p w14:paraId="78A822E3" w14:textId="5A8AAD87" w:rsidR="00EA04F5" w:rsidRPr="00EA04F5" w:rsidRDefault="00EA04F5" w:rsidP="00EA04F5">
            <w:pPr>
              <w:spacing w:after="0"/>
              <w:rPr>
                <w:rFonts w:ascii="Aptos" w:hAnsi="Aptos"/>
                <w:sz w:val="14"/>
                <w:szCs w:val="14"/>
              </w:rPr>
            </w:pPr>
            <w:r w:rsidRPr="00EA04F5">
              <w:rPr>
                <w:rFonts w:ascii="Aptos" w:hAnsi="Aptos"/>
                <w:sz w:val="14"/>
                <w:szCs w:val="14"/>
              </w:rPr>
              <w:t xml:space="preserve">Consistently including opportunities for pupils to review and practise knowledge and skills with appropriate levels of success and challenge. </w:t>
            </w:r>
          </w:p>
        </w:tc>
      </w:tr>
      <w:tr w:rsidR="00EA04F5" w:rsidRPr="00B2123C" w14:paraId="6E9B195F" w14:textId="77777777" w:rsidTr="00BB25C6">
        <w:trPr>
          <w:cantSplit/>
          <w:jc w:val="center"/>
        </w:trPr>
        <w:tc>
          <w:tcPr>
            <w:tcW w:w="3685" w:type="dxa"/>
            <w:shd w:val="clear" w:color="auto" w:fill="FFFFFF"/>
            <w:tcMar>
              <w:top w:w="60" w:type="dxa"/>
              <w:left w:w="80" w:type="dxa"/>
              <w:bottom w:w="60" w:type="dxa"/>
              <w:right w:w="80" w:type="dxa"/>
            </w:tcMar>
          </w:tcPr>
          <w:p w14:paraId="31236115" w14:textId="152FFB26" w:rsidR="00EA04F5" w:rsidRPr="00EA04F5" w:rsidRDefault="00EA04F5" w:rsidP="00EA04F5">
            <w:pPr>
              <w:spacing w:after="0"/>
              <w:rPr>
                <w:rFonts w:ascii="Aptos" w:hAnsi="Aptos"/>
                <w:sz w:val="14"/>
                <w:szCs w:val="14"/>
              </w:rPr>
            </w:pPr>
            <w:r w:rsidRPr="00EA04F5">
              <w:rPr>
                <w:rFonts w:ascii="Aptos" w:hAnsi="Aptos"/>
                <w:sz w:val="14"/>
                <w:szCs w:val="14"/>
              </w:rPr>
              <w:t xml:space="preserve">Sometimes, with support, </w:t>
            </w:r>
            <w:r w:rsidRPr="00EA04F5">
              <w:rPr>
                <w:rFonts w:ascii="Aptos" w:hAnsi="Aptos"/>
                <w:b/>
                <w:bCs/>
                <w:sz w:val="14"/>
                <w:szCs w:val="14"/>
              </w:rPr>
              <w:t>plans effective lessons</w:t>
            </w:r>
            <w:r w:rsidRPr="00EA04F5">
              <w:rPr>
                <w:rFonts w:ascii="Aptos" w:hAnsi="Aptos"/>
                <w:sz w:val="14"/>
                <w:szCs w:val="14"/>
              </w:rPr>
              <w:t xml:space="preserve"> including relevant explanations, modelling and scaffolding. </w:t>
            </w:r>
          </w:p>
        </w:tc>
        <w:tc>
          <w:tcPr>
            <w:tcW w:w="3685" w:type="dxa"/>
            <w:tcBorders>
              <w:right w:val="single" w:sz="12" w:space="0" w:color="auto"/>
            </w:tcBorders>
            <w:shd w:val="clear" w:color="auto" w:fill="FFFFFF"/>
            <w:tcMar>
              <w:top w:w="60" w:type="dxa"/>
              <w:left w:w="80" w:type="dxa"/>
              <w:bottom w:w="60" w:type="dxa"/>
              <w:right w:w="80" w:type="dxa"/>
            </w:tcMar>
          </w:tcPr>
          <w:p w14:paraId="35501E1F" w14:textId="6CC291E1" w:rsidR="00EA04F5" w:rsidRPr="00EA04F5" w:rsidRDefault="00EA04F5" w:rsidP="00EA04F5">
            <w:pPr>
              <w:spacing w:after="0"/>
              <w:rPr>
                <w:rFonts w:ascii="Aptos" w:hAnsi="Aptos"/>
                <w:sz w:val="14"/>
                <w:szCs w:val="14"/>
              </w:rPr>
            </w:pPr>
            <w:r w:rsidRPr="00EA04F5">
              <w:rPr>
                <w:rFonts w:ascii="Aptos" w:hAnsi="Aptos"/>
                <w:sz w:val="14"/>
                <w:szCs w:val="14"/>
              </w:rPr>
              <w:t xml:space="preserve">Regularly plans effective lessons, which include explanations, modelling and scaffolding.  </w:t>
            </w:r>
          </w:p>
        </w:tc>
        <w:tc>
          <w:tcPr>
            <w:tcW w:w="3685" w:type="dxa"/>
            <w:tcBorders>
              <w:left w:val="single" w:sz="12" w:space="0" w:color="auto"/>
            </w:tcBorders>
            <w:shd w:val="clear" w:color="auto" w:fill="FFFFFF"/>
            <w:tcMar>
              <w:top w:w="60" w:type="dxa"/>
              <w:left w:w="80" w:type="dxa"/>
              <w:bottom w:w="60" w:type="dxa"/>
              <w:right w:w="80" w:type="dxa"/>
            </w:tcMar>
          </w:tcPr>
          <w:p w14:paraId="5DA06DA4" w14:textId="7F6363F7" w:rsidR="00EA04F5" w:rsidRPr="00EA04F5" w:rsidRDefault="00EA04F5" w:rsidP="00EA04F5">
            <w:pPr>
              <w:spacing w:after="0"/>
              <w:rPr>
                <w:rFonts w:ascii="Aptos" w:hAnsi="Aptos"/>
                <w:sz w:val="14"/>
                <w:szCs w:val="14"/>
              </w:rPr>
            </w:pPr>
            <w:r w:rsidRPr="00EA04F5">
              <w:rPr>
                <w:rFonts w:ascii="Aptos" w:hAnsi="Aptos"/>
                <w:sz w:val="14"/>
                <w:szCs w:val="14"/>
              </w:rPr>
              <w:t>Consistently plans effective lessons which include appropriate elements to support an effective sequence of learning.</w:t>
            </w:r>
          </w:p>
        </w:tc>
      </w:tr>
      <w:tr w:rsidR="00AF1CBD" w:rsidRPr="00B2123C" w14:paraId="5294DB73" w14:textId="77777777" w:rsidTr="004E373F">
        <w:trPr>
          <w:cantSplit/>
          <w:jc w:val="center"/>
        </w:trPr>
        <w:tc>
          <w:tcPr>
            <w:tcW w:w="3685" w:type="dxa"/>
            <w:shd w:val="clear" w:color="auto" w:fill="FAFAFA"/>
            <w:tcMar>
              <w:top w:w="60" w:type="dxa"/>
              <w:left w:w="80" w:type="dxa"/>
              <w:bottom w:w="60" w:type="dxa"/>
              <w:right w:w="80" w:type="dxa"/>
            </w:tcMar>
          </w:tcPr>
          <w:p w14:paraId="4F2947D3" w14:textId="77D9232A" w:rsidR="00AF1CBD" w:rsidRPr="00B2123C" w:rsidRDefault="00AF1CBD">
            <w:pPr>
              <w:spacing w:after="0"/>
              <w:rPr>
                <w:rFonts w:ascii="Aptos" w:hAnsi="Aptos"/>
              </w:rPr>
            </w:pPr>
          </w:p>
        </w:tc>
        <w:tc>
          <w:tcPr>
            <w:tcW w:w="7370" w:type="dxa"/>
            <w:gridSpan w:val="2"/>
            <w:shd w:val="clear" w:color="auto" w:fill="FAFAFA"/>
            <w:tcMar>
              <w:top w:w="60" w:type="dxa"/>
              <w:left w:w="80" w:type="dxa"/>
              <w:bottom w:w="60" w:type="dxa"/>
              <w:right w:w="80" w:type="dxa"/>
            </w:tcMar>
          </w:tcPr>
          <w:p w14:paraId="2CD716DD" w14:textId="0B915C9E" w:rsidR="00AF1CBD" w:rsidRPr="00B2123C" w:rsidRDefault="00AF1CBD">
            <w:pPr>
              <w:spacing w:after="0"/>
              <w:rPr>
                <w:rFonts w:ascii="Aptos" w:hAnsi="Aptos"/>
              </w:rPr>
            </w:pPr>
            <w:r w:rsidRPr="00AF1CBD">
              <w:rPr>
                <w:rFonts w:ascii="Aptos" w:hAnsi="Aptos"/>
                <w:sz w:val="14"/>
                <w:szCs w:val="14"/>
              </w:rPr>
              <w:t>May start to move away from using the lesson planning pro-forma (apart from every formal observation) and develop their own appropriate recorded methods of planning in discussion with the Mentor.</w:t>
            </w:r>
          </w:p>
        </w:tc>
      </w:tr>
      <w:tr w:rsidR="00AF1CBD" w:rsidRPr="00B2123C" w14:paraId="174C9F77" w14:textId="77777777" w:rsidTr="00BB25C6">
        <w:trPr>
          <w:cantSplit/>
          <w:jc w:val="center"/>
        </w:trPr>
        <w:tc>
          <w:tcPr>
            <w:tcW w:w="3685" w:type="dxa"/>
            <w:shd w:val="clear" w:color="auto" w:fill="FFFFFF"/>
            <w:tcMar>
              <w:top w:w="60" w:type="dxa"/>
              <w:left w:w="80" w:type="dxa"/>
              <w:bottom w:w="60" w:type="dxa"/>
              <w:right w:w="80" w:type="dxa"/>
            </w:tcMar>
          </w:tcPr>
          <w:p w14:paraId="33B3A957" w14:textId="678A4C08" w:rsidR="00AF1CBD" w:rsidRPr="00AF1CBD" w:rsidRDefault="00AF1CBD" w:rsidP="00AF1CBD">
            <w:pPr>
              <w:spacing w:after="0"/>
              <w:rPr>
                <w:rFonts w:ascii="Aptos" w:hAnsi="Aptos"/>
                <w:sz w:val="14"/>
                <w:szCs w:val="14"/>
              </w:rPr>
            </w:pPr>
            <w:r w:rsidRPr="00AF1CBD">
              <w:rPr>
                <w:rFonts w:ascii="Aptos" w:hAnsi="Aptos"/>
                <w:sz w:val="14"/>
                <w:szCs w:val="14"/>
              </w:rPr>
              <w:t xml:space="preserve">Understands how </w:t>
            </w:r>
            <w:r w:rsidRPr="00AF1CBD">
              <w:rPr>
                <w:rFonts w:ascii="Aptos" w:hAnsi="Aptos"/>
                <w:b/>
                <w:bCs/>
                <w:sz w:val="14"/>
                <w:szCs w:val="14"/>
              </w:rPr>
              <w:t>homework</w:t>
            </w:r>
            <w:r w:rsidRPr="00AF1CBD">
              <w:rPr>
                <w:rFonts w:ascii="Aptos" w:hAnsi="Aptos"/>
                <w:sz w:val="14"/>
                <w:szCs w:val="14"/>
              </w:rPr>
              <w:t xml:space="preserve"> or other out of class activities can consolidate, sustain and extend pupils’ progress. Is beginning to design and set appropriate tasks.  </w:t>
            </w:r>
          </w:p>
        </w:tc>
        <w:tc>
          <w:tcPr>
            <w:tcW w:w="3685" w:type="dxa"/>
            <w:tcBorders>
              <w:right w:val="single" w:sz="12" w:space="0" w:color="auto"/>
            </w:tcBorders>
            <w:shd w:val="clear" w:color="auto" w:fill="FFFFFF"/>
            <w:tcMar>
              <w:top w:w="60" w:type="dxa"/>
              <w:left w:w="80" w:type="dxa"/>
              <w:bottom w:w="60" w:type="dxa"/>
              <w:right w:w="80" w:type="dxa"/>
            </w:tcMar>
          </w:tcPr>
          <w:p w14:paraId="0E742AED" w14:textId="3F93B2DC" w:rsidR="00AF1CBD" w:rsidRPr="00AF1CBD" w:rsidRDefault="00AF1CBD" w:rsidP="00AF1CBD">
            <w:pPr>
              <w:spacing w:after="0"/>
              <w:rPr>
                <w:rFonts w:ascii="Aptos" w:hAnsi="Aptos"/>
                <w:sz w:val="14"/>
                <w:szCs w:val="14"/>
              </w:rPr>
            </w:pPr>
            <w:r w:rsidRPr="00AF1CBD">
              <w:rPr>
                <w:rFonts w:ascii="Aptos" w:hAnsi="Aptos"/>
                <w:sz w:val="14"/>
                <w:szCs w:val="14"/>
              </w:rPr>
              <w:t>Uses homework in line with school policy to consolidate and extend pupils’ progress, designing and setting appropriate tasks.</w:t>
            </w:r>
          </w:p>
        </w:tc>
        <w:tc>
          <w:tcPr>
            <w:tcW w:w="3685" w:type="dxa"/>
            <w:tcBorders>
              <w:left w:val="single" w:sz="12" w:space="0" w:color="auto"/>
            </w:tcBorders>
            <w:shd w:val="clear" w:color="auto" w:fill="FFFFFF"/>
            <w:tcMar>
              <w:top w:w="60" w:type="dxa"/>
              <w:left w:w="80" w:type="dxa"/>
              <w:bottom w:w="60" w:type="dxa"/>
              <w:right w:w="80" w:type="dxa"/>
            </w:tcMar>
          </w:tcPr>
          <w:p w14:paraId="199F820B" w14:textId="2041879A" w:rsidR="00AF1CBD" w:rsidRPr="00AF1CBD" w:rsidRDefault="00AF1CBD" w:rsidP="00AF1CBD">
            <w:pPr>
              <w:spacing w:after="0"/>
              <w:rPr>
                <w:rFonts w:ascii="Aptos" w:hAnsi="Aptos"/>
                <w:sz w:val="14"/>
                <w:szCs w:val="14"/>
              </w:rPr>
            </w:pPr>
            <w:r w:rsidRPr="00AF1CBD">
              <w:rPr>
                <w:rFonts w:ascii="Aptos" w:hAnsi="Aptos"/>
                <w:sz w:val="14"/>
                <w:szCs w:val="14"/>
              </w:rPr>
              <w:t>Uses homework in line with school policy to consolidate and extend pupils’ progress, designing and setting inspiring and challenging tasks.</w:t>
            </w:r>
          </w:p>
        </w:tc>
      </w:tr>
      <w:tr w:rsidR="00AF1CBD" w:rsidRPr="00B2123C" w14:paraId="1D57DE78" w14:textId="77777777" w:rsidTr="00BB25C6">
        <w:trPr>
          <w:cantSplit/>
          <w:jc w:val="center"/>
        </w:trPr>
        <w:tc>
          <w:tcPr>
            <w:tcW w:w="3685" w:type="dxa"/>
            <w:shd w:val="clear" w:color="auto" w:fill="FAFAFA"/>
            <w:tcMar>
              <w:top w:w="60" w:type="dxa"/>
              <w:left w:w="80" w:type="dxa"/>
              <w:bottom w:w="60" w:type="dxa"/>
              <w:right w:w="80" w:type="dxa"/>
            </w:tcMar>
          </w:tcPr>
          <w:p w14:paraId="718E45EF" w14:textId="0CFBE515" w:rsidR="00AF1CBD" w:rsidRPr="00AF1CBD" w:rsidRDefault="00AF1CBD" w:rsidP="00AF1CBD">
            <w:pPr>
              <w:spacing w:after="0"/>
              <w:rPr>
                <w:rFonts w:ascii="Aptos" w:hAnsi="Aptos"/>
                <w:sz w:val="14"/>
                <w:szCs w:val="14"/>
              </w:rPr>
            </w:pPr>
            <w:r w:rsidRPr="00AF1CBD">
              <w:rPr>
                <w:rFonts w:ascii="Aptos" w:hAnsi="Aptos"/>
                <w:sz w:val="14"/>
                <w:szCs w:val="14"/>
              </w:rPr>
              <w:t xml:space="preserve">Sometimes </w:t>
            </w:r>
            <w:r w:rsidRPr="00AF1CBD">
              <w:rPr>
                <w:rFonts w:ascii="Aptos" w:hAnsi="Aptos"/>
                <w:b/>
                <w:bCs/>
                <w:sz w:val="14"/>
                <w:szCs w:val="14"/>
              </w:rPr>
              <w:t xml:space="preserve">explains </w:t>
            </w:r>
            <w:r w:rsidRPr="00AF1CBD">
              <w:rPr>
                <w:rFonts w:ascii="Aptos" w:hAnsi="Aptos"/>
                <w:sz w:val="14"/>
                <w:szCs w:val="14"/>
              </w:rPr>
              <w:t xml:space="preserve">points clearly to pupils, using visual or concrete resources where appropriate.  </w:t>
            </w:r>
          </w:p>
        </w:tc>
        <w:tc>
          <w:tcPr>
            <w:tcW w:w="3685" w:type="dxa"/>
            <w:tcBorders>
              <w:right w:val="single" w:sz="12" w:space="0" w:color="auto"/>
            </w:tcBorders>
            <w:shd w:val="clear" w:color="auto" w:fill="FAFAFA"/>
            <w:tcMar>
              <w:top w:w="60" w:type="dxa"/>
              <w:left w:w="80" w:type="dxa"/>
              <w:bottom w:w="60" w:type="dxa"/>
              <w:right w:w="80" w:type="dxa"/>
            </w:tcMar>
          </w:tcPr>
          <w:p w14:paraId="7A1DDA61" w14:textId="36900AB4" w:rsidR="00AF1CBD" w:rsidRPr="00AF1CBD" w:rsidRDefault="00AF1CBD" w:rsidP="00AF1CBD">
            <w:pPr>
              <w:spacing w:after="0"/>
              <w:rPr>
                <w:rFonts w:ascii="Aptos" w:hAnsi="Aptos"/>
                <w:sz w:val="14"/>
                <w:szCs w:val="14"/>
              </w:rPr>
            </w:pPr>
            <w:r w:rsidRPr="00AF1CBD">
              <w:rPr>
                <w:rFonts w:ascii="Aptos" w:hAnsi="Aptos"/>
                <w:sz w:val="14"/>
                <w:szCs w:val="14"/>
              </w:rPr>
              <w:t xml:space="preserve">Regularly explains points clearly, making good use of visual or concrete resources and choosing an appropriate starting point. </w:t>
            </w:r>
          </w:p>
        </w:tc>
        <w:tc>
          <w:tcPr>
            <w:tcW w:w="3685" w:type="dxa"/>
            <w:tcBorders>
              <w:left w:val="single" w:sz="12" w:space="0" w:color="auto"/>
            </w:tcBorders>
            <w:shd w:val="clear" w:color="auto" w:fill="FAFAFA"/>
            <w:tcMar>
              <w:top w:w="60" w:type="dxa"/>
              <w:left w:w="80" w:type="dxa"/>
              <w:bottom w:w="60" w:type="dxa"/>
              <w:right w:w="80" w:type="dxa"/>
            </w:tcMar>
          </w:tcPr>
          <w:p w14:paraId="664FC57B" w14:textId="4EF77E72" w:rsidR="00AF1CBD" w:rsidRPr="00AF1CBD" w:rsidRDefault="00AF1CBD" w:rsidP="00AF1CBD">
            <w:pPr>
              <w:spacing w:after="0"/>
              <w:rPr>
                <w:rFonts w:ascii="Aptos" w:hAnsi="Aptos"/>
                <w:sz w:val="14"/>
                <w:szCs w:val="14"/>
              </w:rPr>
            </w:pPr>
            <w:r w:rsidRPr="00AF1CBD">
              <w:rPr>
                <w:rFonts w:ascii="Aptos" w:hAnsi="Aptos"/>
                <w:sz w:val="14"/>
                <w:szCs w:val="14"/>
              </w:rPr>
              <w:t>Consistently explains points clearly, making effective use of visual or concrete resources and choosing an appropriate starting point which helps pupils build on prior learning.</w:t>
            </w:r>
          </w:p>
        </w:tc>
      </w:tr>
      <w:tr w:rsidR="00AF1CBD" w:rsidRPr="00B2123C" w14:paraId="26C95574" w14:textId="77777777" w:rsidTr="00BB25C6">
        <w:trPr>
          <w:cantSplit/>
          <w:jc w:val="center"/>
        </w:trPr>
        <w:tc>
          <w:tcPr>
            <w:tcW w:w="3685" w:type="dxa"/>
            <w:shd w:val="clear" w:color="auto" w:fill="FFFFFF"/>
            <w:tcMar>
              <w:top w:w="60" w:type="dxa"/>
              <w:left w:w="80" w:type="dxa"/>
              <w:bottom w:w="60" w:type="dxa"/>
              <w:right w:w="80" w:type="dxa"/>
            </w:tcMar>
          </w:tcPr>
          <w:p w14:paraId="4EFE72D1" w14:textId="07BABA34" w:rsidR="00AF1CBD" w:rsidRPr="00AF1CBD" w:rsidRDefault="00AF1CBD" w:rsidP="00AF1CBD">
            <w:pPr>
              <w:spacing w:after="0"/>
              <w:rPr>
                <w:rFonts w:ascii="Aptos" w:hAnsi="Aptos"/>
                <w:sz w:val="14"/>
                <w:szCs w:val="14"/>
              </w:rPr>
            </w:pPr>
            <w:r w:rsidRPr="00AF1CBD">
              <w:rPr>
                <w:rFonts w:ascii="Aptos" w:hAnsi="Aptos"/>
                <w:sz w:val="14"/>
                <w:szCs w:val="14"/>
              </w:rPr>
              <w:t xml:space="preserve">Sometimes </w:t>
            </w:r>
            <w:r w:rsidRPr="00AF1CBD">
              <w:rPr>
                <w:rFonts w:ascii="Aptos" w:hAnsi="Aptos"/>
                <w:b/>
                <w:bCs/>
                <w:sz w:val="14"/>
                <w:szCs w:val="14"/>
              </w:rPr>
              <w:t xml:space="preserve">models </w:t>
            </w:r>
            <w:r w:rsidRPr="00AF1CBD">
              <w:rPr>
                <w:rFonts w:ascii="Aptos" w:hAnsi="Aptos"/>
                <w:sz w:val="14"/>
                <w:szCs w:val="14"/>
              </w:rPr>
              <w:t xml:space="preserve">tasks, linking modelling to the learning focus. </w:t>
            </w:r>
          </w:p>
        </w:tc>
        <w:tc>
          <w:tcPr>
            <w:tcW w:w="3685" w:type="dxa"/>
            <w:tcBorders>
              <w:right w:val="single" w:sz="12" w:space="0" w:color="auto"/>
            </w:tcBorders>
            <w:shd w:val="clear" w:color="auto" w:fill="FFFFFF"/>
            <w:tcMar>
              <w:top w:w="60" w:type="dxa"/>
              <w:left w:w="80" w:type="dxa"/>
              <w:bottom w:w="60" w:type="dxa"/>
              <w:right w:w="80" w:type="dxa"/>
            </w:tcMar>
          </w:tcPr>
          <w:p w14:paraId="128791DF" w14:textId="218607C0" w:rsidR="00AF1CBD" w:rsidRPr="00AF1CBD" w:rsidRDefault="00AF1CBD" w:rsidP="00AF1CBD">
            <w:pPr>
              <w:spacing w:after="0"/>
              <w:rPr>
                <w:rFonts w:ascii="Aptos" w:hAnsi="Aptos"/>
                <w:sz w:val="14"/>
                <w:szCs w:val="14"/>
              </w:rPr>
            </w:pPr>
            <w:r w:rsidRPr="00AF1CBD">
              <w:rPr>
                <w:rFonts w:ascii="Aptos" w:hAnsi="Aptos"/>
                <w:sz w:val="14"/>
                <w:szCs w:val="14"/>
              </w:rPr>
              <w:t xml:space="preserve">Regularly models effectively and helps the pupils remember key points through for example, linking to the learning focus and narrating thought processes. </w:t>
            </w:r>
          </w:p>
        </w:tc>
        <w:tc>
          <w:tcPr>
            <w:tcW w:w="3685" w:type="dxa"/>
            <w:tcBorders>
              <w:left w:val="single" w:sz="12" w:space="0" w:color="auto"/>
            </w:tcBorders>
            <w:shd w:val="clear" w:color="auto" w:fill="FFFFFF"/>
            <w:tcMar>
              <w:top w:w="60" w:type="dxa"/>
              <w:left w:w="80" w:type="dxa"/>
              <w:bottom w:w="60" w:type="dxa"/>
              <w:right w:w="80" w:type="dxa"/>
            </w:tcMar>
          </w:tcPr>
          <w:p w14:paraId="75F3D899" w14:textId="2DE426B2" w:rsidR="00AF1CBD" w:rsidRPr="00AF1CBD" w:rsidRDefault="00AF1CBD" w:rsidP="00AF1CBD">
            <w:pPr>
              <w:spacing w:after="0"/>
              <w:rPr>
                <w:rFonts w:ascii="Aptos" w:hAnsi="Aptos"/>
                <w:sz w:val="14"/>
                <w:szCs w:val="14"/>
              </w:rPr>
            </w:pPr>
            <w:r w:rsidRPr="00AF1CBD">
              <w:rPr>
                <w:rFonts w:ascii="Aptos" w:hAnsi="Aptos"/>
                <w:sz w:val="14"/>
                <w:szCs w:val="14"/>
              </w:rPr>
              <w:t>Consistently models effectively and helps the pupils remember key points through for example, additionally incorporating ideas from pupil and anticipating potential misconceptions.</w:t>
            </w:r>
          </w:p>
        </w:tc>
      </w:tr>
      <w:tr w:rsidR="00AF1CBD" w:rsidRPr="00B2123C" w14:paraId="26A930A2" w14:textId="77777777" w:rsidTr="00BB25C6">
        <w:trPr>
          <w:cantSplit/>
          <w:jc w:val="center"/>
        </w:trPr>
        <w:tc>
          <w:tcPr>
            <w:tcW w:w="3685" w:type="dxa"/>
            <w:shd w:val="clear" w:color="auto" w:fill="FAFAFA"/>
            <w:tcMar>
              <w:top w:w="60" w:type="dxa"/>
              <w:left w:w="80" w:type="dxa"/>
              <w:bottom w:w="60" w:type="dxa"/>
              <w:right w:w="80" w:type="dxa"/>
            </w:tcMar>
          </w:tcPr>
          <w:p w14:paraId="14DFFDF6" w14:textId="24AD3B41" w:rsidR="00AF1CBD" w:rsidRPr="00AF1CBD" w:rsidRDefault="00AF1CBD" w:rsidP="00AF1CBD">
            <w:pPr>
              <w:spacing w:after="0"/>
              <w:rPr>
                <w:rFonts w:ascii="Aptos" w:hAnsi="Aptos"/>
                <w:sz w:val="14"/>
                <w:szCs w:val="14"/>
              </w:rPr>
            </w:pPr>
            <w:r w:rsidRPr="00AF1CBD">
              <w:rPr>
                <w:rFonts w:ascii="Aptos" w:hAnsi="Aptos"/>
                <w:sz w:val="14"/>
                <w:szCs w:val="14"/>
              </w:rPr>
              <w:t xml:space="preserve">Sometimes has an appropriate sense of </w:t>
            </w:r>
            <w:r w:rsidRPr="00AF1CBD">
              <w:rPr>
                <w:rFonts w:ascii="Aptos" w:hAnsi="Aptos"/>
                <w:b/>
                <w:bCs/>
                <w:sz w:val="14"/>
                <w:szCs w:val="14"/>
              </w:rPr>
              <w:t>pace</w:t>
            </w:r>
            <w:r w:rsidRPr="00AF1CBD">
              <w:rPr>
                <w:rFonts w:ascii="Aptos" w:hAnsi="Aptos"/>
                <w:sz w:val="14"/>
                <w:szCs w:val="14"/>
              </w:rPr>
              <w:t xml:space="preserve"> and involves </w:t>
            </w:r>
            <w:r w:rsidRPr="00AF1CBD">
              <w:rPr>
                <w:rFonts w:ascii="Aptos" w:hAnsi="Aptos"/>
                <w:b/>
                <w:bCs/>
                <w:sz w:val="14"/>
                <w:szCs w:val="14"/>
              </w:rPr>
              <w:t>all pupils actively</w:t>
            </w:r>
            <w:r w:rsidRPr="00AF1CBD">
              <w:rPr>
                <w:rFonts w:ascii="Aptos" w:hAnsi="Aptos"/>
                <w:sz w:val="14"/>
                <w:szCs w:val="14"/>
              </w:rPr>
              <w:t>.</w:t>
            </w:r>
          </w:p>
        </w:tc>
        <w:tc>
          <w:tcPr>
            <w:tcW w:w="3685" w:type="dxa"/>
            <w:tcBorders>
              <w:right w:val="single" w:sz="12" w:space="0" w:color="auto"/>
            </w:tcBorders>
            <w:shd w:val="clear" w:color="auto" w:fill="FAFAFA"/>
            <w:tcMar>
              <w:top w:w="60" w:type="dxa"/>
              <w:left w:w="80" w:type="dxa"/>
              <w:bottom w:w="60" w:type="dxa"/>
              <w:right w:w="80" w:type="dxa"/>
            </w:tcMar>
          </w:tcPr>
          <w:p w14:paraId="701E9065" w14:textId="24C6F61F" w:rsidR="00AF1CBD" w:rsidRPr="00AF1CBD" w:rsidRDefault="00AF1CBD" w:rsidP="00AF1CBD">
            <w:pPr>
              <w:spacing w:after="0"/>
              <w:rPr>
                <w:rFonts w:ascii="Aptos" w:hAnsi="Aptos"/>
                <w:sz w:val="14"/>
                <w:szCs w:val="14"/>
              </w:rPr>
            </w:pPr>
            <w:r w:rsidRPr="00AF1CBD">
              <w:rPr>
                <w:rFonts w:ascii="Aptos" w:hAnsi="Aptos"/>
                <w:sz w:val="14"/>
                <w:szCs w:val="14"/>
              </w:rPr>
              <w:t xml:space="preserve">Regularly maintains an appropriate pace, adapting learning and involving all pupils actively to maintain interest. </w:t>
            </w:r>
          </w:p>
        </w:tc>
        <w:tc>
          <w:tcPr>
            <w:tcW w:w="3685" w:type="dxa"/>
            <w:tcBorders>
              <w:left w:val="single" w:sz="12" w:space="0" w:color="auto"/>
            </w:tcBorders>
            <w:shd w:val="clear" w:color="auto" w:fill="FAFAFA"/>
            <w:tcMar>
              <w:top w:w="60" w:type="dxa"/>
              <w:left w:w="80" w:type="dxa"/>
              <w:bottom w:w="60" w:type="dxa"/>
              <w:right w:w="80" w:type="dxa"/>
            </w:tcMar>
          </w:tcPr>
          <w:p w14:paraId="5F965E36" w14:textId="7FDCBE00" w:rsidR="00AF1CBD" w:rsidRPr="00AF1CBD" w:rsidRDefault="00AF1CBD" w:rsidP="00AF1CBD">
            <w:pPr>
              <w:spacing w:after="0"/>
              <w:rPr>
                <w:rFonts w:ascii="Aptos" w:hAnsi="Aptos"/>
                <w:sz w:val="14"/>
                <w:szCs w:val="14"/>
              </w:rPr>
            </w:pPr>
            <w:r w:rsidRPr="00AF1CBD">
              <w:rPr>
                <w:rFonts w:ascii="Aptos" w:hAnsi="Aptos"/>
                <w:sz w:val="14"/>
                <w:szCs w:val="14"/>
              </w:rPr>
              <w:t xml:space="preserve">The pace of lessons is consistently well-judged, teaching is adapted and pupils show a high level of active and enthusiastic engagement. </w:t>
            </w:r>
          </w:p>
        </w:tc>
      </w:tr>
      <w:tr w:rsidR="00AF1CBD" w:rsidRPr="00B2123C" w14:paraId="0D0B3434" w14:textId="77777777" w:rsidTr="00BB25C6">
        <w:trPr>
          <w:cantSplit/>
          <w:jc w:val="center"/>
        </w:trPr>
        <w:tc>
          <w:tcPr>
            <w:tcW w:w="3685" w:type="dxa"/>
            <w:shd w:val="clear" w:color="auto" w:fill="FFFFFF"/>
            <w:tcMar>
              <w:top w:w="60" w:type="dxa"/>
              <w:left w:w="80" w:type="dxa"/>
              <w:bottom w:w="60" w:type="dxa"/>
              <w:right w:w="80" w:type="dxa"/>
            </w:tcMar>
          </w:tcPr>
          <w:p w14:paraId="43BB89B9" w14:textId="527215C9" w:rsidR="00AF1CBD" w:rsidRPr="00AF1CBD" w:rsidRDefault="00AF1CBD" w:rsidP="00AF1CBD">
            <w:pPr>
              <w:spacing w:after="0"/>
              <w:rPr>
                <w:rFonts w:ascii="Aptos" w:hAnsi="Aptos"/>
                <w:sz w:val="14"/>
                <w:szCs w:val="14"/>
              </w:rPr>
            </w:pPr>
            <w:r w:rsidRPr="00AF1CBD">
              <w:rPr>
                <w:rFonts w:ascii="Aptos" w:hAnsi="Aptos"/>
                <w:sz w:val="14"/>
                <w:szCs w:val="14"/>
              </w:rPr>
              <w:t xml:space="preserve">Sometimes manages </w:t>
            </w:r>
            <w:r w:rsidRPr="00AF1CBD">
              <w:rPr>
                <w:rFonts w:ascii="Aptos" w:hAnsi="Aptos"/>
                <w:b/>
                <w:bCs/>
                <w:sz w:val="14"/>
                <w:szCs w:val="14"/>
              </w:rPr>
              <w:t>spaces, transitions, and resources</w:t>
            </w:r>
            <w:r w:rsidRPr="00AF1CBD">
              <w:rPr>
                <w:rFonts w:ascii="Aptos" w:hAnsi="Aptos"/>
                <w:sz w:val="14"/>
                <w:szCs w:val="14"/>
              </w:rPr>
              <w:t xml:space="preserve"> effectively. </w:t>
            </w:r>
          </w:p>
        </w:tc>
        <w:tc>
          <w:tcPr>
            <w:tcW w:w="3685" w:type="dxa"/>
            <w:tcBorders>
              <w:right w:val="single" w:sz="12" w:space="0" w:color="auto"/>
            </w:tcBorders>
            <w:shd w:val="clear" w:color="auto" w:fill="FFFFFF"/>
            <w:tcMar>
              <w:top w:w="60" w:type="dxa"/>
              <w:left w:w="80" w:type="dxa"/>
              <w:bottom w:w="60" w:type="dxa"/>
              <w:right w:w="80" w:type="dxa"/>
            </w:tcMar>
          </w:tcPr>
          <w:p w14:paraId="0C9F5401" w14:textId="7DBAAFBC" w:rsidR="00AF1CBD" w:rsidRPr="00AF1CBD" w:rsidRDefault="00AF1CBD" w:rsidP="00AF1CBD">
            <w:pPr>
              <w:spacing w:after="0"/>
              <w:rPr>
                <w:rFonts w:ascii="Aptos" w:hAnsi="Aptos"/>
                <w:sz w:val="14"/>
                <w:szCs w:val="14"/>
              </w:rPr>
            </w:pPr>
            <w:r w:rsidRPr="00AF1CBD">
              <w:rPr>
                <w:rFonts w:ascii="Aptos" w:hAnsi="Aptos"/>
                <w:sz w:val="14"/>
                <w:szCs w:val="14"/>
              </w:rPr>
              <w:t xml:space="preserve">Workspaces, resources, and transitions are managed safely and effectively. </w:t>
            </w:r>
          </w:p>
        </w:tc>
        <w:tc>
          <w:tcPr>
            <w:tcW w:w="3685" w:type="dxa"/>
            <w:tcBorders>
              <w:left w:val="single" w:sz="12" w:space="0" w:color="auto"/>
            </w:tcBorders>
            <w:shd w:val="clear" w:color="auto" w:fill="FFFFFF"/>
            <w:tcMar>
              <w:top w:w="60" w:type="dxa"/>
              <w:left w:w="80" w:type="dxa"/>
              <w:bottom w:w="60" w:type="dxa"/>
              <w:right w:w="80" w:type="dxa"/>
            </w:tcMar>
          </w:tcPr>
          <w:p w14:paraId="57665D04" w14:textId="7DF4B8D4" w:rsidR="00AF1CBD" w:rsidRPr="00AF1CBD" w:rsidRDefault="00AF1CBD" w:rsidP="00AF1CBD">
            <w:pPr>
              <w:spacing w:after="0"/>
              <w:rPr>
                <w:rFonts w:ascii="Aptos" w:hAnsi="Aptos"/>
                <w:sz w:val="14"/>
                <w:szCs w:val="14"/>
              </w:rPr>
            </w:pPr>
            <w:r w:rsidRPr="00AF1CBD">
              <w:rPr>
                <w:rFonts w:ascii="Aptos" w:hAnsi="Aptos"/>
                <w:sz w:val="14"/>
                <w:szCs w:val="14"/>
              </w:rPr>
              <w:t xml:space="preserve">Workspaces, resources, and transitions are consistently well managed to foster independence. </w:t>
            </w:r>
          </w:p>
        </w:tc>
      </w:tr>
      <w:tr w:rsidR="00AF1CBD" w:rsidRPr="00B2123C" w14:paraId="36C7F015" w14:textId="77777777" w:rsidTr="00BB25C6">
        <w:trPr>
          <w:cantSplit/>
          <w:jc w:val="center"/>
        </w:trPr>
        <w:tc>
          <w:tcPr>
            <w:tcW w:w="3685" w:type="dxa"/>
            <w:shd w:val="clear" w:color="auto" w:fill="FAFAFA"/>
            <w:tcMar>
              <w:top w:w="60" w:type="dxa"/>
              <w:left w:w="80" w:type="dxa"/>
              <w:bottom w:w="60" w:type="dxa"/>
              <w:right w:w="80" w:type="dxa"/>
            </w:tcMar>
          </w:tcPr>
          <w:p w14:paraId="01DE68E4" w14:textId="30638ED5" w:rsidR="00AF1CBD" w:rsidRPr="00AF1CBD" w:rsidRDefault="00AF1CBD" w:rsidP="00AF1CBD">
            <w:pPr>
              <w:spacing w:after="0"/>
              <w:rPr>
                <w:rFonts w:ascii="Aptos" w:hAnsi="Aptos"/>
                <w:sz w:val="14"/>
                <w:szCs w:val="14"/>
              </w:rPr>
            </w:pPr>
            <w:r w:rsidRPr="00AF1CBD">
              <w:rPr>
                <w:rFonts w:ascii="Aptos" w:hAnsi="Aptos"/>
                <w:sz w:val="14"/>
                <w:szCs w:val="14"/>
              </w:rPr>
              <w:t xml:space="preserve">Sometimes promotes </w:t>
            </w:r>
            <w:r w:rsidRPr="00AF1CBD">
              <w:rPr>
                <w:rFonts w:ascii="Aptos" w:hAnsi="Aptos"/>
                <w:b/>
                <w:bCs/>
                <w:sz w:val="14"/>
                <w:szCs w:val="14"/>
              </w:rPr>
              <w:t>discussion and group work</w:t>
            </w:r>
            <w:r w:rsidRPr="00AF1CBD">
              <w:rPr>
                <w:rFonts w:ascii="Aptos" w:hAnsi="Aptos"/>
                <w:sz w:val="14"/>
                <w:szCs w:val="14"/>
              </w:rPr>
              <w:t xml:space="preserve"> with the pupils.</w:t>
            </w:r>
          </w:p>
        </w:tc>
        <w:tc>
          <w:tcPr>
            <w:tcW w:w="3685" w:type="dxa"/>
            <w:tcBorders>
              <w:right w:val="single" w:sz="12" w:space="0" w:color="auto"/>
            </w:tcBorders>
            <w:shd w:val="clear" w:color="auto" w:fill="FAFAFA"/>
            <w:tcMar>
              <w:top w:w="60" w:type="dxa"/>
              <w:left w:w="80" w:type="dxa"/>
              <w:bottom w:w="60" w:type="dxa"/>
              <w:right w:w="80" w:type="dxa"/>
            </w:tcMar>
          </w:tcPr>
          <w:p w14:paraId="4C6A9692" w14:textId="766B57EB" w:rsidR="00AF1CBD" w:rsidRPr="00AF1CBD" w:rsidRDefault="00AF1CBD" w:rsidP="00AF1CBD">
            <w:pPr>
              <w:spacing w:after="0"/>
              <w:rPr>
                <w:rFonts w:ascii="Aptos" w:hAnsi="Aptos"/>
                <w:sz w:val="14"/>
                <w:szCs w:val="14"/>
              </w:rPr>
            </w:pPr>
            <w:r w:rsidRPr="00AF1CBD">
              <w:rPr>
                <w:rFonts w:ascii="Aptos" w:hAnsi="Aptos"/>
                <w:sz w:val="14"/>
                <w:szCs w:val="14"/>
              </w:rPr>
              <w:t xml:space="preserve">Regularly promotes focused discussion and group work which enhances pupils’ learning. </w:t>
            </w:r>
          </w:p>
        </w:tc>
        <w:tc>
          <w:tcPr>
            <w:tcW w:w="3685" w:type="dxa"/>
            <w:tcBorders>
              <w:left w:val="single" w:sz="12" w:space="0" w:color="auto"/>
            </w:tcBorders>
            <w:shd w:val="clear" w:color="auto" w:fill="FAFAFA"/>
            <w:tcMar>
              <w:top w:w="60" w:type="dxa"/>
              <w:left w:w="80" w:type="dxa"/>
              <w:bottom w:w="60" w:type="dxa"/>
              <w:right w:w="80" w:type="dxa"/>
            </w:tcMar>
          </w:tcPr>
          <w:p w14:paraId="301F2B2B" w14:textId="0F18CAB6" w:rsidR="00AF1CBD" w:rsidRPr="00AF1CBD" w:rsidRDefault="00AF1CBD" w:rsidP="00AF1CBD">
            <w:pPr>
              <w:spacing w:after="0"/>
              <w:rPr>
                <w:rFonts w:ascii="Aptos" w:hAnsi="Aptos"/>
                <w:sz w:val="14"/>
                <w:szCs w:val="14"/>
              </w:rPr>
            </w:pPr>
            <w:r w:rsidRPr="00AF1CBD">
              <w:rPr>
                <w:rFonts w:ascii="Aptos" w:hAnsi="Aptos"/>
                <w:sz w:val="14"/>
                <w:szCs w:val="14"/>
              </w:rPr>
              <w:t>Consistently promotes well focused discussion and group work which enhances and deepens pupils’ learning.</w:t>
            </w:r>
          </w:p>
        </w:tc>
      </w:tr>
      <w:tr w:rsidR="00AF1CBD" w:rsidRPr="00B2123C" w14:paraId="53BF4BC8" w14:textId="77777777" w:rsidTr="00BB25C6">
        <w:trPr>
          <w:cantSplit/>
          <w:jc w:val="center"/>
        </w:trPr>
        <w:tc>
          <w:tcPr>
            <w:tcW w:w="3685" w:type="dxa"/>
            <w:shd w:val="clear" w:color="auto" w:fill="FFFFFF"/>
            <w:tcMar>
              <w:top w:w="60" w:type="dxa"/>
              <w:left w:w="80" w:type="dxa"/>
              <w:bottom w:w="60" w:type="dxa"/>
              <w:right w:w="80" w:type="dxa"/>
            </w:tcMar>
          </w:tcPr>
          <w:p w14:paraId="2F5218D7" w14:textId="452550CE" w:rsidR="00AF1CBD" w:rsidRPr="00AF1CBD" w:rsidRDefault="00AF1CBD" w:rsidP="00AF1CBD">
            <w:pPr>
              <w:spacing w:after="0"/>
              <w:rPr>
                <w:rFonts w:ascii="Aptos" w:hAnsi="Aptos"/>
                <w:sz w:val="14"/>
                <w:szCs w:val="14"/>
              </w:rPr>
            </w:pPr>
            <w:r w:rsidRPr="00AF1CBD">
              <w:rPr>
                <w:rFonts w:ascii="Aptos" w:hAnsi="Aptos"/>
                <w:sz w:val="14"/>
                <w:szCs w:val="14"/>
              </w:rPr>
              <w:t xml:space="preserve">Sometimes plans and implements a range of </w:t>
            </w:r>
            <w:r w:rsidRPr="00AF1CBD">
              <w:rPr>
                <w:rFonts w:ascii="Aptos" w:hAnsi="Aptos"/>
                <w:b/>
                <w:bCs/>
                <w:sz w:val="14"/>
                <w:szCs w:val="14"/>
              </w:rPr>
              <w:t>questioning</w:t>
            </w:r>
            <w:r w:rsidRPr="00AF1CBD">
              <w:rPr>
                <w:rFonts w:ascii="Aptos" w:hAnsi="Aptos"/>
                <w:sz w:val="14"/>
                <w:szCs w:val="14"/>
              </w:rPr>
              <w:t xml:space="preserve"> strategies and provides appropriate time for pupils to consider their responses.  </w:t>
            </w:r>
          </w:p>
        </w:tc>
        <w:tc>
          <w:tcPr>
            <w:tcW w:w="3685" w:type="dxa"/>
            <w:tcBorders>
              <w:right w:val="single" w:sz="12" w:space="0" w:color="auto"/>
            </w:tcBorders>
            <w:shd w:val="clear" w:color="auto" w:fill="FFFFFF"/>
            <w:tcMar>
              <w:top w:w="60" w:type="dxa"/>
              <w:left w:w="80" w:type="dxa"/>
              <w:bottom w:w="60" w:type="dxa"/>
              <w:right w:w="80" w:type="dxa"/>
            </w:tcMar>
          </w:tcPr>
          <w:p w14:paraId="7B8FC752" w14:textId="4399BA83" w:rsidR="00AF1CBD" w:rsidRPr="00AF1CBD" w:rsidRDefault="00AF1CBD" w:rsidP="00AF1CBD">
            <w:pPr>
              <w:spacing w:after="0"/>
              <w:rPr>
                <w:rFonts w:ascii="Aptos" w:hAnsi="Aptos"/>
                <w:sz w:val="14"/>
                <w:szCs w:val="14"/>
              </w:rPr>
            </w:pPr>
            <w:r w:rsidRPr="00AF1CBD">
              <w:rPr>
                <w:rFonts w:ascii="Aptos" w:hAnsi="Aptos"/>
                <w:sz w:val="14"/>
                <w:szCs w:val="14"/>
              </w:rPr>
              <w:t xml:space="preserve">Regularly plans and implements a range of questioning strategies which promote learning and encourages pupils to develop their responses. </w:t>
            </w:r>
          </w:p>
        </w:tc>
        <w:tc>
          <w:tcPr>
            <w:tcW w:w="3685" w:type="dxa"/>
            <w:tcBorders>
              <w:left w:val="single" w:sz="12" w:space="0" w:color="auto"/>
            </w:tcBorders>
            <w:shd w:val="clear" w:color="auto" w:fill="FFFFFF"/>
            <w:tcMar>
              <w:top w:w="60" w:type="dxa"/>
              <w:left w:w="80" w:type="dxa"/>
              <w:bottom w:w="60" w:type="dxa"/>
              <w:right w:w="80" w:type="dxa"/>
            </w:tcMar>
          </w:tcPr>
          <w:p w14:paraId="55DE7F1C" w14:textId="7B951EF5" w:rsidR="00AF1CBD" w:rsidRPr="00AF1CBD" w:rsidRDefault="00AF1CBD" w:rsidP="00AF1CBD">
            <w:pPr>
              <w:spacing w:after="0"/>
              <w:rPr>
                <w:rFonts w:ascii="Aptos" w:hAnsi="Aptos"/>
                <w:sz w:val="14"/>
                <w:szCs w:val="14"/>
              </w:rPr>
            </w:pPr>
            <w:r w:rsidRPr="00AF1CBD">
              <w:rPr>
                <w:rFonts w:ascii="Aptos" w:hAnsi="Aptos"/>
                <w:sz w:val="14"/>
                <w:szCs w:val="14"/>
              </w:rPr>
              <w:t xml:space="preserve">Consistently plans and implements a range of effective questioning strategies. Pupils are supported to think deeply, develop their responses and build on each other’s ideas. </w:t>
            </w:r>
          </w:p>
        </w:tc>
      </w:tr>
      <w:tr w:rsidR="00AF1CBD" w:rsidRPr="00B2123C" w14:paraId="0679D2B7" w14:textId="77777777" w:rsidTr="00BB25C6">
        <w:trPr>
          <w:cantSplit/>
          <w:jc w:val="center"/>
        </w:trPr>
        <w:tc>
          <w:tcPr>
            <w:tcW w:w="3685" w:type="dxa"/>
            <w:shd w:val="clear" w:color="auto" w:fill="FAFAFA"/>
            <w:tcMar>
              <w:top w:w="60" w:type="dxa"/>
              <w:left w:w="80" w:type="dxa"/>
              <w:bottom w:w="60" w:type="dxa"/>
              <w:right w:w="80" w:type="dxa"/>
            </w:tcMar>
          </w:tcPr>
          <w:p w14:paraId="6CCB2619" w14:textId="22D1A85F" w:rsidR="00AF1CBD" w:rsidRPr="00AF1CBD" w:rsidRDefault="00AF1CBD" w:rsidP="00AF1CBD">
            <w:pPr>
              <w:spacing w:after="0"/>
              <w:rPr>
                <w:rFonts w:ascii="Aptos" w:hAnsi="Aptos"/>
                <w:sz w:val="14"/>
                <w:szCs w:val="14"/>
              </w:rPr>
            </w:pPr>
            <w:r w:rsidRPr="00AF1CBD">
              <w:rPr>
                <w:rFonts w:ascii="Aptos" w:hAnsi="Aptos"/>
                <w:sz w:val="14"/>
                <w:szCs w:val="14"/>
              </w:rPr>
              <w:t xml:space="preserve">Sometimes </w:t>
            </w:r>
            <w:r w:rsidRPr="00AF1CBD">
              <w:rPr>
                <w:rFonts w:ascii="Aptos" w:hAnsi="Aptos"/>
                <w:b/>
                <w:bCs/>
                <w:sz w:val="14"/>
                <w:szCs w:val="14"/>
              </w:rPr>
              <w:t>works with mentor and other colleagues</w:t>
            </w:r>
            <w:r w:rsidRPr="00AF1CBD">
              <w:rPr>
                <w:rFonts w:ascii="Aptos" w:hAnsi="Aptos"/>
                <w:sz w:val="14"/>
                <w:szCs w:val="14"/>
              </w:rPr>
              <w:t xml:space="preserve"> to identify individual pupils’ needs. </w:t>
            </w:r>
          </w:p>
        </w:tc>
        <w:tc>
          <w:tcPr>
            <w:tcW w:w="3685" w:type="dxa"/>
            <w:tcBorders>
              <w:right w:val="single" w:sz="12" w:space="0" w:color="auto"/>
            </w:tcBorders>
            <w:shd w:val="clear" w:color="auto" w:fill="FAFAFA"/>
            <w:tcMar>
              <w:top w:w="60" w:type="dxa"/>
              <w:left w:w="80" w:type="dxa"/>
              <w:bottom w:w="60" w:type="dxa"/>
              <w:right w:w="80" w:type="dxa"/>
            </w:tcMar>
          </w:tcPr>
          <w:p w14:paraId="4881833E" w14:textId="603518A8" w:rsidR="00AF1CBD" w:rsidRPr="00AF1CBD" w:rsidRDefault="00AF1CBD" w:rsidP="00AF1CBD">
            <w:pPr>
              <w:spacing w:after="0"/>
              <w:rPr>
                <w:rFonts w:ascii="Aptos" w:hAnsi="Aptos"/>
                <w:sz w:val="14"/>
                <w:szCs w:val="14"/>
              </w:rPr>
            </w:pPr>
            <w:r w:rsidRPr="00AF1CBD">
              <w:rPr>
                <w:rFonts w:ascii="Aptos" w:hAnsi="Aptos"/>
                <w:sz w:val="14"/>
                <w:szCs w:val="14"/>
              </w:rPr>
              <w:t>Regularly discusses individual pupils’ needs with appropriate colleagues.</w:t>
            </w:r>
          </w:p>
        </w:tc>
        <w:tc>
          <w:tcPr>
            <w:tcW w:w="3685" w:type="dxa"/>
            <w:tcBorders>
              <w:left w:val="single" w:sz="12" w:space="0" w:color="auto"/>
            </w:tcBorders>
            <w:shd w:val="clear" w:color="auto" w:fill="FAFAFA"/>
            <w:tcMar>
              <w:top w:w="60" w:type="dxa"/>
              <w:left w:w="80" w:type="dxa"/>
              <w:bottom w:w="60" w:type="dxa"/>
              <w:right w:w="80" w:type="dxa"/>
            </w:tcMar>
          </w:tcPr>
          <w:p w14:paraId="2B94CC99" w14:textId="6FFFBE31" w:rsidR="00AF1CBD" w:rsidRPr="00AF1CBD" w:rsidRDefault="00AF1CBD" w:rsidP="00AF1CBD">
            <w:pPr>
              <w:spacing w:after="0"/>
              <w:rPr>
                <w:rFonts w:ascii="Aptos" w:hAnsi="Aptos"/>
                <w:sz w:val="14"/>
                <w:szCs w:val="14"/>
              </w:rPr>
            </w:pPr>
            <w:r w:rsidRPr="00AF1CBD">
              <w:rPr>
                <w:rFonts w:ascii="Aptos" w:hAnsi="Aptos"/>
                <w:sz w:val="14"/>
                <w:szCs w:val="14"/>
              </w:rPr>
              <w:t>Consistently discusses individual pupils’ needs with appropriate colleagues.</w:t>
            </w:r>
          </w:p>
        </w:tc>
      </w:tr>
      <w:tr w:rsidR="00AF1CBD" w:rsidRPr="00B2123C" w14:paraId="71BBD295" w14:textId="77777777" w:rsidTr="00BB25C6">
        <w:trPr>
          <w:cantSplit/>
          <w:jc w:val="center"/>
        </w:trPr>
        <w:tc>
          <w:tcPr>
            <w:tcW w:w="3685" w:type="dxa"/>
            <w:shd w:val="clear" w:color="auto" w:fill="FFFFFF"/>
            <w:tcMar>
              <w:top w:w="60" w:type="dxa"/>
              <w:left w:w="80" w:type="dxa"/>
              <w:bottom w:w="60" w:type="dxa"/>
              <w:right w:w="80" w:type="dxa"/>
            </w:tcMar>
          </w:tcPr>
          <w:p w14:paraId="0A9574C0" w14:textId="413063D9" w:rsidR="00AF1CBD" w:rsidRPr="00AF1CBD" w:rsidRDefault="00AF1CBD" w:rsidP="00AF1CBD">
            <w:pPr>
              <w:spacing w:after="0"/>
              <w:rPr>
                <w:rFonts w:ascii="Aptos" w:hAnsi="Aptos"/>
                <w:sz w:val="14"/>
                <w:szCs w:val="14"/>
              </w:rPr>
            </w:pPr>
            <w:r w:rsidRPr="00AF1CBD">
              <w:rPr>
                <w:rFonts w:ascii="Aptos" w:hAnsi="Aptos"/>
                <w:sz w:val="14"/>
                <w:szCs w:val="14"/>
              </w:rPr>
              <w:t xml:space="preserve">Understands specific strategies to </w:t>
            </w:r>
            <w:r w:rsidRPr="00AF1CBD">
              <w:rPr>
                <w:rFonts w:ascii="Aptos" w:hAnsi="Aptos"/>
                <w:b/>
                <w:bCs/>
                <w:sz w:val="14"/>
                <w:szCs w:val="14"/>
              </w:rPr>
              <w:t>support students with EAL and SEND.</w:t>
            </w:r>
          </w:p>
        </w:tc>
        <w:tc>
          <w:tcPr>
            <w:tcW w:w="3685" w:type="dxa"/>
            <w:tcBorders>
              <w:right w:val="single" w:sz="12" w:space="0" w:color="auto"/>
            </w:tcBorders>
            <w:shd w:val="clear" w:color="auto" w:fill="FFFFFF"/>
            <w:tcMar>
              <w:top w:w="60" w:type="dxa"/>
              <w:left w:w="80" w:type="dxa"/>
              <w:bottom w:w="60" w:type="dxa"/>
              <w:right w:w="80" w:type="dxa"/>
            </w:tcMar>
          </w:tcPr>
          <w:p w14:paraId="22AC9B0E" w14:textId="78735405" w:rsidR="00AF1CBD" w:rsidRPr="00AF1CBD" w:rsidRDefault="00AF1CBD" w:rsidP="00AF1CBD">
            <w:pPr>
              <w:spacing w:after="0"/>
              <w:rPr>
                <w:rFonts w:ascii="Aptos" w:hAnsi="Aptos"/>
                <w:sz w:val="14"/>
                <w:szCs w:val="14"/>
              </w:rPr>
            </w:pPr>
            <w:r w:rsidRPr="00AF1CBD">
              <w:rPr>
                <w:rFonts w:ascii="Aptos" w:hAnsi="Aptos"/>
                <w:sz w:val="14"/>
                <w:szCs w:val="14"/>
              </w:rPr>
              <w:t>Regularly uses specific strategies to support and engage students with EAL and SEND.</w:t>
            </w:r>
          </w:p>
        </w:tc>
        <w:tc>
          <w:tcPr>
            <w:tcW w:w="3685" w:type="dxa"/>
            <w:tcBorders>
              <w:left w:val="single" w:sz="12" w:space="0" w:color="auto"/>
            </w:tcBorders>
            <w:shd w:val="clear" w:color="auto" w:fill="FFFFFF"/>
            <w:tcMar>
              <w:top w:w="60" w:type="dxa"/>
              <w:left w:w="80" w:type="dxa"/>
              <w:bottom w:w="60" w:type="dxa"/>
              <w:right w:w="80" w:type="dxa"/>
            </w:tcMar>
          </w:tcPr>
          <w:p w14:paraId="52C52F7E" w14:textId="7B6B3C00" w:rsidR="00AF1CBD" w:rsidRPr="00AF1CBD" w:rsidRDefault="00AF1CBD" w:rsidP="00AF1CBD">
            <w:pPr>
              <w:spacing w:after="0"/>
              <w:rPr>
                <w:rFonts w:ascii="Aptos" w:hAnsi="Aptos"/>
                <w:sz w:val="14"/>
                <w:szCs w:val="14"/>
              </w:rPr>
            </w:pPr>
            <w:r w:rsidRPr="00AF1CBD">
              <w:rPr>
                <w:rFonts w:ascii="Aptos" w:hAnsi="Aptos"/>
                <w:sz w:val="14"/>
                <w:szCs w:val="14"/>
              </w:rPr>
              <w:t>Consistently uses distinctive strategies to support and engage students with EAL and SEND.</w:t>
            </w:r>
          </w:p>
        </w:tc>
      </w:tr>
      <w:tr w:rsidR="00AF1CBD" w:rsidRPr="00B2123C" w14:paraId="327C2852" w14:textId="77777777" w:rsidTr="00BB25C6">
        <w:trPr>
          <w:cantSplit/>
          <w:jc w:val="center"/>
        </w:trPr>
        <w:tc>
          <w:tcPr>
            <w:tcW w:w="3685" w:type="dxa"/>
            <w:shd w:val="clear" w:color="auto" w:fill="FAFAFA"/>
            <w:tcMar>
              <w:top w:w="60" w:type="dxa"/>
              <w:left w:w="80" w:type="dxa"/>
              <w:bottom w:w="60" w:type="dxa"/>
              <w:right w:w="80" w:type="dxa"/>
            </w:tcMar>
          </w:tcPr>
          <w:p w14:paraId="4D8A87DA" w14:textId="5BE9B353" w:rsidR="00AF1CBD" w:rsidRPr="00AF1CBD" w:rsidRDefault="00AF1CBD" w:rsidP="00AF1CBD">
            <w:pPr>
              <w:spacing w:after="0"/>
              <w:rPr>
                <w:rFonts w:ascii="Aptos" w:hAnsi="Aptos"/>
                <w:sz w:val="14"/>
                <w:szCs w:val="14"/>
              </w:rPr>
            </w:pPr>
            <w:r w:rsidRPr="00AF1CBD">
              <w:rPr>
                <w:rFonts w:ascii="Aptos" w:hAnsi="Aptos"/>
                <w:sz w:val="14"/>
                <w:szCs w:val="14"/>
              </w:rPr>
              <w:t xml:space="preserve">Sometimes </w:t>
            </w:r>
            <w:r w:rsidRPr="00AF1CBD">
              <w:rPr>
                <w:rFonts w:ascii="Aptos" w:hAnsi="Aptos"/>
                <w:b/>
                <w:bCs/>
                <w:sz w:val="14"/>
                <w:szCs w:val="14"/>
              </w:rPr>
              <w:t>adapts lessons</w:t>
            </w:r>
            <w:r w:rsidRPr="00AF1CBD">
              <w:rPr>
                <w:rFonts w:ascii="Aptos" w:hAnsi="Aptos"/>
                <w:sz w:val="14"/>
                <w:szCs w:val="14"/>
              </w:rPr>
              <w:t xml:space="preserve"> so that all pupils can access the content and experience success.</w:t>
            </w:r>
          </w:p>
        </w:tc>
        <w:tc>
          <w:tcPr>
            <w:tcW w:w="3685" w:type="dxa"/>
            <w:tcBorders>
              <w:right w:val="single" w:sz="12" w:space="0" w:color="auto"/>
            </w:tcBorders>
            <w:shd w:val="clear" w:color="auto" w:fill="FAFAFA"/>
            <w:tcMar>
              <w:top w:w="60" w:type="dxa"/>
              <w:left w:w="80" w:type="dxa"/>
              <w:bottom w:w="60" w:type="dxa"/>
              <w:right w:w="80" w:type="dxa"/>
            </w:tcMar>
          </w:tcPr>
          <w:p w14:paraId="568A9B6C" w14:textId="2F916393" w:rsidR="00AF1CBD" w:rsidRPr="00AF1CBD" w:rsidRDefault="00AF1CBD" w:rsidP="00AF1CBD">
            <w:pPr>
              <w:spacing w:after="0"/>
              <w:rPr>
                <w:rFonts w:ascii="Aptos" w:hAnsi="Aptos"/>
                <w:sz w:val="14"/>
                <w:szCs w:val="14"/>
              </w:rPr>
            </w:pPr>
            <w:r w:rsidRPr="00AF1CBD">
              <w:rPr>
                <w:rFonts w:ascii="Aptos" w:hAnsi="Aptos"/>
                <w:sz w:val="14"/>
                <w:szCs w:val="14"/>
              </w:rPr>
              <w:t>Regularly adapts lessons so that all pupils can access the content and experience success.</w:t>
            </w:r>
          </w:p>
        </w:tc>
        <w:tc>
          <w:tcPr>
            <w:tcW w:w="3685" w:type="dxa"/>
            <w:tcBorders>
              <w:left w:val="single" w:sz="12" w:space="0" w:color="auto"/>
            </w:tcBorders>
            <w:shd w:val="clear" w:color="auto" w:fill="FAFAFA"/>
            <w:tcMar>
              <w:top w:w="60" w:type="dxa"/>
              <w:left w:w="80" w:type="dxa"/>
              <w:bottom w:w="60" w:type="dxa"/>
              <w:right w:w="80" w:type="dxa"/>
            </w:tcMar>
          </w:tcPr>
          <w:p w14:paraId="1E796749" w14:textId="77A5D1DF" w:rsidR="00AF1CBD" w:rsidRPr="00AF1CBD" w:rsidRDefault="00AF1CBD" w:rsidP="00AF1CBD">
            <w:pPr>
              <w:spacing w:after="0"/>
              <w:rPr>
                <w:rFonts w:ascii="Aptos" w:hAnsi="Aptos"/>
                <w:sz w:val="14"/>
                <w:szCs w:val="14"/>
              </w:rPr>
            </w:pPr>
            <w:r w:rsidRPr="00AF1CBD">
              <w:rPr>
                <w:rFonts w:ascii="Aptos" w:hAnsi="Aptos"/>
                <w:sz w:val="14"/>
                <w:szCs w:val="14"/>
              </w:rPr>
              <w:t>Consistently adapts lessons so that all pupils can experience success.</w:t>
            </w:r>
          </w:p>
        </w:tc>
      </w:tr>
      <w:tr w:rsidR="00AF1CBD" w:rsidRPr="00B2123C" w14:paraId="32F4D89E" w14:textId="77777777" w:rsidTr="00BB25C6">
        <w:trPr>
          <w:cantSplit/>
          <w:jc w:val="center"/>
        </w:trPr>
        <w:tc>
          <w:tcPr>
            <w:tcW w:w="3685" w:type="dxa"/>
            <w:shd w:val="clear" w:color="auto" w:fill="FAFAFA"/>
            <w:tcMar>
              <w:top w:w="60" w:type="dxa"/>
              <w:left w:w="80" w:type="dxa"/>
              <w:bottom w:w="60" w:type="dxa"/>
              <w:right w:w="80" w:type="dxa"/>
            </w:tcMar>
          </w:tcPr>
          <w:p w14:paraId="052C6BA6" w14:textId="2F713F30" w:rsidR="00AF1CBD" w:rsidRPr="00AF1CBD" w:rsidRDefault="00AF1CBD" w:rsidP="00AF1CBD">
            <w:pPr>
              <w:spacing w:after="0"/>
              <w:rPr>
                <w:rFonts w:ascii="Aptos" w:hAnsi="Aptos"/>
                <w:sz w:val="14"/>
                <w:szCs w:val="14"/>
              </w:rPr>
            </w:pPr>
            <w:r w:rsidRPr="00AF1CBD">
              <w:rPr>
                <w:rFonts w:ascii="Aptos" w:hAnsi="Aptos"/>
                <w:sz w:val="14"/>
                <w:szCs w:val="14"/>
              </w:rPr>
              <w:t xml:space="preserve">Sometimes thinks about how and when to </w:t>
            </w:r>
            <w:r w:rsidRPr="00AF1CBD">
              <w:rPr>
                <w:rFonts w:ascii="Aptos" w:hAnsi="Aptos"/>
                <w:b/>
                <w:bCs/>
                <w:sz w:val="14"/>
                <w:szCs w:val="14"/>
              </w:rPr>
              <w:t>group</w:t>
            </w:r>
            <w:r w:rsidRPr="00AF1CBD">
              <w:rPr>
                <w:rFonts w:ascii="Aptos" w:hAnsi="Aptos"/>
                <w:sz w:val="14"/>
                <w:szCs w:val="14"/>
              </w:rPr>
              <w:t xml:space="preserve"> pupils. </w:t>
            </w:r>
          </w:p>
        </w:tc>
        <w:tc>
          <w:tcPr>
            <w:tcW w:w="3685" w:type="dxa"/>
            <w:tcBorders>
              <w:right w:val="single" w:sz="12" w:space="0" w:color="auto"/>
            </w:tcBorders>
            <w:shd w:val="clear" w:color="auto" w:fill="FAFAFA"/>
            <w:tcMar>
              <w:top w:w="60" w:type="dxa"/>
              <w:left w:w="80" w:type="dxa"/>
              <w:bottom w:w="60" w:type="dxa"/>
              <w:right w:w="80" w:type="dxa"/>
            </w:tcMar>
          </w:tcPr>
          <w:p w14:paraId="142A61DA" w14:textId="2691F2ED" w:rsidR="00AF1CBD" w:rsidRPr="00AF1CBD" w:rsidRDefault="00AF1CBD" w:rsidP="00AF1CBD">
            <w:pPr>
              <w:spacing w:after="0"/>
              <w:rPr>
                <w:rFonts w:ascii="Aptos" w:hAnsi="Aptos"/>
                <w:sz w:val="14"/>
                <w:szCs w:val="14"/>
              </w:rPr>
            </w:pPr>
            <w:r w:rsidRPr="00AF1CBD">
              <w:rPr>
                <w:rFonts w:ascii="Aptos" w:hAnsi="Aptos"/>
                <w:sz w:val="14"/>
                <w:szCs w:val="14"/>
              </w:rPr>
              <w:t xml:space="preserve">Regularly considers how and when to adapt groupings appropriately. </w:t>
            </w:r>
          </w:p>
        </w:tc>
        <w:tc>
          <w:tcPr>
            <w:tcW w:w="3685" w:type="dxa"/>
            <w:tcBorders>
              <w:left w:val="single" w:sz="12" w:space="0" w:color="auto"/>
            </w:tcBorders>
            <w:shd w:val="clear" w:color="auto" w:fill="FAFAFA"/>
            <w:tcMar>
              <w:top w:w="60" w:type="dxa"/>
              <w:left w:w="80" w:type="dxa"/>
              <w:bottom w:w="60" w:type="dxa"/>
              <w:right w:w="80" w:type="dxa"/>
            </w:tcMar>
          </w:tcPr>
          <w:p w14:paraId="38F8918E" w14:textId="48212372" w:rsidR="00AF1CBD" w:rsidRPr="00AF1CBD" w:rsidRDefault="00AF1CBD" w:rsidP="00AF1CBD">
            <w:pPr>
              <w:spacing w:after="0"/>
              <w:rPr>
                <w:rFonts w:ascii="Aptos" w:hAnsi="Aptos"/>
                <w:sz w:val="14"/>
                <w:szCs w:val="14"/>
              </w:rPr>
            </w:pPr>
            <w:r w:rsidRPr="00AF1CBD">
              <w:rPr>
                <w:rFonts w:ascii="Aptos" w:hAnsi="Aptos"/>
                <w:sz w:val="14"/>
                <w:szCs w:val="14"/>
              </w:rPr>
              <w:t xml:space="preserve">Consistently ensures that groupings are appropriate and effective, adapting as necessary. </w:t>
            </w:r>
          </w:p>
        </w:tc>
      </w:tr>
    </w:tbl>
    <w:p w14:paraId="50AE8372" w14:textId="48CE2A16" w:rsidR="00881594" w:rsidRDefault="00881594">
      <w:pPr>
        <w:spacing w:before="60" w:after="160"/>
        <w:rPr>
          <w:rFonts w:ascii="Aptos" w:hAnsi="Aptos"/>
        </w:rPr>
      </w:pPr>
    </w:p>
    <w:p w14:paraId="7B23DF3F" w14:textId="77777777" w:rsidR="00734B87" w:rsidRDefault="00734B87">
      <w:pPr>
        <w:spacing w:before="60" w:after="160"/>
        <w:rPr>
          <w:rFonts w:ascii="Aptos" w:hAnsi="Aptos"/>
        </w:rPr>
      </w:pPr>
    </w:p>
    <w:p w14:paraId="5482343D" w14:textId="77777777" w:rsidR="00734B87" w:rsidRDefault="00734B87">
      <w:pPr>
        <w:spacing w:before="60" w:after="160"/>
        <w:rPr>
          <w:rFonts w:ascii="Aptos" w:hAnsi="Aptos"/>
        </w:rPr>
      </w:pPr>
    </w:p>
    <w:p w14:paraId="0358E32C" w14:textId="77777777" w:rsidR="004C3C78" w:rsidRDefault="004C3C78">
      <w:pPr>
        <w:spacing w:before="60" w:after="160"/>
        <w:rPr>
          <w:rFonts w:ascii="Aptos" w:hAnsi="Aptos"/>
        </w:rPr>
      </w:pPr>
    </w:p>
    <w:tbl>
      <w:tblPr>
        <w:tblpPr w:leftFromText="180" w:rightFromText="180" w:vertAnchor="text" w:horzAnchor="margin" w:tblpY="384"/>
        <w:tblW w:w="5000" w:type="pct"/>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3487"/>
        <w:gridCol w:w="3487"/>
        <w:gridCol w:w="3485"/>
      </w:tblGrid>
      <w:tr w:rsidR="00734B87" w:rsidRPr="00B2123C" w14:paraId="44289228" w14:textId="77777777" w:rsidTr="00734B87">
        <w:trPr>
          <w:tblHeader/>
        </w:trPr>
        <w:tc>
          <w:tcPr>
            <w:tcW w:w="5000" w:type="pct"/>
            <w:gridSpan w:val="3"/>
            <w:tcBorders>
              <w:bottom w:val="single" w:sz="4" w:space="0" w:color="D3D3D3"/>
            </w:tcBorders>
            <w:shd w:val="clear" w:color="auto" w:fill="1B365D"/>
            <w:tcMar>
              <w:top w:w="80" w:type="dxa"/>
              <w:left w:w="80" w:type="dxa"/>
              <w:bottom w:w="80" w:type="dxa"/>
              <w:right w:w="80" w:type="dxa"/>
            </w:tcMar>
          </w:tcPr>
          <w:p w14:paraId="4CCF34C7" w14:textId="4E9698AE" w:rsidR="00734B87" w:rsidRPr="005E06B4" w:rsidRDefault="00734B87" w:rsidP="00734B87">
            <w:pPr>
              <w:spacing w:before="60" w:after="160"/>
              <w:rPr>
                <w:rFonts w:ascii="Aptos" w:hAnsi="Aptos"/>
                <w:i/>
                <w:color w:val="FAFAFA"/>
                <w:sz w:val="16"/>
              </w:rPr>
            </w:pPr>
            <w:r>
              <w:rPr>
                <w:rFonts w:ascii="Aptos" w:hAnsi="Aptos"/>
                <w:b/>
                <w:color w:val="FAFAFA"/>
                <w:sz w:val="16"/>
              </w:rPr>
              <w:t>A</w:t>
            </w:r>
            <w:r w:rsidRPr="005E06B4">
              <w:rPr>
                <w:rFonts w:ascii="Aptos" w:hAnsi="Aptos"/>
                <w:b/>
                <w:color w:val="FAFAFA"/>
                <w:sz w:val="16"/>
              </w:rPr>
              <w:t xml:space="preserve">t the end of the programme, this section contributes </w:t>
            </w:r>
            <w:r w:rsidRPr="00734B87">
              <w:rPr>
                <w:rFonts w:ascii="Aptos" w:hAnsi="Aptos"/>
                <w:b/>
                <w:color w:val="FAFAFA"/>
                <w:sz w:val="16"/>
              </w:rPr>
              <w:t xml:space="preserve">towards: </w:t>
            </w:r>
            <w:r w:rsidRPr="00734B87">
              <w:rPr>
                <w:rFonts w:ascii="Aptos" w:hAnsi="Aptos"/>
                <w:i/>
                <w:color w:val="FAFAFA"/>
                <w:sz w:val="16"/>
              </w:rPr>
              <w:t>TS2 (Promote Good Progress), TS4 (Plan &amp; Teach Well-Structured Lessons) &amp; TS5 (Adapt Teaching)</w:t>
            </w:r>
          </w:p>
        </w:tc>
      </w:tr>
      <w:tr w:rsidR="00734B87" w:rsidRPr="00B2123C" w14:paraId="7CA76AF4" w14:textId="77777777" w:rsidTr="00734B87">
        <w:trPr>
          <w:cantSplit/>
        </w:trPr>
        <w:tc>
          <w:tcPr>
            <w:tcW w:w="1667" w:type="pct"/>
            <w:shd w:val="clear" w:color="auto" w:fill="FAFAFA"/>
            <w:tcMar>
              <w:top w:w="60" w:type="dxa"/>
              <w:left w:w="80" w:type="dxa"/>
              <w:bottom w:w="60" w:type="dxa"/>
              <w:right w:w="80" w:type="dxa"/>
            </w:tcMar>
          </w:tcPr>
          <w:p w14:paraId="1E1997EC" w14:textId="77777777" w:rsidR="00734B87" w:rsidRDefault="00734B87" w:rsidP="00734B87">
            <w:pPr>
              <w:pStyle w:val="Titlebullet"/>
              <w:spacing w:before="0" w:after="0"/>
              <w:ind w:left="0" w:firstLine="0"/>
              <w:rPr>
                <w:rFonts w:ascii="Aptos" w:hAnsi="Aptos"/>
                <w:bCs/>
                <w:sz w:val="14"/>
                <w:szCs w:val="14"/>
              </w:rPr>
            </w:pPr>
            <w:r>
              <w:rPr>
                <w:rFonts w:ascii="Aptos" w:hAnsi="Aptos"/>
                <w:sz w:val="14"/>
                <w:szCs w:val="14"/>
              </w:rPr>
              <w:t>TS2: Promote good progress and outcomes by pupils</w:t>
            </w:r>
          </w:p>
          <w:p w14:paraId="56E5E970" w14:textId="77777777" w:rsidR="00734B87" w:rsidRPr="00BB25C6" w:rsidRDefault="00734B87" w:rsidP="00734B87">
            <w:pPr>
              <w:pStyle w:val="Titlebullet"/>
              <w:numPr>
                <w:ilvl w:val="0"/>
                <w:numId w:val="12"/>
              </w:numPr>
              <w:spacing w:before="0"/>
              <w:ind w:left="174" w:hanging="174"/>
              <w:rPr>
                <w:rFonts w:ascii="Aptos" w:hAnsi="Aptos"/>
                <w:bCs/>
                <w:sz w:val="14"/>
                <w:szCs w:val="14"/>
              </w:rPr>
            </w:pPr>
            <w:r w:rsidRPr="00BB25C6">
              <w:rPr>
                <w:rFonts w:ascii="Aptos" w:hAnsi="Aptos"/>
                <w:bCs/>
                <w:sz w:val="14"/>
                <w:szCs w:val="14"/>
              </w:rPr>
              <w:t>be accountable for attainment, progress and outcomes of the pupils</w:t>
            </w:r>
          </w:p>
          <w:p w14:paraId="4D394A13" w14:textId="77777777" w:rsidR="00734B87" w:rsidRPr="00BB25C6" w:rsidRDefault="00734B87" w:rsidP="00734B87">
            <w:pPr>
              <w:pStyle w:val="Titlebullet"/>
              <w:numPr>
                <w:ilvl w:val="0"/>
                <w:numId w:val="12"/>
              </w:numPr>
              <w:ind w:left="174" w:hanging="174"/>
              <w:rPr>
                <w:rFonts w:ascii="Aptos" w:hAnsi="Aptos"/>
                <w:bCs/>
                <w:sz w:val="14"/>
                <w:szCs w:val="14"/>
              </w:rPr>
            </w:pPr>
            <w:r w:rsidRPr="00BB25C6">
              <w:rPr>
                <w:rFonts w:ascii="Aptos" w:hAnsi="Aptos"/>
                <w:bCs/>
                <w:sz w:val="14"/>
                <w:szCs w:val="14"/>
              </w:rPr>
              <w:t>plan teaching to build on pupils’ capabilities and prior knowledge</w:t>
            </w:r>
          </w:p>
          <w:p w14:paraId="5F724534" w14:textId="77777777" w:rsidR="00734B87" w:rsidRDefault="00734B87" w:rsidP="00734B87">
            <w:pPr>
              <w:pStyle w:val="Titlebullet"/>
              <w:numPr>
                <w:ilvl w:val="0"/>
                <w:numId w:val="12"/>
              </w:numPr>
              <w:ind w:left="174" w:hanging="174"/>
              <w:rPr>
                <w:rFonts w:ascii="Aptos" w:hAnsi="Aptos"/>
                <w:bCs/>
                <w:sz w:val="14"/>
                <w:szCs w:val="14"/>
              </w:rPr>
            </w:pPr>
            <w:r w:rsidRPr="00BB25C6">
              <w:rPr>
                <w:rFonts w:ascii="Aptos" w:hAnsi="Aptos"/>
                <w:bCs/>
                <w:sz w:val="14"/>
                <w:szCs w:val="14"/>
              </w:rPr>
              <w:t>guide pupils to reflect on the progress they have made and their emerging needs demonstrate knowledge and understanding of how pupils learn and how this impacts on teaching.</w:t>
            </w:r>
          </w:p>
          <w:p w14:paraId="24ED1FCB" w14:textId="471DDB48" w:rsidR="00734B87" w:rsidRPr="00734B87" w:rsidRDefault="00734B87" w:rsidP="00734B87">
            <w:pPr>
              <w:pStyle w:val="Titlebullet"/>
              <w:numPr>
                <w:ilvl w:val="0"/>
                <w:numId w:val="12"/>
              </w:numPr>
              <w:ind w:left="174" w:hanging="174"/>
              <w:rPr>
                <w:rFonts w:ascii="Aptos" w:hAnsi="Aptos"/>
                <w:bCs/>
                <w:sz w:val="14"/>
                <w:szCs w:val="14"/>
              </w:rPr>
            </w:pPr>
            <w:r w:rsidRPr="00734B87">
              <w:rPr>
                <w:rFonts w:ascii="Aptos" w:hAnsi="Aptos"/>
                <w:bCs/>
                <w:sz w:val="14"/>
                <w:szCs w:val="14"/>
              </w:rPr>
              <w:t>encourage pupils to take a responsible and conscientious attitude to their own work and study</w:t>
            </w:r>
          </w:p>
        </w:tc>
        <w:tc>
          <w:tcPr>
            <w:tcW w:w="1667" w:type="pct"/>
            <w:shd w:val="clear" w:color="auto" w:fill="FAFAFA"/>
          </w:tcPr>
          <w:p w14:paraId="1A73541D" w14:textId="77777777" w:rsidR="00734B87" w:rsidRDefault="00734B87" w:rsidP="00734B87">
            <w:pPr>
              <w:pStyle w:val="Titlebullet"/>
              <w:spacing w:before="0" w:after="0"/>
              <w:ind w:left="0" w:firstLine="0"/>
              <w:rPr>
                <w:rFonts w:ascii="Aptos" w:hAnsi="Aptos"/>
                <w:bCs/>
                <w:sz w:val="14"/>
                <w:szCs w:val="14"/>
              </w:rPr>
            </w:pPr>
            <w:r>
              <w:rPr>
                <w:rFonts w:ascii="Aptos" w:hAnsi="Aptos"/>
                <w:sz w:val="14"/>
                <w:szCs w:val="14"/>
              </w:rPr>
              <w:t>TS4: Plan and teach well-structured lessons</w:t>
            </w:r>
          </w:p>
          <w:p w14:paraId="556E8C6A" w14:textId="77777777" w:rsidR="00734B87" w:rsidRPr="00BB25C6" w:rsidRDefault="00734B87" w:rsidP="00734B87">
            <w:pPr>
              <w:pStyle w:val="Titlebullet"/>
              <w:numPr>
                <w:ilvl w:val="0"/>
                <w:numId w:val="13"/>
              </w:numPr>
              <w:spacing w:before="0"/>
              <w:ind w:left="179" w:hanging="141"/>
              <w:rPr>
                <w:rFonts w:ascii="Aptos" w:hAnsi="Aptos"/>
                <w:bCs/>
                <w:sz w:val="14"/>
                <w:szCs w:val="14"/>
              </w:rPr>
            </w:pPr>
            <w:r w:rsidRPr="00BB25C6">
              <w:rPr>
                <w:rFonts w:ascii="Aptos" w:hAnsi="Aptos"/>
                <w:bCs/>
                <w:sz w:val="14"/>
                <w:szCs w:val="14"/>
              </w:rPr>
              <w:t xml:space="preserve">impart knowledge and develop understanding through effective use of lesson time </w:t>
            </w:r>
          </w:p>
          <w:p w14:paraId="0D0D9AF9" w14:textId="77777777" w:rsidR="00734B87" w:rsidRPr="00BB25C6" w:rsidRDefault="00734B87" w:rsidP="00734B87">
            <w:pPr>
              <w:pStyle w:val="Titlebullet"/>
              <w:numPr>
                <w:ilvl w:val="0"/>
                <w:numId w:val="13"/>
              </w:numPr>
              <w:ind w:left="179" w:hanging="141"/>
              <w:rPr>
                <w:rFonts w:ascii="Aptos" w:hAnsi="Aptos"/>
                <w:bCs/>
                <w:sz w:val="14"/>
                <w:szCs w:val="14"/>
              </w:rPr>
            </w:pPr>
            <w:r w:rsidRPr="00BB25C6">
              <w:rPr>
                <w:rFonts w:ascii="Aptos" w:hAnsi="Aptos"/>
                <w:bCs/>
                <w:sz w:val="14"/>
                <w:szCs w:val="14"/>
              </w:rPr>
              <w:t xml:space="preserve">promote a love of learning and pupil’s intellectual curiosity </w:t>
            </w:r>
          </w:p>
          <w:p w14:paraId="5DFEFB7A" w14:textId="77777777" w:rsidR="00734B87" w:rsidRPr="00BB25C6" w:rsidRDefault="00734B87" w:rsidP="00734B87">
            <w:pPr>
              <w:pStyle w:val="Titlebullet"/>
              <w:numPr>
                <w:ilvl w:val="0"/>
                <w:numId w:val="13"/>
              </w:numPr>
              <w:ind w:left="179" w:hanging="141"/>
              <w:rPr>
                <w:rFonts w:ascii="Aptos" w:hAnsi="Aptos"/>
                <w:bCs/>
                <w:sz w:val="14"/>
                <w:szCs w:val="14"/>
              </w:rPr>
            </w:pPr>
            <w:r w:rsidRPr="00BB25C6">
              <w:rPr>
                <w:rFonts w:ascii="Aptos" w:hAnsi="Aptos"/>
                <w:bCs/>
                <w:sz w:val="14"/>
                <w:szCs w:val="14"/>
              </w:rPr>
              <w:t xml:space="preserve">set homework and plan other out-of-class activities to consolidate and extend the knowledge and understanding pupils have acquired </w:t>
            </w:r>
          </w:p>
          <w:p w14:paraId="28959356" w14:textId="77777777" w:rsidR="00734B87" w:rsidRDefault="00734B87" w:rsidP="00734B87">
            <w:pPr>
              <w:pStyle w:val="Titlebullet"/>
              <w:numPr>
                <w:ilvl w:val="0"/>
                <w:numId w:val="13"/>
              </w:numPr>
              <w:ind w:left="179" w:hanging="141"/>
              <w:rPr>
                <w:rFonts w:ascii="Aptos" w:hAnsi="Aptos"/>
                <w:bCs/>
                <w:sz w:val="14"/>
                <w:szCs w:val="14"/>
              </w:rPr>
            </w:pPr>
            <w:r w:rsidRPr="00BB25C6">
              <w:rPr>
                <w:rFonts w:ascii="Aptos" w:hAnsi="Aptos"/>
                <w:bCs/>
                <w:sz w:val="14"/>
                <w:szCs w:val="14"/>
              </w:rPr>
              <w:t>reflect systematically on the effectiveness of lessons and approaches to teaching</w:t>
            </w:r>
          </w:p>
          <w:p w14:paraId="74C069BC" w14:textId="5A4873F6" w:rsidR="00734B87" w:rsidRPr="00734B87" w:rsidRDefault="00734B87" w:rsidP="00734B87">
            <w:pPr>
              <w:pStyle w:val="Titlebullet"/>
              <w:numPr>
                <w:ilvl w:val="0"/>
                <w:numId w:val="13"/>
              </w:numPr>
              <w:ind w:left="179" w:hanging="141"/>
              <w:rPr>
                <w:rFonts w:ascii="Aptos" w:hAnsi="Aptos"/>
                <w:bCs/>
                <w:sz w:val="14"/>
                <w:szCs w:val="14"/>
              </w:rPr>
            </w:pPr>
            <w:r w:rsidRPr="00734B87">
              <w:rPr>
                <w:rFonts w:ascii="Aptos" w:hAnsi="Aptos"/>
                <w:bCs/>
                <w:sz w:val="14"/>
                <w:szCs w:val="14"/>
              </w:rPr>
              <w:t>contribute to the design and provision of an engaging curriculum within the relevant subject area(s)</w:t>
            </w:r>
          </w:p>
        </w:tc>
        <w:tc>
          <w:tcPr>
            <w:tcW w:w="1667" w:type="pct"/>
            <w:shd w:val="clear" w:color="auto" w:fill="FAFAFA"/>
          </w:tcPr>
          <w:p w14:paraId="17826702" w14:textId="77777777" w:rsidR="00734B87" w:rsidRDefault="00734B87" w:rsidP="00734B87">
            <w:pPr>
              <w:pStyle w:val="Titlebullet"/>
              <w:spacing w:before="0" w:after="0"/>
              <w:ind w:left="0" w:firstLine="0"/>
              <w:rPr>
                <w:rFonts w:ascii="Aptos" w:hAnsi="Aptos"/>
                <w:bCs/>
                <w:sz w:val="14"/>
                <w:szCs w:val="14"/>
              </w:rPr>
            </w:pPr>
            <w:r>
              <w:rPr>
                <w:rFonts w:ascii="Aptos" w:hAnsi="Aptos"/>
                <w:sz w:val="14"/>
                <w:szCs w:val="14"/>
              </w:rPr>
              <w:t>TS5: Adapt teaching to respond to the strengths and needs of all pupils</w:t>
            </w:r>
          </w:p>
          <w:p w14:paraId="00B67805" w14:textId="77777777" w:rsidR="00734B87" w:rsidRPr="00BB25C6" w:rsidRDefault="00734B87" w:rsidP="00734B87">
            <w:pPr>
              <w:pStyle w:val="Titlebullet"/>
              <w:numPr>
                <w:ilvl w:val="0"/>
                <w:numId w:val="14"/>
              </w:numPr>
              <w:spacing w:before="0"/>
              <w:ind w:left="175" w:hanging="175"/>
              <w:rPr>
                <w:rFonts w:ascii="Aptos" w:hAnsi="Aptos"/>
                <w:bCs/>
                <w:sz w:val="14"/>
                <w:szCs w:val="14"/>
              </w:rPr>
            </w:pPr>
            <w:r w:rsidRPr="00BB25C6">
              <w:rPr>
                <w:rFonts w:ascii="Aptos" w:hAnsi="Aptos"/>
                <w:bCs/>
                <w:sz w:val="14"/>
                <w:szCs w:val="14"/>
              </w:rPr>
              <w:t xml:space="preserve">know when and how to differentiate appropriately, using approaches which enable pupils to be taught effectively </w:t>
            </w:r>
          </w:p>
          <w:p w14:paraId="73270572" w14:textId="77777777" w:rsidR="00734B87" w:rsidRPr="00BB25C6" w:rsidRDefault="00734B87" w:rsidP="00734B87">
            <w:pPr>
              <w:pStyle w:val="Titlebullet"/>
              <w:numPr>
                <w:ilvl w:val="0"/>
                <w:numId w:val="14"/>
              </w:numPr>
              <w:ind w:left="175" w:hanging="175"/>
              <w:rPr>
                <w:rFonts w:ascii="Aptos" w:hAnsi="Aptos"/>
                <w:bCs/>
                <w:sz w:val="14"/>
                <w:szCs w:val="14"/>
              </w:rPr>
            </w:pPr>
            <w:r w:rsidRPr="00BB25C6">
              <w:rPr>
                <w:rFonts w:ascii="Aptos" w:hAnsi="Aptos"/>
                <w:bCs/>
                <w:sz w:val="14"/>
                <w:szCs w:val="14"/>
              </w:rPr>
              <w:t xml:space="preserve">have a secure understanding of how a range of factors can inhibit pupils’ ability to learn, and how best to overcome these </w:t>
            </w:r>
          </w:p>
          <w:p w14:paraId="1FE54261" w14:textId="77777777" w:rsidR="00734B87" w:rsidRDefault="00734B87" w:rsidP="00734B87">
            <w:pPr>
              <w:pStyle w:val="Titlebullet"/>
              <w:numPr>
                <w:ilvl w:val="0"/>
                <w:numId w:val="14"/>
              </w:numPr>
              <w:ind w:left="175" w:hanging="175"/>
              <w:rPr>
                <w:rFonts w:ascii="Aptos" w:hAnsi="Aptos"/>
                <w:bCs/>
                <w:sz w:val="14"/>
                <w:szCs w:val="14"/>
              </w:rPr>
            </w:pPr>
            <w:r w:rsidRPr="00BB25C6">
              <w:rPr>
                <w:rFonts w:ascii="Aptos" w:hAnsi="Aptos"/>
                <w:bCs/>
                <w:sz w:val="14"/>
                <w:szCs w:val="14"/>
              </w:rPr>
              <w:t>demonstrate an awareness of the physical, social and intellectual development of pupil, and know how to adapt teaching to support pupils’ education at different stages of development</w:t>
            </w:r>
          </w:p>
          <w:p w14:paraId="0FA65F6C" w14:textId="1D3BF2FB" w:rsidR="00734B87" w:rsidRPr="00734B87" w:rsidRDefault="00734B87" w:rsidP="00734B87">
            <w:pPr>
              <w:pStyle w:val="Titlebullet"/>
              <w:numPr>
                <w:ilvl w:val="0"/>
                <w:numId w:val="14"/>
              </w:numPr>
              <w:ind w:left="175" w:hanging="175"/>
              <w:rPr>
                <w:rFonts w:ascii="Aptos" w:hAnsi="Aptos"/>
                <w:bCs/>
                <w:sz w:val="14"/>
                <w:szCs w:val="14"/>
              </w:rPr>
            </w:pPr>
            <w:r w:rsidRPr="00734B87">
              <w:rPr>
                <w:rFonts w:ascii="Aptos" w:hAnsi="Aptos"/>
                <w:bCs/>
                <w:sz w:val="14"/>
                <w:szCs w:val="14"/>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tc>
      </w:tr>
    </w:tbl>
    <w:p w14:paraId="28316330" w14:textId="77777777" w:rsidR="00881594" w:rsidRDefault="00881594">
      <w:pPr>
        <w:rPr>
          <w:rFonts w:ascii="Aptos" w:hAnsi="Aptos"/>
        </w:rPr>
      </w:pPr>
      <w:r>
        <w:rPr>
          <w:rFonts w:ascii="Aptos" w:hAnsi="Aptos"/>
        </w:rPr>
        <w:br w:type="page"/>
      </w:r>
    </w:p>
    <w:p w14:paraId="54876522" w14:textId="77777777" w:rsidR="00191D4A" w:rsidRPr="00B2123C" w:rsidRDefault="007A71C5">
      <w:pPr>
        <w:spacing w:before="200" w:after="80"/>
        <w:rPr>
          <w:rFonts w:ascii="Aptos" w:hAnsi="Aptos"/>
        </w:rPr>
      </w:pPr>
      <w:r w:rsidRPr="00B2123C">
        <w:rPr>
          <w:rFonts w:ascii="Aptos" w:hAnsi="Aptos"/>
          <w:b/>
          <w:color w:val="1B365D"/>
        </w:rPr>
        <w:t>3. Curriculum (Subject and Curriculum, S3)</w:t>
      </w:r>
    </w:p>
    <w:tbl>
      <w:tblPr>
        <w:tblW w:w="11055"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685"/>
        <w:gridCol w:w="3685"/>
        <w:gridCol w:w="3685"/>
      </w:tblGrid>
      <w:tr w:rsidR="001669DD" w:rsidRPr="00B2123C" w14:paraId="6600635A" w14:textId="77777777" w:rsidTr="00A91590">
        <w:trPr>
          <w:tblHeader/>
          <w:jc w:val="center"/>
        </w:trPr>
        <w:tc>
          <w:tcPr>
            <w:tcW w:w="3685" w:type="dxa"/>
            <w:tcBorders>
              <w:bottom w:val="single" w:sz="4" w:space="0" w:color="D3D3D3"/>
            </w:tcBorders>
            <w:shd w:val="clear" w:color="auto" w:fill="1B365D"/>
            <w:tcMar>
              <w:top w:w="80" w:type="dxa"/>
              <w:left w:w="80" w:type="dxa"/>
              <w:bottom w:w="80" w:type="dxa"/>
              <w:right w:w="80" w:type="dxa"/>
            </w:tcMar>
          </w:tcPr>
          <w:p w14:paraId="6AF60891"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Emerging/Developing Practice</w:t>
            </w:r>
          </w:p>
          <w:p w14:paraId="693FA31D" w14:textId="7BB39B4F" w:rsidR="001669DD" w:rsidRPr="00B2123C" w:rsidRDefault="001669DD" w:rsidP="001669DD">
            <w:pPr>
              <w:spacing w:after="0"/>
              <w:jc w:val="center"/>
              <w:rPr>
                <w:rFonts w:ascii="Aptos" w:hAnsi="Aptos"/>
              </w:rPr>
            </w:pPr>
            <w:r w:rsidRPr="00B2123C">
              <w:rPr>
                <w:rFonts w:ascii="Aptos" w:hAnsi="Aptos"/>
                <w:bCs/>
                <w:i/>
                <w:iCs/>
                <w:color w:val="FFFFFF"/>
                <w:sz w:val="18"/>
              </w:rPr>
              <w:t>(Early / Middle ITE)</w:t>
            </w:r>
          </w:p>
        </w:tc>
        <w:tc>
          <w:tcPr>
            <w:tcW w:w="3685" w:type="dxa"/>
            <w:tcBorders>
              <w:bottom w:val="single" w:sz="4" w:space="0" w:color="D3D3D3"/>
            </w:tcBorders>
            <w:shd w:val="clear" w:color="auto" w:fill="1B365D"/>
            <w:tcMar>
              <w:top w:w="80" w:type="dxa"/>
              <w:left w:w="80" w:type="dxa"/>
              <w:bottom w:w="80" w:type="dxa"/>
              <w:right w:w="80" w:type="dxa"/>
            </w:tcMar>
          </w:tcPr>
          <w:p w14:paraId="7E3C8564"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Securing Practice</w:t>
            </w:r>
          </w:p>
          <w:p w14:paraId="4961809A" w14:textId="72D6412A" w:rsidR="001669DD" w:rsidRPr="00B2123C" w:rsidRDefault="001669DD" w:rsidP="001669DD">
            <w:pPr>
              <w:spacing w:after="0"/>
              <w:jc w:val="center"/>
              <w:rPr>
                <w:rFonts w:ascii="Aptos" w:hAnsi="Aptos"/>
              </w:rPr>
            </w:pPr>
            <w:r w:rsidRPr="00B2123C">
              <w:rPr>
                <w:rFonts w:ascii="Aptos" w:hAnsi="Aptos"/>
                <w:bCs/>
                <w:i/>
                <w:iCs/>
                <w:color w:val="FFFFFF"/>
                <w:sz w:val="18"/>
              </w:rPr>
              <w:t>(Middle / Later ITE)</w:t>
            </w:r>
          </w:p>
        </w:tc>
        <w:tc>
          <w:tcPr>
            <w:tcW w:w="3685" w:type="dxa"/>
            <w:shd w:val="clear" w:color="auto" w:fill="1B365D"/>
            <w:tcMar>
              <w:top w:w="80" w:type="dxa"/>
              <w:left w:w="80" w:type="dxa"/>
              <w:bottom w:w="80" w:type="dxa"/>
              <w:right w:w="80" w:type="dxa"/>
            </w:tcMar>
          </w:tcPr>
          <w:p w14:paraId="24705484"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Established/High Impact Practice</w:t>
            </w:r>
          </w:p>
          <w:p w14:paraId="3C8F7175" w14:textId="04670175" w:rsidR="001669DD" w:rsidRPr="00B2123C" w:rsidRDefault="001669DD" w:rsidP="001669DD">
            <w:pPr>
              <w:spacing w:after="0"/>
              <w:jc w:val="center"/>
              <w:rPr>
                <w:rFonts w:ascii="Aptos" w:hAnsi="Aptos"/>
              </w:rPr>
            </w:pPr>
            <w:r w:rsidRPr="00B2123C">
              <w:rPr>
                <w:rFonts w:ascii="Aptos" w:hAnsi="Aptos"/>
                <w:bCs/>
                <w:i/>
                <w:iCs/>
                <w:color w:val="FFFFFF"/>
                <w:sz w:val="18"/>
              </w:rPr>
              <w:t>(Later ITE / ECT)</w:t>
            </w:r>
          </w:p>
        </w:tc>
      </w:tr>
      <w:tr w:rsidR="007242BC" w:rsidRPr="00B2123C" w14:paraId="45F50281" w14:textId="77777777" w:rsidTr="00A91590">
        <w:trPr>
          <w:cantSplit/>
          <w:jc w:val="center"/>
        </w:trPr>
        <w:tc>
          <w:tcPr>
            <w:tcW w:w="3685" w:type="dxa"/>
            <w:shd w:val="clear" w:color="auto" w:fill="FFFFFF"/>
            <w:tcMar>
              <w:top w:w="60" w:type="dxa"/>
              <w:left w:w="80" w:type="dxa"/>
              <w:bottom w:w="60" w:type="dxa"/>
              <w:right w:w="80" w:type="dxa"/>
            </w:tcMar>
          </w:tcPr>
          <w:p w14:paraId="37F06955" w14:textId="5E5BF621" w:rsidR="007242BC" w:rsidRPr="00A91590" w:rsidRDefault="007242BC" w:rsidP="007242BC">
            <w:pPr>
              <w:spacing w:after="0"/>
              <w:rPr>
                <w:rFonts w:ascii="Aptos" w:hAnsi="Aptos"/>
                <w:sz w:val="14"/>
                <w:szCs w:val="14"/>
              </w:rPr>
            </w:pPr>
            <w:r w:rsidRPr="00A91590">
              <w:rPr>
                <w:rFonts w:ascii="Aptos" w:hAnsi="Aptos"/>
                <w:sz w:val="14"/>
                <w:szCs w:val="14"/>
              </w:rPr>
              <w:t xml:space="preserve">Is able to identify, understand and start to integrate within their planning the </w:t>
            </w:r>
            <w:r w:rsidRPr="00A91590">
              <w:rPr>
                <w:rFonts w:ascii="Aptos" w:hAnsi="Aptos"/>
                <w:b/>
                <w:bCs/>
                <w:sz w:val="14"/>
                <w:szCs w:val="14"/>
              </w:rPr>
              <w:t>core knowledge, concepts, skills and principles</w:t>
            </w:r>
            <w:r w:rsidRPr="00A91590">
              <w:rPr>
                <w:rFonts w:ascii="Aptos" w:hAnsi="Aptos"/>
                <w:sz w:val="14"/>
                <w:szCs w:val="14"/>
              </w:rPr>
              <w:t xml:space="preserve"> in their subject.</w:t>
            </w:r>
          </w:p>
        </w:tc>
        <w:tc>
          <w:tcPr>
            <w:tcW w:w="3685" w:type="dxa"/>
            <w:tcBorders>
              <w:right w:val="single" w:sz="12" w:space="0" w:color="auto"/>
            </w:tcBorders>
            <w:shd w:val="clear" w:color="auto" w:fill="FFFFFF"/>
            <w:tcMar>
              <w:top w:w="60" w:type="dxa"/>
              <w:left w:w="80" w:type="dxa"/>
              <w:bottom w:w="60" w:type="dxa"/>
              <w:right w:w="80" w:type="dxa"/>
            </w:tcMar>
          </w:tcPr>
          <w:p w14:paraId="1D05C277" w14:textId="08FE4B19" w:rsidR="007242BC" w:rsidRPr="00A91590" w:rsidRDefault="007242BC" w:rsidP="007242BC">
            <w:pPr>
              <w:spacing w:after="0"/>
              <w:rPr>
                <w:rFonts w:ascii="Aptos" w:hAnsi="Aptos"/>
                <w:sz w:val="14"/>
                <w:szCs w:val="14"/>
              </w:rPr>
            </w:pPr>
            <w:r w:rsidRPr="00A91590">
              <w:rPr>
                <w:rFonts w:ascii="Aptos" w:hAnsi="Aptos"/>
                <w:sz w:val="14"/>
                <w:szCs w:val="14"/>
              </w:rPr>
              <w:t>Regularly integrates within their planning the core knowledge, concepts, skills and principles in their subject to deliver coherent, well-sequenced learning experience for the pupils.</w:t>
            </w:r>
          </w:p>
        </w:tc>
        <w:tc>
          <w:tcPr>
            <w:tcW w:w="3685" w:type="dxa"/>
            <w:tcBorders>
              <w:left w:val="single" w:sz="12" w:space="0" w:color="auto"/>
            </w:tcBorders>
            <w:shd w:val="clear" w:color="auto" w:fill="FFFFFF"/>
            <w:tcMar>
              <w:top w:w="60" w:type="dxa"/>
              <w:left w:w="80" w:type="dxa"/>
              <w:bottom w:w="60" w:type="dxa"/>
              <w:right w:w="80" w:type="dxa"/>
            </w:tcMar>
          </w:tcPr>
          <w:p w14:paraId="010207E1" w14:textId="1E93C245" w:rsidR="007242BC" w:rsidRPr="00A91590" w:rsidRDefault="007242BC" w:rsidP="007242BC">
            <w:pPr>
              <w:spacing w:after="0"/>
              <w:rPr>
                <w:rFonts w:ascii="Aptos" w:hAnsi="Aptos"/>
                <w:sz w:val="14"/>
                <w:szCs w:val="14"/>
              </w:rPr>
            </w:pPr>
            <w:r w:rsidRPr="00A91590">
              <w:rPr>
                <w:rFonts w:ascii="Aptos" w:hAnsi="Aptos"/>
                <w:sz w:val="14"/>
                <w:szCs w:val="14"/>
              </w:rPr>
              <w:t>Consistently integrates within their planning the core knowledge, concepts, skills and principles in their subject to deliver coherent, well-sequenced learning experience for the pupils.</w:t>
            </w:r>
          </w:p>
        </w:tc>
      </w:tr>
      <w:tr w:rsidR="007242BC" w:rsidRPr="00B2123C" w14:paraId="7DE0B462" w14:textId="77777777" w:rsidTr="00A91590">
        <w:trPr>
          <w:cantSplit/>
          <w:jc w:val="center"/>
        </w:trPr>
        <w:tc>
          <w:tcPr>
            <w:tcW w:w="3685" w:type="dxa"/>
            <w:shd w:val="clear" w:color="auto" w:fill="FAFAFA"/>
            <w:tcMar>
              <w:top w:w="60" w:type="dxa"/>
              <w:left w:w="80" w:type="dxa"/>
              <w:bottom w:w="60" w:type="dxa"/>
              <w:right w:w="80" w:type="dxa"/>
            </w:tcMar>
          </w:tcPr>
          <w:p w14:paraId="636DD871" w14:textId="25908FC9" w:rsidR="007242BC" w:rsidRPr="00A91590" w:rsidRDefault="007242BC" w:rsidP="007242BC">
            <w:pPr>
              <w:spacing w:after="0"/>
              <w:rPr>
                <w:rFonts w:ascii="Aptos" w:hAnsi="Aptos"/>
                <w:sz w:val="14"/>
                <w:szCs w:val="14"/>
              </w:rPr>
            </w:pPr>
            <w:r w:rsidRPr="00A91590">
              <w:rPr>
                <w:rFonts w:ascii="Aptos" w:hAnsi="Aptos"/>
                <w:sz w:val="14"/>
                <w:szCs w:val="14"/>
              </w:rPr>
              <w:t xml:space="preserve">Is able to understand and plan for learning which is </w:t>
            </w:r>
            <w:r w:rsidRPr="00A91590">
              <w:rPr>
                <w:rFonts w:ascii="Aptos" w:hAnsi="Aptos"/>
                <w:b/>
                <w:bCs/>
                <w:sz w:val="14"/>
                <w:szCs w:val="14"/>
              </w:rPr>
              <w:t>sequenced and presented</w:t>
            </w:r>
            <w:r w:rsidRPr="00A91590">
              <w:rPr>
                <w:rFonts w:ascii="Aptos" w:hAnsi="Aptos"/>
                <w:sz w:val="14"/>
                <w:szCs w:val="14"/>
              </w:rPr>
              <w:t xml:space="preserve"> to help pupils master complex concepts. </w:t>
            </w:r>
          </w:p>
        </w:tc>
        <w:tc>
          <w:tcPr>
            <w:tcW w:w="3685" w:type="dxa"/>
            <w:tcBorders>
              <w:right w:val="single" w:sz="12" w:space="0" w:color="auto"/>
            </w:tcBorders>
            <w:shd w:val="clear" w:color="auto" w:fill="FAFAFA"/>
            <w:tcMar>
              <w:top w:w="60" w:type="dxa"/>
              <w:left w:w="80" w:type="dxa"/>
              <w:bottom w:w="60" w:type="dxa"/>
              <w:right w:w="80" w:type="dxa"/>
            </w:tcMar>
          </w:tcPr>
          <w:p w14:paraId="08155A98" w14:textId="35E8C6C5" w:rsidR="007242BC" w:rsidRPr="00A91590" w:rsidRDefault="007242BC" w:rsidP="007242BC">
            <w:pPr>
              <w:spacing w:after="0"/>
              <w:rPr>
                <w:rFonts w:ascii="Aptos" w:hAnsi="Aptos"/>
                <w:sz w:val="14"/>
                <w:szCs w:val="14"/>
              </w:rPr>
            </w:pPr>
            <w:r w:rsidRPr="00A91590">
              <w:rPr>
                <w:rFonts w:ascii="Aptos" w:hAnsi="Aptos"/>
                <w:sz w:val="14"/>
                <w:szCs w:val="14"/>
              </w:rPr>
              <w:t xml:space="preserve">Regularly teaches lessons that are sequenced and presented to make a coherent learning experience which helps pupils master complex concepts. </w:t>
            </w:r>
          </w:p>
        </w:tc>
        <w:tc>
          <w:tcPr>
            <w:tcW w:w="3685" w:type="dxa"/>
            <w:tcBorders>
              <w:left w:val="single" w:sz="12" w:space="0" w:color="auto"/>
            </w:tcBorders>
            <w:shd w:val="clear" w:color="auto" w:fill="FAFAFA"/>
            <w:tcMar>
              <w:top w:w="60" w:type="dxa"/>
              <w:left w:w="80" w:type="dxa"/>
              <w:bottom w:w="60" w:type="dxa"/>
              <w:right w:w="80" w:type="dxa"/>
            </w:tcMar>
          </w:tcPr>
          <w:p w14:paraId="36413024" w14:textId="3E1E489C" w:rsidR="007242BC" w:rsidRPr="00A91590" w:rsidRDefault="007242BC" w:rsidP="007242BC">
            <w:pPr>
              <w:spacing w:after="0"/>
              <w:rPr>
                <w:rFonts w:ascii="Aptos" w:hAnsi="Aptos"/>
                <w:sz w:val="14"/>
                <w:szCs w:val="14"/>
              </w:rPr>
            </w:pPr>
            <w:r w:rsidRPr="00A91590">
              <w:rPr>
                <w:rFonts w:ascii="Aptos" w:hAnsi="Aptos"/>
                <w:sz w:val="14"/>
                <w:szCs w:val="14"/>
              </w:rPr>
              <w:t>Consistently teaches lessons that are sequenced and presented to make a coherent learning experience which helps pupils master complex concepts.</w:t>
            </w:r>
          </w:p>
        </w:tc>
      </w:tr>
      <w:tr w:rsidR="00A91590" w:rsidRPr="00B2123C" w14:paraId="691F7668" w14:textId="77777777" w:rsidTr="00280CC0">
        <w:trPr>
          <w:cantSplit/>
          <w:jc w:val="center"/>
        </w:trPr>
        <w:tc>
          <w:tcPr>
            <w:tcW w:w="11055" w:type="dxa"/>
            <w:gridSpan w:val="3"/>
            <w:shd w:val="clear" w:color="auto" w:fill="FAFAFA"/>
            <w:tcMar>
              <w:top w:w="60" w:type="dxa"/>
              <w:left w:w="80" w:type="dxa"/>
              <w:bottom w:w="60" w:type="dxa"/>
              <w:right w:w="80" w:type="dxa"/>
            </w:tcMar>
          </w:tcPr>
          <w:p w14:paraId="2EBB790B" w14:textId="3263B146" w:rsidR="00A91590" w:rsidRPr="00A91590" w:rsidRDefault="00A91590" w:rsidP="00A91590">
            <w:pPr>
              <w:jc w:val="center"/>
              <w:rPr>
                <w:rFonts w:ascii="Aptos" w:hAnsi="Aptos"/>
                <w:color w:val="222222"/>
                <w:sz w:val="14"/>
                <w:szCs w:val="14"/>
              </w:rPr>
            </w:pPr>
            <w:r w:rsidRPr="00A91590">
              <w:rPr>
                <w:rFonts w:ascii="Aptos" w:hAnsi="Aptos"/>
                <w:sz w:val="14"/>
                <w:szCs w:val="14"/>
              </w:rPr>
              <w:t xml:space="preserve">Demonstrates </w:t>
            </w:r>
            <w:r w:rsidRPr="00A91590">
              <w:rPr>
                <w:rFonts w:ascii="Aptos" w:hAnsi="Aptos"/>
                <w:b/>
                <w:bCs/>
                <w:sz w:val="14"/>
                <w:szCs w:val="14"/>
              </w:rPr>
              <w:t>subject knowledge</w:t>
            </w:r>
            <w:r w:rsidRPr="00A91590">
              <w:rPr>
                <w:rFonts w:ascii="Aptos" w:hAnsi="Aptos"/>
                <w:sz w:val="14"/>
                <w:szCs w:val="14"/>
              </w:rPr>
              <w:t xml:space="preserve"> in relevant areas and is proactive in developing their subject knowledge further where necessary </w:t>
            </w:r>
            <w:r w:rsidRPr="00A91590">
              <w:rPr>
                <w:rFonts w:ascii="Aptos" w:hAnsi="Aptos"/>
                <w:sz w:val="14"/>
                <w:szCs w:val="14"/>
              </w:rPr>
              <w:br/>
            </w:r>
            <w:r w:rsidRPr="007B20B0">
              <w:rPr>
                <w:rFonts w:ascii="Aptos" w:hAnsi="Aptos"/>
                <w:sz w:val="14"/>
                <w:szCs w:val="14"/>
                <w:shd w:val="clear" w:color="auto" w:fill="FAFAFA"/>
              </w:rPr>
              <w:t>(See SK audit for further details).</w:t>
            </w:r>
          </w:p>
        </w:tc>
      </w:tr>
      <w:tr w:rsidR="00A91590" w:rsidRPr="00B2123C" w14:paraId="78277D61" w14:textId="77777777" w:rsidTr="007B20B0">
        <w:trPr>
          <w:cantSplit/>
          <w:jc w:val="center"/>
        </w:trPr>
        <w:tc>
          <w:tcPr>
            <w:tcW w:w="3685" w:type="dxa"/>
            <w:shd w:val="clear" w:color="auto" w:fill="FAFAFA"/>
            <w:tcMar>
              <w:top w:w="60" w:type="dxa"/>
              <w:left w:w="80" w:type="dxa"/>
              <w:bottom w:w="60" w:type="dxa"/>
              <w:right w:w="80" w:type="dxa"/>
            </w:tcMar>
          </w:tcPr>
          <w:p w14:paraId="3075159A" w14:textId="15C2BAC6" w:rsidR="00A91590" w:rsidRPr="00A91590" w:rsidRDefault="00A91590" w:rsidP="00A91590">
            <w:pPr>
              <w:spacing w:after="0"/>
              <w:rPr>
                <w:rFonts w:ascii="Aptos" w:hAnsi="Aptos"/>
                <w:sz w:val="14"/>
                <w:szCs w:val="14"/>
              </w:rPr>
            </w:pPr>
            <w:r w:rsidRPr="00A91590">
              <w:rPr>
                <w:rFonts w:ascii="Aptos" w:hAnsi="Aptos"/>
                <w:sz w:val="14"/>
                <w:szCs w:val="14"/>
              </w:rPr>
              <w:t xml:space="preserve">Sometimes uses subject knowledge to </w:t>
            </w:r>
            <w:r w:rsidRPr="00A91590">
              <w:rPr>
                <w:rFonts w:ascii="Aptos" w:hAnsi="Aptos"/>
                <w:b/>
                <w:bCs/>
                <w:sz w:val="14"/>
                <w:szCs w:val="14"/>
              </w:rPr>
              <w:t>foster and maintain pupils’ interest</w:t>
            </w:r>
            <w:r w:rsidRPr="00A91590">
              <w:rPr>
                <w:rFonts w:ascii="Aptos" w:hAnsi="Aptos"/>
                <w:sz w:val="14"/>
                <w:szCs w:val="14"/>
              </w:rPr>
              <w:t xml:space="preserve"> in their subject through use of appropriate resources, sequencing of learning and addressing misconceptions. </w:t>
            </w:r>
          </w:p>
        </w:tc>
        <w:tc>
          <w:tcPr>
            <w:tcW w:w="3685" w:type="dxa"/>
            <w:tcBorders>
              <w:right w:val="single" w:sz="12" w:space="0" w:color="auto"/>
            </w:tcBorders>
            <w:shd w:val="clear" w:color="auto" w:fill="FAFAFA"/>
            <w:tcMar>
              <w:top w:w="60" w:type="dxa"/>
              <w:left w:w="80" w:type="dxa"/>
              <w:bottom w:w="60" w:type="dxa"/>
              <w:right w:w="80" w:type="dxa"/>
            </w:tcMar>
          </w:tcPr>
          <w:p w14:paraId="16CA947B" w14:textId="6A83FA78" w:rsidR="00A91590" w:rsidRPr="00A91590" w:rsidRDefault="00A91590" w:rsidP="00A91590">
            <w:pPr>
              <w:spacing w:after="0"/>
              <w:rPr>
                <w:rFonts w:ascii="Aptos" w:hAnsi="Aptos"/>
                <w:sz w:val="14"/>
                <w:szCs w:val="14"/>
              </w:rPr>
            </w:pPr>
            <w:r w:rsidRPr="00A91590">
              <w:rPr>
                <w:rFonts w:ascii="Aptos" w:hAnsi="Aptos"/>
                <w:sz w:val="14"/>
                <w:szCs w:val="14"/>
              </w:rPr>
              <w:t>Regularly uses subject knowledge to foster and maintain pupils’ interest in their subject through use of appropriate resources, sequencing of learning and addressing misconceptions.</w:t>
            </w:r>
          </w:p>
        </w:tc>
        <w:tc>
          <w:tcPr>
            <w:tcW w:w="3685" w:type="dxa"/>
            <w:tcBorders>
              <w:left w:val="single" w:sz="12" w:space="0" w:color="auto"/>
            </w:tcBorders>
            <w:shd w:val="clear" w:color="auto" w:fill="FAFAFA"/>
            <w:tcMar>
              <w:top w:w="60" w:type="dxa"/>
              <w:left w:w="80" w:type="dxa"/>
              <w:bottom w:w="60" w:type="dxa"/>
              <w:right w:w="80" w:type="dxa"/>
            </w:tcMar>
          </w:tcPr>
          <w:p w14:paraId="74AEFCDC" w14:textId="642CC4CE" w:rsidR="00A91590" w:rsidRPr="00A91590" w:rsidRDefault="00A91590" w:rsidP="00A91590">
            <w:pPr>
              <w:spacing w:after="0"/>
              <w:rPr>
                <w:rFonts w:ascii="Aptos" w:hAnsi="Aptos"/>
                <w:sz w:val="14"/>
                <w:szCs w:val="14"/>
              </w:rPr>
            </w:pPr>
            <w:r w:rsidRPr="00A91590">
              <w:rPr>
                <w:rFonts w:ascii="Aptos" w:hAnsi="Aptos"/>
                <w:sz w:val="14"/>
                <w:szCs w:val="14"/>
              </w:rPr>
              <w:t>Consistently uses subject knowledge to foster and maintain pupils’ interest in their subject through use of appropriate resources, sequencing of learning and addressing misconceptions.</w:t>
            </w:r>
          </w:p>
        </w:tc>
      </w:tr>
      <w:tr w:rsidR="00A91590" w:rsidRPr="00B2123C" w14:paraId="4FC70FB5" w14:textId="77777777" w:rsidTr="00A91590">
        <w:trPr>
          <w:cantSplit/>
          <w:jc w:val="center"/>
        </w:trPr>
        <w:tc>
          <w:tcPr>
            <w:tcW w:w="3685" w:type="dxa"/>
            <w:shd w:val="clear" w:color="auto" w:fill="FAFAFA"/>
            <w:tcMar>
              <w:top w:w="60" w:type="dxa"/>
              <w:left w:w="80" w:type="dxa"/>
              <w:bottom w:w="60" w:type="dxa"/>
              <w:right w:w="80" w:type="dxa"/>
            </w:tcMar>
          </w:tcPr>
          <w:p w14:paraId="1E01DD03" w14:textId="2486EC4D" w:rsidR="00A91590" w:rsidRPr="00A91590" w:rsidRDefault="00A91590" w:rsidP="00A91590">
            <w:pPr>
              <w:spacing w:after="0"/>
              <w:rPr>
                <w:rFonts w:ascii="Aptos" w:hAnsi="Aptos"/>
                <w:sz w:val="14"/>
                <w:szCs w:val="14"/>
              </w:rPr>
            </w:pPr>
            <w:r w:rsidRPr="00A91590">
              <w:rPr>
                <w:rFonts w:ascii="Aptos" w:hAnsi="Aptos"/>
                <w:sz w:val="14"/>
                <w:szCs w:val="14"/>
              </w:rPr>
              <w:t xml:space="preserve">Sometimes demonstrates </w:t>
            </w:r>
            <w:r w:rsidRPr="00A91590">
              <w:rPr>
                <w:rFonts w:ascii="Aptos" w:hAnsi="Aptos"/>
                <w:b/>
                <w:bCs/>
                <w:sz w:val="14"/>
                <w:szCs w:val="14"/>
              </w:rPr>
              <w:t>high standards of spoken and written literacy</w:t>
            </w:r>
            <w:r w:rsidRPr="00A91590">
              <w:rPr>
                <w:rFonts w:ascii="Aptos" w:hAnsi="Aptos"/>
                <w:sz w:val="14"/>
                <w:szCs w:val="14"/>
              </w:rPr>
              <w:t xml:space="preserve"> with pupils.</w:t>
            </w:r>
          </w:p>
        </w:tc>
        <w:tc>
          <w:tcPr>
            <w:tcW w:w="3685" w:type="dxa"/>
            <w:tcBorders>
              <w:right w:val="single" w:sz="12" w:space="0" w:color="auto"/>
            </w:tcBorders>
            <w:shd w:val="clear" w:color="auto" w:fill="FAFAFA"/>
            <w:tcMar>
              <w:top w:w="60" w:type="dxa"/>
              <w:left w:w="80" w:type="dxa"/>
              <w:bottom w:w="60" w:type="dxa"/>
              <w:right w:w="80" w:type="dxa"/>
            </w:tcMar>
          </w:tcPr>
          <w:p w14:paraId="48888FC9" w14:textId="67241B2A" w:rsidR="00A91590" w:rsidRPr="00A91590" w:rsidRDefault="00A91590" w:rsidP="00A91590">
            <w:pPr>
              <w:spacing w:after="0"/>
              <w:rPr>
                <w:rFonts w:ascii="Aptos" w:hAnsi="Aptos"/>
                <w:sz w:val="14"/>
                <w:szCs w:val="14"/>
              </w:rPr>
            </w:pPr>
            <w:r w:rsidRPr="00A91590">
              <w:rPr>
                <w:rFonts w:ascii="Aptos" w:hAnsi="Aptos"/>
                <w:sz w:val="14"/>
                <w:szCs w:val="14"/>
              </w:rPr>
              <w:t>Regularly demonstrates very high standards of spoken and written literacy and promotes this with pupils.</w:t>
            </w:r>
          </w:p>
        </w:tc>
        <w:tc>
          <w:tcPr>
            <w:tcW w:w="3685" w:type="dxa"/>
            <w:tcBorders>
              <w:left w:val="single" w:sz="12" w:space="0" w:color="auto"/>
            </w:tcBorders>
            <w:shd w:val="clear" w:color="auto" w:fill="FAFAFA"/>
            <w:tcMar>
              <w:top w:w="60" w:type="dxa"/>
              <w:left w:w="80" w:type="dxa"/>
              <w:bottom w:w="60" w:type="dxa"/>
              <w:right w:w="80" w:type="dxa"/>
            </w:tcMar>
          </w:tcPr>
          <w:p w14:paraId="3A00E7BD" w14:textId="6F330840" w:rsidR="00A91590" w:rsidRPr="00A91590" w:rsidRDefault="00A91590" w:rsidP="00A91590">
            <w:pPr>
              <w:spacing w:after="0"/>
              <w:rPr>
                <w:rFonts w:ascii="Aptos" w:hAnsi="Aptos"/>
                <w:sz w:val="14"/>
                <w:szCs w:val="14"/>
              </w:rPr>
            </w:pPr>
            <w:r w:rsidRPr="00A91590">
              <w:rPr>
                <w:rFonts w:ascii="Aptos" w:hAnsi="Aptos"/>
                <w:sz w:val="14"/>
                <w:szCs w:val="14"/>
              </w:rPr>
              <w:t>Consistently demonstrates very high standards of spoken and written literacy and promotes this with pupils.</w:t>
            </w:r>
          </w:p>
        </w:tc>
      </w:tr>
    </w:tbl>
    <w:tbl>
      <w:tblPr>
        <w:tblpPr w:leftFromText="180" w:rightFromText="180" w:vertAnchor="text" w:horzAnchor="margin" w:tblpY="489"/>
        <w:tblW w:w="5000" w:type="pct"/>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10629"/>
      </w:tblGrid>
      <w:tr w:rsidR="00734B87" w:rsidRPr="00B2123C" w14:paraId="0391EC4A" w14:textId="77777777" w:rsidTr="00734B87">
        <w:trPr>
          <w:tblHeader/>
        </w:trPr>
        <w:tc>
          <w:tcPr>
            <w:tcW w:w="5000" w:type="pct"/>
            <w:tcBorders>
              <w:bottom w:val="single" w:sz="4" w:space="0" w:color="D3D3D3"/>
            </w:tcBorders>
            <w:shd w:val="clear" w:color="auto" w:fill="1B365D"/>
            <w:tcMar>
              <w:top w:w="80" w:type="dxa"/>
              <w:left w:w="80" w:type="dxa"/>
              <w:bottom w:w="80" w:type="dxa"/>
              <w:right w:w="80" w:type="dxa"/>
            </w:tcMar>
          </w:tcPr>
          <w:p w14:paraId="73D66948" w14:textId="77777777" w:rsidR="00734B87" w:rsidRPr="005E06B4" w:rsidRDefault="00734B87" w:rsidP="00734B87">
            <w:pPr>
              <w:spacing w:before="60" w:after="160"/>
              <w:rPr>
                <w:rFonts w:ascii="Aptos" w:hAnsi="Aptos"/>
                <w:i/>
                <w:color w:val="FAFAFA"/>
                <w:sz w:val="16"/>
              </w:rPr>
            </w:pPr>
            <w:r>
              <w:rPr>
                <w:rFonts w:ascii="Aptos" w:hAnsi="Aptos"/>
                <w:b/>
                <w:color w:val="FAFAFA"/>
                <w:sz w:val="16"/>
              </w:rPr>
              <w:t>A</w:t>
            </w:r>
            <w:r w:rsidRPr="005E06B4">
              <w:rPr>
                <w:rFonts w:ascii="Aptos" w:hAnsi="Aptos"/>
                <w:b/>
                <w:color w:val="FAFAFA"/>
                <w:sz w:val="16"/>
              </w:rPr>
              <w:t xml:space="preserve">t the end of the programme, this section contributes </w:t>
            </w:r>
            <w:r w:rsidRPr="00734B87">
              <w:rPr>
                <w:rFonts w:ascii="Aptos" w:hAnsi="Aptos"/>
                <w:b/>
                <w:color w:val="FAFAFA"/>
                <w:sz w:val="16"/>
              </w:rPr>
              <w:t xml:space="preserve">towards: </w:t>
            </w:r>
            <w:r w:rsidRPr="00734B87">
              <w:rPr>
                <w:rFonts w:ascii="Aptos" w:hAnsi="Aptos"/>
                <w:i/>
                <w:color w:val="FAFAFA"/>
                <w:sz w:val="16"/>
              </w:rPr>
              <w:t>TS3 (Demonstrate Good Subject and Curriculum Knowledge)</w:t>
            </w:r>
          </w:p>
        </w:tc>
      </w:tr>
      <w:tr w:rsidR="00734B87" w:rsidRPr="00B2123C" w14:paraId="58A714C0" w14:textId="77777777" w:rsidTr="00734B87">
        <w:trPr>
          <w:cantSplit/>
        </w:trPr>
        <w:tc>
          <w:tcPr>
            <w:tcW w:w="5000" w:type="pct"/>
            <w:shd w:val="clear" w:color="auto" w:fill="FAFAFA"/>
            <w:tcMar>
              <w:top w:w="60" w:type="dxa"/>
              <w:left w:w="80" w:type="dxa"/>
              <w:bottom w:w="60" w:type="dxa"/>
              <w:right w:w="80" w:type="dxa"/>
            </w:tcMar>
          </w:tcPr>
          <w:p w14:paraId="1022938D" w14:textId="77777777" w:rsidR="00734B87" w:rsidRDefault="00734B87" w:rsidP="00734B87">
            <w:pPr>
              <w:pStyle w:val="Titlebullet"/>
              <w:spacing w:before="0" w:after="0"/>
              <w:ind w:left="0" w:firstLine="0"/>
              <w:rPr>
                <w:rFonts w:ascii="Aptos" w:hAnsi="Aptos"/>
                <w:bCs/>
                <w:sz w:val="14"/>
                <w:szCs w:val="14"/>
              </w:rPr>
            </w:pPr>
            <w:r>
              <w:rPr>
                <w:rFonts w:ascii="Aptos" w:hAnsi="Aptos"/>
                <w:sz w:val="14"/>
                <w:szCs w:val="14"/>
              </w:rPr>
              <w:t>TS3: Demonstrate good subject and curriculum knowledge</w:t>
            </w:r>
          </w:p>
          <w:p w14:paraId="19833256" w14:textId="77777777" w:rsidR="00734B87" w:rsidRPr="001D1B7F" w:rsidRDefault="00734B87" w:rsidP="00734B87">
            <w:pPr>
              <w:pStyle w:val="Titlebullet"/>
              <w:numPr>
                <w:ilvl w:val="0"/>
                <w:numId w:val="17"/>
              </w:numPr>
              <w:spacing w:before="0"/>
              <w:rPr>
                <w:rFonts w:ascii="Aptos" w:hAnsi="Aptos"/>
                <w:bCs/>
                <w:sz w:val="14"/>
                <w:szCs w:val="14"/>
              </w:rPr>
            </w:pPr>
            <w:r w:rsidRPr="001D1B7F">
              <w:rPr>
                <w:rFonts w:ascii="Aptos" w:hAnsi="Aptos"/>
                <w:bCs/>
                <w:sz w:val="14"/>
                <w:szCs w:val="14"/>
              </w:rPr>
              <w:t xml:space="preserve">have a secure knowledge of the relevant subject(s) and curriculum areas, foster and maintain pupils’ interest in the subject, and address misunderstandings </w:t>
            </w:r>
          </w:p>
          <w:p w14:paraId="592EC3DD" w14:textId="77777777" w:rsidR="00734B87" w:rsidRPr="001D1B7F" w:rsidRDefault="00734B87" w:rsidP="00734B87">
            <w:pPr>
              <w:pStyle w:val="Titlebullet"/>
              <w:numPr>
                <w:ilvl w:val="0"/>
                <w:numId w:val="17"/>
              </w:numPr>
              <w:spacing w:before="0"/>
              <w:rPr>
                <w:rFonts w:ascii="Aptos" w:hAnsi="Aptos"/>
                <w:bCs/>
                <w:sz w:val="14"/>
                <w:szCs w:val="14"/>
              </w:rPr>
            </w:pPr>
            <w:r w:rsidRPr="001D1B7F">
              <w:rPr>
                <w:rFonts w:ascii="Aptos" w:hAnsi="Aptos"/>
                <w:bCs/>
                <w:sz w:val="14"/>
                <w:szCs w:val="14"/>
              </w:rPr>
              <w:t xml:space="preserve">demonstrate a critical understanding of developments in the subject and curriculum areas, and promote the value of scholarship </w:t>
            </w:r>
          </w:p>
          <w:p w14:paraId="721CDF15" w14:textId="77777777" w:rsidR="00734B87" w:rsidRPr="00EA00D5" w:rsidRDefault="00734B87" w:rsidP="00734B87">
            <w:pPr>
              <w:pStyle w:val="Titlebullet"/>
              <w:numPr>
                <w:ilvl w:val="0"/>
                <w:numId w:val="17"/>
              </w:numPr>
              <w:rPr>
                <w:sz w:val="16"/>
                <w:szCs w:val="16"/>
              </w:rPr>
            </w:pPr>
            <w:r w:rsidRPr="001D1B7F">
              <w:rPr>
                <w:rFonts w:ascii="Aptos" w:hAnsi="Aptos"/>
                <w:bCs/>
                <w:sz w:val="14"/>
                <w:szCs w:val="14"/>
              </w:rPr>
              <w:t>demonstrate an understanding of and take responsibility for promoting high standards of literacy, articulacy and the correct use of standard English, whatever the teacher’s specialist subject</w:t>
            </w:r>
          </w:p>
        </w:tc>
      </w:tr>
    </w:tbl>
    <w:p w14:paraId="030B8C2A" w14:textId="77777777" w:rsidR="00B2123C" w:rsidRDefault="00B2123C">
      <w:pPr>
        <w:rPr>
          <w:rFonts w:ascii="Aptos" w:hAnsi="Aptos"/>
          <w:i/>
          <w:color w:val="444444"/>
          <w:sz w:val="16"/>
        </w:rPr>
      </w:pPr>
      <w:r>
        <w:rPr>
          <w:rFonts w:ascii="Aptos" w:hAnsi="Aptos"/>
          <w:i/>
          <w:color w:val="444444"/>
          <w:sz w:val="16"/>
        </w:rPr>
        <w:br w:type="page"/>
      </w:r>
    </w:p>
    <w:p w14:paraId="31647BBF" w14:textId="77777777" w:rsidR="00191D4A" w:rsidRPr="00B2123C" w:rsidRDefault="007A71C5">
      <w:pPr>
        <w:spacing w:before="200" w:after="80"/>
        <w:rPr>
          <w:rFonts w:ascii="Aptos" w:hAnsi="Aptos"/>
        </w:rPr>
      </w:pPr>
      <w:r w:rsidRPr="00B2123C">
        <w:rPr>
          <w:rFonts w:ascii="Aptos" w:hAnsi="Aptos"/>
          <w:b/>
          <w:color w:val="1B365D"/>
        </w:rPr>
        <w:t>4. Assessment (Assessment, S6)</w:t>
      </w:r>
    </w:p>
    <w:tbl>
      <w:tblPr>
        <w:tblW w:w="11055"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685"/>
        <w:gridCol w:w="3685"/>
        <w:gridCol w:w="3685"/>
      </w:tblGrid>
      <w:tr w:rsidR="001669DD" w:rsidRPr="00B2123C" w14:paraId="6E71238D" w14:textId="77777777" w:rsidTr="00D06EAE">
        <w:trPr>
          <w:tblHeader/>
          <w:jc w:val="center"/>
        </w:trPr>
        <w:tc>
          <w:tcPr>
            <w:tcW w:w="3685" w:type="dxa"/>
            <w:tcBorders>
              <w:bottom w:val="single" w:sz="4" w:space="0" w:color="D3D3D3"/>
            </w:tcBorders>
            <w:shd w:val="clear" w:color="auto" w:fill="1B365D"/>
            <w:tcMar>
              <w:top w:w="80" w:type="dxa"/>
              <w:left w:w="80" w:type="dxa"/>
              <w:bottom w:w="80" w:type="dxa"/>
              <w:right w:w="80" w:type="dxa"/>
            </w:tcMar>
          </w:tcPr>
          <w:p w14:paraId="50BD978C"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Emerging/Developing Practice</w:t>
            </w:r>
          </w:p>
          <w:p w14:paraId="76EC1C02" w14:textId="146BA656" w:rsidR="001669DD" w:rsidRPr="00B2123C" w:rsidRDefault="001669DD" w:rsidP="001669DD">
            <w:pPr>
              <w:spacing w:after="0"/>
              <w:jc w:val="center"/>
              <w:rPr>
                <w:rFonts w:ascii="Aptos" w:hAnsi="Aptos"/>
              </w:rPr>
            </w:pPr>
            <w:r w:rsidRPr="00B2123C">
              <w:rPr>
                <w:rFonts w:ascii="Aptos" w:hAnsi="Aptos"/>
                <w:bCs/>
                <w:i/>
                <w:iCs/>
                <w:color w:val="FFFFFF"/>
                <w:sz w:val="18"/>
              </w:rPr>
              <w:t>(Early / Middle ITE)</w:t>
            </w:r>
          </w:p>
        </w:tc>
        <w:tc>
          <w:tcPr>
            <w:tcW w:w="3685" w:type="dxa"/>
            <w:tcBorders>
              <w:bottom w:val="single" w:sz="4" w:space="0" w:color="D3D3D3"/>
            </w:tcBorders>
            <w:shd w:val="clear" w:color="auto" w:fill="1B365D"/>
            <w:tcMar>
              <w:top w:w="80" w:type="dxa"/>
              <w:left w:w="80" w:type="dxa"/>
              <w:bottom w:w="80" w:type="dxa"/>
              <w:right w:w="80" w:type="dxa"/>
            </w:tcMar>
          </w:tcPr>
          <w:p w14:paraId="1C43F316"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Securing Practice</w:t>
            </w:r>
          </w:p>
          <w:p w14:paraId="5AFB7FD2" w14:textId="75D158C0" w:rsidR="001669DD" w:rsidRPr="00B2123C" w:rsidRDefault="001669DD" w:rsidP="001669DD">
            <w:pPr>
              <w:spacing w:after="0"/>
              <w:jc w:val="center"/>
              <w:rPr>
                <w:rFonts w:ascii="Aptos" w:hAnsi="Aptos"/>
              </w:rPr>
            </w:pPr>
            <w:r w:rsidRPr="00B2123C">
              <w:rPr>
                <w:rFonts w:ascii="Aptos" w:hAnsi="Aptos"/>
                <w:bCs/>
                <w:i/>
                <w:iCs/>
                <w:color w:val="FFFFFF"/>
                <w:sz w:val="18"/>
              </w:rPr>
              <w:t>(Middle / Later ITE)</w:t>
            </w:r>
          </w:p>
        </w:tc>
        <w:tc>
          <w:tcPr>
            <w:tcW w:w="3685" w:type="dxa"/>
            <w:shd w:val="clear" w:color="auto" w:fill="1B365D"/>
            <w:tcMar>
              <w:top w:w="80" w:type="dxa"/>
              <w:left w:w="80" w:type="dxa"/>
              <w:bottom w:w="80" w:type="dxa"/>
              <w:right w:w="80" w:type="dxa"/>
            </w:tcMar>
          </w:tcPr>
          <w:p w14:paraId="6089A299"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Established/High Impact Practice</w:t>
            </w:r>
          </w:p>
          <w:p w14:paraId="7D63884E" w14:textId="1B2FBBA6" w:rsidR="001669DD" w:rsidRPr="00B2123C" w:rsidRDefault="001669DD" w:rsidP="001669DD">
            <w:pPr>
              <w:spacing w:after="0"/>
              <w:jc w:val="center"/>
              <w:rPr>
                <w:rFonts w:ascii="Aptos" w:hAnsi="Aptos"/>
              </w:rPr>
            </w:pPr>
            <w:r w:rsidRPr="00B2123C">
              <w:rPr>
                <w:rFonts w:ascii="Aptos" w:hAnsi="Aptos"/>
                <w:bCs/>
                <w:i/>
                <w:iCs/>
                <w:color w:val="FFFFFF"/>
                <w:sz w:val="18"/>
              </w:rPr>
              <w:t>(Later ITE / ECT)</w:t>
            </w:r>
          </w:p>
        </w:tc>
      </w:tr>
      <w:tr w:rsidR="00111197" w:rsidRPr="00B2123C" w14:paraId="550392E6" w14:textId="77777777" w:rsidTr="00D06EAE">
        <w:trPr>
          <w:cantSplit/>
          <w:jc w:val="center"/>
        </w:trPr>
        <w:tc>
          <w:tcPr>
            <w:tcW w:w="3685" w:type="dxa"/>
            <w:shd w:val="clear" w:color="auto" w:fill="FFFFFF"/>
            <w:tcMar>
              <w:top w:w="60" w:type="dxa"/>
              <w:left w:w="80" w:type="dxa"/>
              <w:bottom w:w="60" w:type="dxa"/>
              <w:right w:w="80" w:type="dxa"/>
            </w:tcMar>
          </w:tcPr>
          <w:p w14:paraId="056DC4F3" w14:textId="4353FEB4" w:rsidR="00111197" w:rsidRPr="00111197" w:rsidRDefault="00111197" w:rsidP="00111197">
            <w:pPr>
              <w:spacing w:after="0"/>
              <w:rPr>
                <w:rFonts w:ascii="Aptos" w:hAnsi="Aptos"/>
                <w:sz w:val="14"/>
                <w:szCs w:val="14"/>
              </w:rPr>
            </w:pPr>
            <w:r w:rsidRPr="00111197">
              <w:rPr>
                <w:rFonts w:ascii="Aptos" w:hAnsi="Aptos"/>
                <w:sz w:val="14"/>
                <w:szCs w:val="14"/>
              </w:rPr>
              <w:t xml:space="preserve">Sometimes plans and uses </w:t>
            </w:r>
            <w:r w:rsidRPr="00111197">
              <w:rPr>
                <w:rFonts w:ascii="Aptos" w:hAnsi="Aptos"/>
                <w:b/>
                <w:bCs/>
                <w:sz w:val="14"/>
                <w:szCs w:val="14"/>
              </w:rPr>
              <w:t>suitable formative assessment tasks</w:t>
            </w:r>
            <w:r w:rsidRPr="00111197">
              <w:rPr>
                <w:rFonts w:ascii="Aptos" w:hAnsi="Aptos"/>
                <w:sz w:val="14"/>
                <w:szCs w:val="14"/>
              </w:rPr>
              <w:t xml:space="preserve"> and opportunities and uses these within lessons. </w:t>
            </w:r>
          </w:p>
        </w:tc>
        <w:tc>
          <w:tcPr>
            <w:tcW w:w="3685" w:type="dxa"/>
            <w:tcBorders>
              <w:right w:val="single" w:sz="12" w:space="0" w:color="auto"/>
            </w:tcBorders>
            <w:shd w:val="clear" w:color="auto" w:fill="FFFFFF"/>
            <w:tcMar>
              <w:top w:w="60" w:type="dxa"/>
              <w:left w:w="80" w:type="dxa"/>
              <w:bottom w:w="60" w:type="dxa"/>
              <w:right w:w="80" w:type="dxa"/>
            </w:tcMar>
          </w:tcPr>
          <w:p w14:paraId="5F2940F8" w14:textId="085F120A" w:rsidR="00111197" w:rsidRPr="00111197" w:rsidRDefault="00111197" w:rsidP="00111197">
            <w:pPr>
              <w:spacing w:after="0"/>
              <w:rPr>
                <w:rFonts w:ascii="Aptos" w:hAnsi="Aptos"/>
                <w:sz w:val="14"/>
                <w:szCs w:val="14"/>
              </w:rPr>
            </w:pPr>
            <w:r w:rsidRPr="00111197">
              <w:rPr>
                <w:rFonts w:ascii="Aptos" w:hAnsi="Aptos"/>
                <w:sz w:val="14"/>
                <w:szCs w:val="14"/>
              </w:rPr>
              <w:t xml:space="preserve">Regularly uses suitable formative assessment tasks and opportunities to build a picture of pupils’ learning across lessons. </w:t>
            </w:r>
          </w:p>
        </w:tc>
        <w:tc>
          <w:tcPr>
            <w:tcW w:w="3685" w:type="dxa"/>
            <w:tcBorders>
              <w:left w:val="single" w:sz="12" w:space="0" w:color="auto"/>
            </w:tcBorders>
            <w:shd w:val="clear" w:color="auto" w:fill="FFFFFF"/>
            <w:tcMar>
              <w:top w:w="60" w:type="dxa"/>
              <w:left w:w="80" w:type="dxa"/>
              <w:bottom w:w="60" w:type="dxa"/>
              <w:right w:w="80" w:type="dxa"/>
            </w:tcMar>
          </w:tcPr>
          <w:p w14:paraId="4CAE47C1" w14:textId="4243CA85" w:rsidR="00111197" w:rsidRPr="00111197" w:rsidRDefault="00111197" w:rsidP="00111197">
            <w:pPr>
              <w:spacing w:after="0"/>
              <w:rPr>
                <w:rFonts w:ascii="Aptos" w:hAnsi="Aptos"/>
                <w:sz w:val="14"/>
                <w:szCs w:val="14"/>
              </w:rPr>
            </w:pPr>
            <w:r w:rsidRPr="00111197">
              <w:rPr>
                <w:rFonts w:ascii="Aptos" w:hAnsi="Aptos"/>
                <w:sz w:val="14"/>
                <w:szCs w:val="14"/>
              </w:rPr>
              <w:t>Consistently uses suitable formative assessment tasks and opportunities to build a picture of pupils’ learning across lessons.</w:t>
            </w:r>
          </w:p>
        </w:tc>
      </w:tr>
      <w:tr w:rsidR="00111197" w:rsidRPr="00B2123C" w14:paraId="1C65B17F" w14:textId="77777777" w:rsidTr="00D06EAE">
        <w:trPr>
          <w:cantSplit/>
          <w:jc w:val="center"/>
        </w:trPr>
        <w:tc>
          <w:tcPr>
            <w:tcW w:w="3685" w:type="dxa"/>
            <w:shd w:val="clear" w:color="auto" w:fill="FAFAFA"/>
            <w:tcMar>
              <w:top w:w="60" w:type="dxa"/>
              <w:left w:w="80" w:type="dxa"/>
              <w:bottom w:w="60" w:type="dxa"/>
              <w:right w:w="80" w:type="dxa"/>
            </w:tcMar>
          </w:tcPr>
          <w:p w14:paraId="05276EF4" w14:textId="3DBD35B2" w:rsidR="00111197" w:rsidRPr="00111197" w:rsidRDefault="00111197" w:rsidP="00111197">
            <w:pPr>
              <w:spacing w:after="0"/>
              <w:rPr>
                <w:rFonts w:ascii="Aptos" w:hAnsi="Aptos"/>
                <w:sz w:val="14"/>
                <w:szCs w:val="14"/>
              </w:rPr>
            </w:pPr>
            <w:r w:rsidRPr="00111197">
              <w:rPr>
                <w:rFonts w:ascii="Aptos" w:hAnsi="Aptos"/>
                <w:sz w:val="14"/>
                <w:szCs w:val="14"/>
              </w:rPr>
              <w:t xml:space="preserve">Sometimes checks </w:t>
            </w:r>
            <w:r w:rsidRPr="00111197">
              <w:rPr>
                <w:rFonts w:ascii="Aptos" w:hAnsi="Aptos"/>
                <w:b/>
                <w:bCs/>
                <w:sz w:val="14"/>
                <w:szCs w:val="14"/>
              </w:rPr>
              <w:t>prior knowledge and misconceptions</w:t>
            </w:r>
            <w:r w:rsidRPr="00111197">
              <w:rPr>
                <w:rFonts w:ascii="Aptos" w:hAnsi="Aptos"/>
                <w:sz w:val="14"/>
                <w:szCs w:val="14"/>
              </w:rPr>
              <w:t xml:space="preserve"> in appropriate ways.  </w:t>
            </w:r>
          </w:p>
        </w:tc>
        <w:tc>
          <w:tcPr>
            <w:tcW w:w="3685" w:type="dxa"/>
            <w:tcBorders>
              <w:right w:val="single" w:sz="12" w:space="0" w:color="auto"/>
            </w:tcBorders>
            <w:shd w:val="clear" w:color="auto" w:fill="FAFAFA"/>
            <w:tcMar>
              <w:top w:w="60" w:type="dxa"/>
              <w:left w:w="80" w:type="dxa"/>
              <w:bottom w:w="60" w:type="dxa"/>
              <w:right w:w="80" w:type="dxa"/>
            </w:tcMar>
          </w:tcPr>
          <w:p w14:paraId="54D8419C" w14:textId="1EC1BE4A" w:rsidR="00111197" w:rsidRPr="00111197" w:rsidRDefault="00111197" w:rsidP="00111197">
            <w:pPr>
              <w:spacing w:after="0"/>
              <w:rPr>
                <w:rFonts w:ascii="Aptos" w:hAnsi="Aptos"/>
                <w:sz w:val="14"/>
                <w:szCs w:val="14"/>
              </w:rPr>
            </w:pPr>
            <w:r w:rsidRPr="00111197">
              <w:rPr>
                <w:rFonts w:ascii="Aptos" w:hAnsi="Aptos"/>
                <w:sz w:val="14"/>
                <w:szCs w:val="14"/>
              </w:rPr>
              <w:t xml:space="preserve">Regularly checks prior knowledge and understanding in appropriate ways and acts on this. </w:t>
            </w:r>
          </w:p>
        </w:tc>
        <w:tc>
          <w:tcPr>
            <w:tcW w:w="3685" w:type="dxa"/>
            <w:tcBorders>
              <w:left w:val="single" w:sz="12" w:space="0" w:color="auto"/>
            </w:tcBorders>
            <w:shd w:val="clear" w:color="auto" w:fill="FAFAFA"/>
            <w:tcMar>
              <w:top w:w="60" w:type="dxa"/>
              <w:left w:w="80" w:type="dxa"/>
              <w:bottom w:w="60" w:type="dxa"/>
              <w:right w:w="80" w:type="dxa"/>
            </w:tcMar>
          </w:tcPr>
          <w:p w14:paraId="0759D5A4" w14:textId="09ADE172" w:rsidR="00111197" w:rsidRPr="00111197" w:rsidRDefault="00111197" w:rsidP="00111197">
            <w:pPr>
              <w:spacing w:after="0"/>
              <w:rPr>
                <w:rFonts w:ascii="Aptos" w:hAnsi="Aptos"/>
                <w:sz w:val="14"/>
                <w:szCs w:val="14"/>
              </w:rPr>
            </w:pPr>
            <w:r w:rsidRPr="00111197">
              <w:rPr>
                <w:rFonts w:ascii="Aptos" w:hAnsi="Aptos"/>
                <w:sz w:val="14"/>
                <w:szCs w:val="14"/>
              </w:rPr>
              <w:t>Consistently checks prior knowledge and understanding using a variety of appropriate methods and acts effectively on this.</w:t>
            </w:r>
          </w:p>
        </w:tc>
      </w:tr>
      <w:tr w:rsidR="00111197" w:rsidRPr="00B2123C" w14:paraId="51DA249F" w14:textId="77777777" w:rsidTr="00D06EAE">
        <w:trPr>
          <w:cantSplit/>
          <w:jc w:val="center"/>
        </w:trPr>
        <w:tc>
          <w:tcPr>
            <w:tcW w:w="3685" w:type="dxa"/>
            <w:shd w:val="clear" w:color="auto" w:fill="FFFFFF"/>
            <w:tcMar>
              <w:top w:w="60" w:type="dxa"/>
              <w:left w:w="80" w:type="dxa"/>
              <w:bottom w:w="60" w:type="dxa"/>
              <w:right w:w="80" w:type="dxa"/>
            </w:tcMar>
          </w:tcPr>
          <w:p w14:paraId="04572277" w14:textId="6EAE8D9B" w:rsidR="00111197" w:rsidRPr="00111197" w:rsidRDefault="00111197" w:rsidP="00111197">
            <w:pPr>
              <w:spacing w:after="0"/>
              <w:rPr>
                <w:rFonts w:ascii="Aptos" w:hAnsi="Aptos"/>
                <w:sz w:val="14"/>
                <w:szCs w:val="14"/>
              </w:rPr>
            </w:pPr>
            <w:r w:rsidRPr="00111197">
              <w:rPr>
                <w:rFonts w:ascii="Aptos" w:hAnsi="Aptos"/>
                <w:sz w:val="14"/>
                <w:szCs w:val="14"/>
              </w:rPr>
              <w:t xml:space="preserve">Sometimes encourages pupil to </w:t>
            </w:r>
            <w:r w:rsidRPr="00111197">
              <w:rPr>
                <w:rFonts w:ascii="Aptos" w:hAnsi="Aptos"/>
                <w:b/>
                <w:bCs/>
                <w:sz w:val="14"/>
                <w:szCs w:val="14"/>
              </w:rPr>
              <w:t>develop responses</w:t>
            </w:r>
            <w:r w:rsidRPr="00111197">
              <w:rPr>
                <w:rFonts w:ascii="Aptos" w:hAnsi="Aptos"/>
                <w:sz w:val="14"/>
                <w:szCs w:val="14"/>
              </w:rPr>
              <w:t xml:space="preserve"> to check understanding is secure. </w:t>
            </w:r>
          </w:p>
        </w:tc>
        <w:tc>
          <w:tcPr>
            <w:tcW w:w="3685" w:type="dxa"/>
            <w:tcBorders>
              <w:right w:val="single" w:sz="12" w:space="0" w:color="auto"/>
            </w:tcBorders>
            <w:shd w:val="clear" w:color="auto" w:fill="FFFFFF"/>
            <w:tcMar>
              <w:top w:w="60" w:type="dxa"/>
              <w:left w:w="80" w:type="dxa"/>
              <w:bottom w:w="60" w:type="dxa"/>
              <w:right w:w="80" w:type="dxa"/>
            </w:tcMar>
          </w:tcPr>
          <w:p w14:paraId="1DD1F418" w14:textId="397B602E" w:rsidR="00111197" w:rsidRPr="00111197" w:rsidRDefault="00111197" w:rsidP="00111197">
            <w:pPr>
              <w:spacing w:after="0"/>
              <w:rPr>
                <w:rFonts w:ascii="Aptos" w:hAnsi="Aptos"/>
                <w:sz w:val="14"/>
                <w:szCs w:val="14"/>
              </w:rPr>
            </w:pPr>
            <w:r w:rsidRPr="00111197">
              <w:rPr>
                <w:rFonts w:ascii="Aptos" w:hAnsi="Aptos"/>
                <w:sz w:val="14"/>
                <w:szCs w:val="14"/>
              </w:rPr>
              <w:t>Regularly encourages pupil to develop responses to check understanding is secure.</w:t>
            </w:r>
          </w:p>
        </w:tc>
        <w:tc>
          <w:tcPr>
            <w:tcW w:w="3685" w:type="dxa"/>
            <w:tcBorders>
              <w:left w:val="single" w:sz="12" w:space="0" w:color="auto"/>
            </w:tcBorders>
            <w:shd w:val="clear" w:color="auto" w:fill="FFFFFF"/>
            <w:tcMar>
              <w:top w:w="60" w:type="dxa"/>
              <w:left w:w="80" w:type="dxa"/>
              <w:bottom w:w="60" w:type="dxa"/>
              <w:right w:w="80" w:type="dxa"/>
            </w:tcMar>
          </w:tcPr>
          <w:p w14:paraId="1A8DED6D" w14:textId="4D259BB4" w:rsidR="00111197" w:rsidRPr="00111197" w:rsidRDefault="00111197" w:rsidP="00111197">
            <w:pPr>
              <w:spacing w:after="0"/>
              <w:rPr>
                <w:rFonts w:ascii="Aptos" w:hAnsi="Aptos"/>
                <w:sz w:val="14"/>
                <w:szCs w:val="14"/>
              </w:rPr>
            </w:pPr>
            <w:r w:rsidRPr="00111197">
              <w:rPr>
                <w:rFonts w:ascii="Aptos" w:hAnsi="Aptos"/>
                <w:sz w:val="14"/>
                <w:szCs w:val="14"/>
              </w:rPr>
              <w:t>Consistently encourages pupil to develop responses to check understanding is secure.</w:t>
            </w:r>
          </w:p>
        </w:tc>
      </w:tr>
      <w:tr w:rsidR="00111197" w:rsidRPr="00B2123C" w14:paraId="2C5C5FC2" w14:textId="77777777" w:rsidTr="00D06EAE">
        <w:trPr>
          <w:cantSplit/>
          <w:jc w:val="center"/>
        </w:trPr>
        <w:tc>
          <w:tcPr>
            <w:tcW w:w="3685" w:type="dxa"/>
            <w:shd w:val="clear" w:color="auto" w:fill="FAFAFA"/>
            <w:tcMar>
              <w:top w:w="60" w:type="dxa"/>
              <w:left w:w="80" w:type="dxa"/>
              <w:bottom w:w="60" w:type="dxa"/>
              <w:right w:w="80" w:type="dxa"/>
            </w:tcMar>
          </w:tcPr>
          <w:p w14:paraId="38BBC02E" w14:textId="36D31DCF" w:rsidR="00111197" w:rsidRPr="00111197" w:rsidRDefault="00111197" w:rsidP="00111197">
            <w:pPr>
              <w:spacing w:after="0"/>
              <w:rPr>
                <w:rFonts w:ascii="Aptos" w:hAnsi="Aptos"/>
                <w:sz w:val="14"/>
                <w:szCs w:val="14"/>
              </w:rPr>
            </w:pPr>
            <w:r w:rsidRPr="00111197">
              <w:rPr>
                <w:rFonts w:ascii="Aptos" w:hAnsi="Aptos"/>
                <w:sz w:val="14"/>
                <w:szCs w:val="14"/>
              </w:rPr>
              <w:t xml:space="preserve">Sometimes provides opportunities for </w:t>
            </w:r>
            <w:r w:rsidRPr="00111197">
              <w:rPr>
                <w:rFonts w:ascii="Aptos" w:hAnsi="Aptos"/>
                <w:b/>
                <w:bCs/>
                <w:sz w:val="14"/>
                <w:szCs w:val="14"/>
              </w:rPr>
              <w:t>pupils to reflect on their progress, with peers or independently</w:t>
            </w:r>
            <w:r w:rsidRPr="00111197">
              <w:rPr>
                <w:rFonts w:ascii="Aptos" w:hAnsi="Aptos"/>
                <w:sz w:val="14"/>
                <w:szCs w:val="14"/>
              </w:rPr>
              <w:t xml:space="preserve"> and identifies next steps. </w:t>
            </w:r>
          </w:p>
        </w:tc>
        <w:tc>
          <w:tcPr>
            <w:tcW w:w="3685" w:type="dxa"/>
            <w:tcBorders>
              <w:right w:val="single" w:sz="12" w:space="0" w:color="auto"/>
            </w:tcBorders>
            <w:shd w:val="clear" w:color="auto" w:fill="FAFAFA"/>
            <w:tcMar>
              <w:top w:w="60" w:type="dxa"/>
              <w:left w:w="80" w:type="dxa"/>
              <w:bottom w:w="60" w:type="dxa"/>
              <w:right w:w="80" w:type="dxa"/>
            </w:tcMar>
          </w:tcPr>
          <w:p w14:paraId="15C86514" w14:textId="5C2B6ABC" w:rsidR="00111197" w:rsidRPr="00111197" w:rsidRDefault="00111197" w:rsidP="00111197">
            <w:pPr>
              <w:spacing w:after="0"/>
              <w:rPr>
                <w:rFonts w:ascii="Aptos" w:hAnsi="Aptos"/>
                <w:sz w:val="14"/>
                <w:szCs w:val="14"/>
              </w:rPr>
            </w:pPr>
            <w:r w:rsidRPr="00111197">
              <w:rPr>
                <w:rFonts w:ascii="Aptos" w:hAnsi="Aptos"/>
                <w:sz w:val="14"/>
                <w:szCs w:val="14"/>
              </w:rPr>
              <w:t xml:space="preserve">Regularly provides effective opportunities for self and peer assessment to help pupil reflect on their progress and next steps. </w:t>
            </w:r>
          </w:p>
        </w:tc>
        <w:tc>
          <w:tcPr>
            <w:tcW w:w="3685" w:type="dxa"/>
            <w:tcBorders>
              <w:left w:val="single" w:sz="12" w:space="0" w:color="auto"/>
            </w:tcBorders>
            <w:shd w:val="clear" w:color="auto" w:fill="FAFAFA"/>
            <w:tcMar>
              <w:top w:w="60" w:type="dxa"/>
              <w:left w:w="80" w:type="dxa"/>
              <w:bottom w:w="60" w:type="dxa"/>
              <w:right w:w="80" w:type="dxa"/>
            </w:tcMar>
          </w:tcPr>
          <w:p w14:paraId="43DA64DE" w14:textId="08AA94A7" w:rsidR="00111197" w:rsidRPr="00111197" w:rsidRDefault="00111197" w:rsidP="00111197">
            <w:pPr>
              <w:spacing w:after="0"/>
              <w:rPr>
                <w:rFonts w:ascii="Aptos" w:hAnsi="Aptos"/>
                <w:sz w:val="14"/>
                <w:szCs w:val="14"/>
              </w:rPr>
            </w:pPr>
            <w:r w:rsidRPr="00111197">
              <w:rPr>
                <w:rFonts w:ascii="Aptos" w:hAnsi="Aptos"/>
                <w:sz w:val="14"/>
                <w:szCs w:val="14"/>
              </w:rPr>
              <w:t xml:space="preserve">Actively deploys engaging and effective assessment strategies that support pupils in reflecting on their learning through self and peer assessment. </w:t>
            </w:r>
          </w:p>
        </w:tc>
      </w:tr>
      <w:tr w:rsidR="00111197" w:rsidRPr="00B2123C" w14:paraId="56EE9F5F" w14:textId="77777777" w:rsidTr="00D06EAE">
        <w:trPr>
          <w:cantSplit/>
          <w:jc w:val="center"/>
        </w:trPr>
        <w:tc>
          <w:tcPr>
            <w:tcW w:w="3685" w:type="dxa"/>
            <w:shd w:val="clear" w:color="auto" w:fill="FFFFFF"/>
            <w:tcMar>
              <w:top w:w="60" w:type="dxa"/>
              <w:left w:w="80" w:type="dxa"/>
              <w:bottom w:w="60" w:type="dxa"/>
              <w:right w:w="80" w:type="dxa"/>
            </w:tcMar>
          </w:tcPr>
          <w:p w14:paraId="6ED25769" w14:textId="131582CB" w:rsidR="00111197" w:rsidRPr="00111197" w:rsidRDefault="00111197" w:rsidP="00111197">
            <w:pPr>
              <w:spacing w:after="0"/>
              <w:rPr>
                <w:rFonts w:ascii="Aptos" w:hAnsi="Aptos"/>
                <w:sz w:val="14"/>
                <w:szCs w:val="14"/>
              </w:rPr>
            </w:pPr>
            <w:r w:rsidRPr="00111197">
              <w:rPr>
                <w:rFonts w:ascii="Aptos" w:hAnsi="Aptos"/>
                <w:sz w:val="14"/>
                <w:szCs w:val="14"/>
              </w:rPr>
              <w:t xml:space="preserve">Sometimes </w:t>
            </w:r>
            <w:r w:rsidRPr="00111197">
              <w:rPr>
                <w:rFonts w:ascii="Aptos" w:hAnsi="Aptos"/>
                <w:b/>
                <w:bCs/>
                <w:sz w:val="14"/>
                <w:szCs w:val="14"/>
              </w:rPr>
              <w:t>monitors pupils’ progress and misconceptions during lessons</w:t>
            </w:r>
            <w:r w:rsidRPr="00111197">
              <w:rPr>
                <w:rFonts w:ascii="Aptos" w:hAnsi="Aptos"/>
                <w:sz w:val="14"/>
                <w:szCs w:val="14"/>
              </w:rPr>
              <w:t xml:space="preserve"> and </w:t>
            </w:r>
            <w:r w:rsidRPr="00111197">
              <w:rPr>
                <w:rFonts w:ascii="Aptos" w:hAnsi="Aptos"/>
                <w:b/>
                <w:bCs/>
                <w:sz w:val="14"/>
                <w:szCs w:val="14"/>
              </w:rPr>
              <w:t>uses this to inform their teaching.</w:t>
            </w:r>
          </w:p>
        </w:tc>
        <w:tc>
          <w:tcPr>
            <w:tcW w:w="3685" w:type="dxa"/>
            <w:tcBorders>
              <w:right w:val="single" w:sz="12" w:space="0" w:color="auto"/>
            </w:tcBorders>
            <w:shd w:val="clear" w:color="auto" w:fill="FFFFFF"/>
            <w:tcMar>
              <w:top w:w="60" w:type="dxa"/>
              <w:left w:w="80" w:type="dxa"/>
              <w:bottom w:w="60" w:type="dxa"/>
              <w:right w:w="80" w:type="dxa"/>
            </w:tcMar>
          </w:tcPr>
          <w:p w14:paraId="1670515B" w14:textId="3B475B18" w:rsidR="00111197" w:rsidRPr="00111197" w:rsidRDefault="00111197" w:rsidP="00111197">
            <w:pPr>
              <w:spacing w:after="0"/>
              <w:rPr>
                <w:rFonts w:ascii="Aptos" w:hAnsi="Aptos"/>
                <w:sz w:val="14"/>
                <w:szCs w:val="14"/>
              </w:rPr>
            </w:pPr>
            <w:r w:rsidRPr="00111197">
              <w:rPr>
                <w:rFonts w:ascii="Aptos" w:hAnsi="Aptos"/>
                <w:sz w:val="14"/>
                <w:szCs w:val="14"/>
              </w:rPr>
              <w:t xml:space="preserve">Regularly monitors pupils’ progress and misconceptions during lessons and uses this information to inform their teaching and planning. </w:t>
            </w:r>
          </w:p>
        </w:tc>
        <w:tc>
          <w:tcPr>
            <w:tcW w:w="3685" w:type="dxa"/>
            <w:tcBorders>
              <w:left w:val="single" w:sz="12" w:space="0" w:color="auto"/>
            </w:tcBorders>
            <w:shd w:val="clear" w:color="auto" w:fill="FFFFFF"/>
            <w:tcMar>
              <w:top w:w="60" w:type="dxa"/>
              <w:left w:w="80" w:type="dxa"/>
              <w:bottom w:w="60" w:type="dxa"/>
              <w:right w:w="80" w:type="dxa"/>
            </w:tcMar>
          </w:tcPr>
          <w:p w14:paraId="6DEDCD6C" w14:textId="3B7E8E25" w:rsidR="00111197" w:rsidRPr="00111197" w:rsidRDefault="00111197" w:rsidP="00111197">
            <w:pPr>
              <w:spacing w:after="0"/>
              <w:rPr>
                <w:rFonts w:ascii="Aptos" w:hAnsi="Aptos"/>
                <w:sz w:val="14"/>
                <w:szCs w:val="14"/>
              </w:rPr>
            </w:pPr>
            <w:r w:rsidRPr="00111197">
              <w:rPr>
                <w:rFonts w:ascii="Aptos" w:hAnsi="Aptos"/>
                <w:sz w:val="14"/>
                <w:szCs w:val="14"/>
              </w:rPr>
              <w:t>Consistently monitors pupils’ progress and misconceptions during lessons and uses this information to adapt teaching within lessons and future planning.</w:t>
            </w:r>
          </w:p>
        </w:tc>
      </w:tr>
      <w:tr w:rsidR="00111197" w:rsidRPr="00B2123C" w14:paraId="4983B6E4" w14:textId="77777777" w:rsidTr="00D06EAE">
        <w:trPr>
          <w:cantSplit/>
          <w:jc w:val="center"/>
        </w:trPr>
        <w:tc>
          <w:tcPr>
            <w:tcW w:w="3685" w:type="dxa"/>
            <w:shd w:val="clear" w:color="auto" w:fill="FAFAFA"/>
            <w:tcMar>
              <w:top w:w="60" w:type="dxa"/>
              <w:left w:w="80" w:type="dxa"/>
              <w:bottom w:w="60" w:type="dxa"/>
              <w:right w:w="80" w:type="dxa"/>
            </w:tcMar>
          </w:tcPr>
          <w:p w14:paraId="1B64D229" w14:textId="012006E6" w:rsidR="00111197" w:rsidRPr="00111197" w:rsidRDefault="00111197" w:rsidP="00111197">
            <w:pPr>
              <w:spacing w:after="0"/>
              <w:rPr>
                <w:rFonts w:ascii="Aptos" w:hAnsi="Aptos"/>
                <w:sz w:val="14"/>
                <w:szCs w:val="14"/>
              </w:rPr>
            </w:pPr>
            <w:r w:rsidRPr="00111197">
              <w:rPr>
                <w:rFonts w:ascii="Aptos" w:hAnsi="Aptos"/>
                <w:sz w:val="14"/>
                <w:szCs w:val="14"/>
              </w:rPr>
              <w:t xml:space="preserve">Sometimes provides clear </w:t>
            </w:r>
            <w:r w:rsidRPr="00111197">
              <w:rPr>
                <w:rFonts w:ascii="Aptos" w:hAnsi="Aptos"/>
                <w:b/>
                <w:bCs/>
                <w:sz w:val="14"/>
                <w:szCs w:val="14"/>
              </w:rPr>
              <w:t>oral feedback</w:t>
            </w:r>
            <w:r w:rsidRPr="00111197">
              <w:rPr>
                <w:rFonts w:ascii="Aptos" w:hAnsi="Aptos"/>
                <w:sz w:val="14"/>
                <w:szCs w:val="14"/>
              </w:rPr>
              <w:t xml:space="preserve"> to pupil and gives them time to act on this. </w:t>
            </w:r>
          </w:p>
        </w:tc>
        <w:tc>
          <w:tcPr>
            <w:tcW w:w="3685" w:type="dxa"/>
            <w:tcBorders>
              <w:right w:val="single" w:sz="12" w:space="0" w:color="auto"/>
            </w:tcBorders>
            <w:shd w:val="clear" w:color="auto" w:fill="FAFAFA"/>
            <w:tcMar>
              <w:top w:w="60" w:type="dxa"/>
              <w:left w:w="80" w:type="dxa"/>
              <w:bottom w:w="60" w:type="dxa"/>
              <w:right w:w="80" w:type="dxa"/>
            </w:tcMar>
          </w:tcPr>
          <w:p w14:paraId="05DF2FC9" w14:textId="44B556C8" w:rsidR="00111197" w:rsidRPr="00111197" w:rsidRDefault="00111197" w:rsidP="00111197">
            <w:pPr>
              <w:spacing w:after="0"/>
              <w:rPr>
                <w:rFonts w:ascii="Aptos" w:hAnsi="Aptos"/>
                <w:sz w:val="14"/>
                <w:szCs w:val="14"/>
              </w:rPr>
            </w:pPr>
            <w:r w:rsidRPr="00111197">
              <w:rPr>
                <w:rFonts w:ascii="Aptos" w:hAnsi="Aptos"/>
                <w:sz w:val="14"/>
                <w:szCs w:val="14"/>
              </w:rPr>
              <w:t xml:space="preserve">Regularly provides clear and specific oral feedback and gives pupil appropriate time to act on this. </w:t>
            </w:r>
          </w:p>
        </w:tc>
        <w:tc>
          <w:tcPr>
            <w:tcW w:w="3685" w:type="dxa"/>
            <w:tcBorders>
              <w:left w:val="single" w:sz="12" w:space="0" w:color="auto"/>
            </w:tcBorders>
            <w:shd w:val="clear" w:color="auto" w:fill="FAFAFA"/>
            <w:tcMar>
              <w:top w:w="60" w:type="dxa"/>
              <w:left w:w="80" w:type="dxa"/>
              <w:bottom w:w="60" w:type="dxa"/>
              <w:right w:w="80" w:type="dxa"/>
            </w:tcMar>
          </w:tcPr>
          <w:p w14:paraId="5E38F108" w14:textId="7BCF1D75" w:rsidR="00111197" w:rsidRPr="00111197" w:rsidRDefault="00111197" w:rsidP="00111197">
            <w:pPr>
              <w:spacing w:after="0"/>
              <w:rPr>
                <w:rFonts w:ascii="Aptos" w:hAnsi="Aptos"/>
                <w:sz w:val="14"/>
                <w:szCs w:val="14"/>
              </w:rPr>
            </w:pPr>
            <w:r w:rsidRPr="00111197">
              <w:rPr>
                <w:rFonts w:ascii="Aptos" w:hAnsi="Aptos"/>
                <w:sz w:val="14"/>
                <w:szCs w:val="14"/>
              </w:rPr>
              <w:t xml:space="preserve">Consistently provides clear, constructive and insightful oral feedback to pupil and they respond positively to this. </w:t>
            </w:r>
          </w:p>
        </w:tc>
      </w:tr>
      <w:tr w:rsidR="00111197" w:rsidRPr="00B2123C" w14:paraId="2967EF2C" w14:textId="77777777" w:rsidTr="00D06EAE">
        <w:trPr>
          <w:cantSplit/>
          <w:jc w:val="center"/>
        </w:trPr>
        <w:tc>
          <w:tcPr>
            <w:tcW w:w="3685" w:type="dxa"/>
            <w:shd w:val="clear" w:color="auto" w:fill="FFFFFF"/>
            <w:tcMar>
              <w:top w:w="60" w:type="dxa"/>
              <w:left w:w="80" w:type="dxa"/>
              <w:bottom w:w="60" w:type="dxa"/>
              <w:right w:w="80" w:type="dxa"/>
            </w:tcMar>
          </w:tcPr>
          <w:p w14:paraId="5D0C33C0" w14:textId="53A9FEE6" w:rsidR="00111197" w:rsidRPr="00111197" w:rsidRDefault="00111197" w:rsidP="00111197">
            <w:pPr>
              <w:spacing w:after="0"/>
              <w:rPr>
                <w:rFonts w:ascii="Aptos" w:hAnsi="Aptos"/>
                <w:sz w:val="14"/>
                <w:szCs w:val="14"/>
              </w:rPr>
            </w:pPr>
            <w:r w:rsidRPr="00111197">
              <w:rPr>
                <w:rFonts w:ascii="Aptos" w:hAnsi="Aptos"/>
                <w:sz w:val="14"/>
                <w:szCs w:val="14"/>
              </w:rPr>
              <w:t>Sometimes</w:t>
            </w:r>
            <w:r w:rsidRPr="00111197">
              <w:rPr>
                <w:rFonts w:ascii="Aptos" w:hAnsi="Aptos"/>
                <w:b/>
                <w:bCs/>
                <w:sz w:val="14"/>
                <w:szCs w:val="14"/>
              </w:rPr>
              <w:t xml:space="preserve"> marks pupils’ work</w:t>
            </w:r>
            <w:r w:rsidRPr="00111197">
              <w:rPr>
                <w:rFonts w:ascii="Aptos" w:hAnsi="Aptos"/>
                <w:sz w:val="14"/>
                <w:szCs w:val="14"/>
              </w:rPr>
              <w:t xml:space="preserve"> using school policy and practice.</w:t>
            </w:r>
          </w:p>
        </w:tc>
        <w:tc>
          <w:tcPr>
            <w:tcW w:w="3685" w:type="dxa"/>
            <w:tcBorders>
              <w:right w:val="single" w:sz="12" w:space="0" w:color="auto"/>
            </w:tcBorders>
            <w:shd w:val="clear" w:color="auto" w:fill="FFFFFF"/>
            <w:tcMar>
              <w:top w:w="60" w:type="dxa"/>
              <w:left w:w="80" w:type="dxa"/>
              <w:bottom w:w="60" w:type="dxa"/>
              <w:right w:w="80" w:type="dxa"/>
            </w:tcMar>
          </w:tcPr>
          <w:p w14:paraId="382A2E4F" w14:textId="3BA49EE3" w:rsidR="00111197" w:rsidRPr="00111197" w:rsidRDefault="00111197" w:rsidP="00111197">
            <w:pPr>
              <w:spacing w:after="0"/>
              <w:rPr>
                <w:rFonts w:ascii="Aptos" w:hAnsi="Aptos"/>
                <w:sz w:val="14"/>
                <w:szCs w:val="14"/>
              </w:rPr>
            </w:pPr>
            <w:r w:rsidRPr="00111197">
              <w:rPr>
                <w:rFonts w:ascii="Aptos" w:hAnsi="Aptos"/>
                <w:sz w:val="14"/>
                <w:szCs w:val="14"/>
              </w:rPr>
              <w:t xml:space="preserve">Marking is up to date and regularly provides constructive feedback in line with school policy and practice.  Workload is kept manageable by using appropriate abbreviations and codes and completing marking during the lesson as far as possible. </w:t>
            </w:r>
          </w:p>
        </w:tc>
        <w:tc>
          <w:tcPr>
            <w:tcW w:w="3685" w:type="dxa"/>
            <w:tcBorders>
              <w:left w:val="single" w:sz="12" w:space="0" w:color="auto"/>
            </w:tcBorders>
            <w:shd w:val="clear" w:color="auto" w:fill="FFFFFF"/>
            <w:tcMar>
              <w:top w:w="60" w:type="dxa"/>
              <w:left w:w="80" w:type="dxa"/>
              <w:bottom w:w="60" w:type="dxa"/>
              <w:right w:w="80" w:type="dxa"/>
            </w:tcMar>
          </w:tcPr>
          <w:p w14:paraId="453F5335" w14:textId="3570426E" w:rsidR="00111197" w:rsidRPr="00111197" w:rsidRDefault="00111197" w:rsidP="00111197">
            <w:pPr>
              <w:spacing w:after="0"/>
              <w:rPr>
                <w:rFonts w:ascii="Aptos" w:hAnsi="Aptos"/>
                <w:sz w:val="14"/>
                <w:szCs w:val="14"/>
              </w:rPr>
            </w:pPr>
            <w:r w:rsidRPr="00111197">
              <w:rPr>
                <w:rFonts w:ascii="Aptos" w:hAnsi="Aptos"/>
                <w:sz w:val="14"/>
                <w:szCs w:val="14"/>
              </w:rPr>
              <w:t xml:space="preserve">Marking is consistently high quality leading to high levels of engagement and interest.  Time spent on marking is focused on elements which will most improve learning and workload is kept manageable by marking during lessons where possible and using agreed abbreviations and codes. </w:t>
            </w:r>
          </w:p>
        </w:tc>
      </w:tr>
      <w:tr w:rsidR="00111197" w:rsidRPr="00B2123C" w14:paraId="4D17CCE6" w14:textId="77777777" w:rsidTr="00D06EAE">
        <w:trPr>
          <w:cantSplit/>
          <w:jc w:val="center"/>
        </w:trPr>
        <w:tc>
          <w:tcPr>
            <w:tcW w:w="3685" w:type="dxa"/>
            <w:shd w:val="clear" w:color="auto" w:fill="FAFAFA"/>
            <w:tcMar>
              <w:top w:w="60" w:type="dxa"/>
              <w:left w:w="80" w:type="dxa"/>
              <w:bottom w:w="60" w:type="dxa"/>
              <w:right w:w="80" w:type="dxa"/>
            </w:tcMar>
          </w:tcPr>
          <w:p w14:paraId="134F3970" w14:textId="2EB1593E" w:rsidR="00111197" w:rsidRPr="00111197" w:rsidRDefault="00111197" w:rsidP="00111197">
            <w:pPr>
              <w:spacing w:after="0"/>
              <w:rPr>
                <w:rFonts w:ascii="Aptos" w:hAnsi="Aptos"/>
                <w:sz w:val="14"/>
                <w:szCs w:val="14"/>
              </w:rPr>
            </w:pPr>
            <w:r w:rsidRPr="00111197">
              <w:rPr>
                <w:rFonts w:ascii="Aptos" w:hAnsi="Aptos"/>
                <w:sz w:val="14"/>
                <w:szCs w:val="14"/>
              </w:rPr>
              <w:t xml:space="preserve">Is beginning to understand the use of </w:t>
            </w:r>
            <w:r w:rsidRPr="00111197">
              <w:rPr>
                <w:rFonts w:ascii="Aptos" w:hAnsi="Aptos"/>
                <w:b/>
                <w:bCs/>
                <w:sz w:val="14"/>
                <w:szCs w:val="14"/>
              </w:rPr>
              <w:t>relevant summative assessments</w:t>
            </w:r>
            <w:r w:rsidRPr="00111197">
              <w:rPr>
                <w:rFonts w:ascii="Aptos" w:hAnsi="Aptos"/>
                <w:sz w:val="14"/>
                <w:szCs w:val="14"/>
              </w:rPr>
              <w:t xml:space="preserve"> (including statutory assessments for the key stage if possible) and how these are used to support pupil’s progress. </w:t>
            </w:r>
          </w:p>
        </w:tc>
        <w:tc>
          <w:tcPr>
            <w:tcW w:w="3685" w:type="dxa"/>
            <w:tcBorders>
              <w:right w:val="single" w:sz="12" w:space="0" w:color="auto"/>
            </w:tcBorders>
            <w:shd w:val="clear" w:color="auto" w:fill="FAFAFA"/>
            <w:tcMar>
              <w:top w:w="60" w:type="dxa"/>
              <w:left w:w="80" w:type="dxa"/>
              <w:bottom w:w="60" w:type="dxa"/>
              <w:right w:w="80" w:type="dxa"/>
            </w:tcMar>
          </w:tcPr>
          <w:p w14:paraId="615B37FB" w14:textId="64B96CD9" w:rsidR="00111197" w:rsidRPr="00111197" w:rsidRDefault="00111197" w:rsidP="00111197">
            <w:pPr>
              <w:spacing w:after="0"/>
              <w:rPr>
                <w:rFonts w:ascii="Aptos" w:hAnsi="Aptos"/>
                <w:sz w:val="14"/>
                <w:szCs w:val="14"/>
              </w:rPr>
            </w:pPr>
            <w:r w:rsidRPr="00111197">
              <w:rPr>
                <w:rFonts w:ascii="Aptos" w:hAnsi="Aptos"/>
                <w:sz w:val="14"/>
                <w:szCs w:val="14"/>
              </w:rPr>
              <w:t>Engages as appropriate with summative assessments (including statutory assessments for the key stage if possible) and uses the data to inform their work with pupil.</w:t>
            </w:r>
          </w:p>
        </w:tc>
        <w:tc>
          <w:tcPr>
            <w:tcW w:w="3685" w:type="dxa"/>
            <w:tcBorders>
              <w:left w:val="single" w:sz="12" w:space="0" w:color="auto"/>
            </w:tcBorders>
            <w:shd w:val="clear" w:color="auto" w:fill="FAFAFA"/>
            <w:tcMar>
              <w:top w:w="60" w:type="dxa"/>
              <w:left w:w="80" w:type="dxa"/>
              <w:bottom w:w="60" w:type="dxa"/>
              <w:right w:w="80" w:type="dxa"/>
            </w:tcMar>
          </w:tcPr>
          <w:p w14:paraId="037F7E2A" w14:textId="3891AC0E" w:rsidR="00111197" w:rsidRPr="00111197" w:rsidRDefault="00111197" w:rsidP="00111197">
            <w:pPr>
              <w:spacing w:after="0"/>
              <w:rPr>
                <w:rFonts w:ascii="Aptos" w:hAnsi="Aptos"/>
                <w:sz w:val="14"/>
                <w:szCs w:val="14"/>
              </w:rPr>
            </w:pPr>
            <w:r w:rsidRPr="00111197">
              <w:rPr>
                <w:rFonts w:ascii="Aptos" w:hAnsi="Aptos"/>
                <w:sz w:val="14"/>
                <w:szCs w:val="14"/>
              </w:rPr>
              <w:t xml:space="preserve">Makes effective use of summative assessment (including statutory assessments for the key stage if possible), including using the data to monitor progress, set targets and plan their teaching. </w:t>
            </w:r>
          </w:p>
        </w:tc>
      </w:tr>
    </w:tbl>
    <w:tbl>
      <w:tblPr>
        <w:tblpPr w:leftFromText="180" w:rightFromText="180" w:vertAnchor="text" w:horzAnchor="margin" w:tblpY="670"/>
        <w:tblW w:w="5000" w:type="pct"/>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10629"/>
      </w:tblGrid>
      <w:tr w:rsidR="00734B87" w:rsidRPr="00B2123C" w14:paraId="5AB26687" w14:textId="77777777" w:rsidTr="00734B87">
        <w:trPr>
          <w:tblHeader/>
        </w:trPr>
        <w:tc>
          <w:tcPr>
            <w:tcW w:w="5000" w:type="pct"/>
            <w:tcBorders>
              <w:bottom w:val="single" w:sz="4" w:space="0" w:color="D3D3D3"/>
            </w:tcBorders>
            <w:shd w:val="clear" w:color="auto" w:fill="1B365D"/>
            <w:tcMar>
              <w:top w:w="80" w:type="dxa"/>
              <w:left w:w="80" w:type="dxa"/>
              <w:bottom w:w="80" w:type="dxa"/>
              <w:right w:w="80" w:type="dxa"/>
            </w:tcMar>
          </w:tcPr>
          <w:p w14:paraId="3FD1478B" w14:textId="77777777" w:rsidR="00734B87" w:rsidRPr="005E06B4" w:rsidRDefault="00734B87" w:rsidP="00734B87">
            <w:pPr>
              <w:spacing w:before="60" w:after="160"/>
              <w:rPr>
                <w:rFonts w:ascii="Aptos" w:hAnsi="Aptos"/>
                <w:i/>
                <w:color w:val="FAFAFA"/>
                <w:sz w:val="16"/>
              </w:rPr>
            </w:pPr>
            <w:r>
              <w:rPr>
                <w:rFonts w:ascii="Aptos" w:hAnsi="Aptos"/>
                <w:b/>
                <w:color w:val="FAFAFA"/>
                <w:sz w:val="16"/>
              </w:rPr>
              <w:t>A</w:t>
            </w:r>
            <w:r w:rsidRPr="005E06B4">
              <w:rPr>
                <w:rFonts w:ascii="Aptos" w:hAnsi="Aptos"/>
                <w:b/>
                <w:color w:val="FAFAFA"/>
                <w:sz w:val="16"/>
              </w:rPr>
              <w:t xml:space="preserve">t the end of the programme, this section contributes </w:t>
            </w:r>
            <w:r w:rsidRPr="00734B87">
              <w:rPr>
                <w:rFonts w:ascii="Aptos" w:hAnsi="Aptos"/>
                <w:b/>
                <w:color w:val="FAFAFA"/>
                <w:sz w:val="16"/>
              </w:rPr>
              <w:t xml:space="preserve">towards: </w:t>
            </w:r>
            <w:r w:rsidRPr="00734B87">
              <w:rPr>
                <w:rFonts w:ascii="Aptos" w:hAnsi="Aptos"/>
                <w:i/>
                <w:color w:val="FAFAFA"/>
                <w:sz w:val="16"/>
              </w:rPr>
              <w:t>TS6 (Make Accurate and Productive Use of Assessment)</w:t>
            </w:r>
          </w:p>
        </w:tc>
      </w:tr>
      <w:tr w:rsidR="00734B87" w:rsidRPr="00B2123C" w14:paraId="6E2C5ADF" w14:textId="77777777" w:rsidTr="00734B87">
        <w:trPr>
          <w:cantSplit/>
        </w:trPr>
        <w:tc>
          <w:tcPr>
            <w:tcW w:w="5000" w:type="pct"/>
            <w:shd w:val="clear" w:color="auto" w:fill="FAFAFA"/>
            <w:tcMar>
              <w:top w:w="60" w:type="dxa"/>
              <w:left w:w="80" w:type="dxa"/>
              <w:bottom w:w="60" w:type="dxa"/>
              <w:right w:w="80" w:type="dxa"/>
            </w:tcMar>
          </w:tcPr>
          <w:p w14:paraId="09142A61" w14:textId="77777777" w:rsidR="00734B87" w:rsidRDefault="00734B87" w:rsidP="00734B87">
            <w:pPr>
              <w:pStyle w:val="Titlebullet"/>
              <w:spacing w:before="0" w:after="0"/>
              <w:ind w:left="0" w:firstLine="0"/>
              <w:rPr>
                <w:sz w:val="16"/>
                <w:szCs w:val="16"/>
              </w:rPr>
            </w:pPr>
            <w:r>
              <w:rPr>
                <w:rFonts w:ascii="Aptos" w:hAnsi="Aptos"/>
                <w:sz w:val="14"/>
                <w:szCs w:val="14"/>
              </w:rPr>
              <w:t>TS6: Make accurate and productive use of assessment:</w:t>
            </w:r>
          </w:p>
          <w:p w14:paraId="65AA7CD7" w14:textId="77777777" w:rsidR="00734B87" w:rsidRPr="00D06EAE" w:rsidRDefault="00734B87" w:rsidP="00734B87">
            <w:pPr>
              <w:pStyle w:val="Titlebullet"/>
              <w:numPr>
                <w:ilvl w:val="0"/>
                <w:numId w:val="17"/>
              </w:numPr>
              <w:spacing w:before="0"/>
              <w:rPr>
                <w:rFonts w:ascii="Aptos" w:hAnsi="Aptos"/>
                <w:sz w:val="14"/>
                <w:szCs w:val="14"/>
              </w:rPr>
            </w:pPr>
            <w:r w:rsidRPr="00D06EAE">
              <w:rPr>
                <w:rFonts w:ascii="Aptos" w:hAnsi="Aptos"/>
                <w:sz w:val="14"/>
                <w:szCs w:val="14"/>
              </w:rPr>
              <w:t xml:space="preserve">know and understand how to assess the relevant subject and curriculum areas, including statutory assessment requirements  </w:t>
            </w:r>
          </w:p>
          <w:p w14:paraId="58842762" w14:textId="77777777" w:rsidR="00734B87" w:rsidRPr="00D06EAE" w:rsidRDefault="00734B87" w:rsidP="00734B87">
            <w:pPr>
              <w:pStyle w:val="Titlebullet"/>
              <w:numPr>
                <w:ilvl w:val="0"/>
                <w:numId w:val="17"/>
              </w:numPr>
              <w:rPr>
                <w:rFonts w:ascii="Aptos" w:hAnsi="Aptos"/>
                <w:sz w:val="14"/>
                <w:szCs w:val="14"/>
              </w:rPr>
            </w:pPr>
            <w:r w:rsidRPr="00D06EAE">
              <w:rPr>
                <w:rFonts w:ascii="Aptos" w:hAnsi="Aptos"/>
                <w:sz w:val="14"/>
                <w:szCs w:val="14"/>
              </w:rPr>
              <w:t xml:space="preserve">make use of formative and summative assessment to secure pupils’ progress </w:t>
            </w:r>
          </w:p>
          <w:p w14:paraId="60E7CE4A" w14:textId="77777777" w:rsidR="00734B87" w:rsidRPr="00D06EAE" w:rsidRDefault="00734B87" w:rsidP="00734B87">
            <w:pPr>
              <w:pStyle w:val="Titlebullet"/>
              <w:numPr>
                <w:ilvl w:val="0"/>
                <w:numId w:val="17"/>
              </w:numPr>
              <w:rPr>
                <w:rFonts w:ascii="Aptos" w:hAnsi="Aptos"/>
                <w:sz w:val="14"/>
                <w:szCs w:val="14"/>
              </w:rPr>
            </w:pPr>
            <w:r w:rsidRPr="00D06EAE">
              <w:rPr>
                <w:rFonts w:ascii="Aptos" w:hAnsi="Aptos"/>
                <w:sz w:val="14"/>
                <w:szCs w:val="14"/>
              </w:rPr>
              <w:t xml:space="preserve">use relevant data to monitor progress, set targets, and plan subsequent lessons </w:t>
            </w:r>
          </w:p>
          <w:p w14:paraId="37E1D81B" w14:textId="77777777" w:rsidR="00734B87" w:rsidRPr="00EA00D5" w:rsidRDefault="00734B87" w:rsidP="00734B87">
            <w:pPr>
              <w:pStyle w:val="Titlebullet"/>
              <w:numPr>
                <w:ilvl w:val="0"/>
                <w:numId w:val="17"/>
              </w:numPr>
              <w:rPr>
                <w:sz w:val="16"/>
                <w:szCs w:val="16"/>
              </w:rPr>
            </w:pPr>
            <w:r w:rsidRPr="00D06EAE">
              <w:rPr>
                <w:rFonts w:ascii="Aptos" w:hAnsi="Aptos"/>
                <w:sz w:val="14"/>
                <w:szCs w:val="14"/>
              </w:rPr>
              <w:t>give pupils regular feedback, both orally and through accurate marking, and encourage pupils to respond to the feedback</w:t>
            </w:r>
          </w:p>
        </w:tc>
      </w:tr>
    </w:tbl>
    <w:p w14:paraId="04B3FC15" w14:textId="77777777" w:rsidR="00734B87" w:rsidRPr="00734B87" w:rsidRDefault="00B2123C" w:rsidP="00734B87">
      <w:pPr>
        <w:rPr>
          <w:rFonts w:ascii="Aptos" w:hAnsi="Aptos"/>
          <w:i/>
          <w:color w:val="444444"/>
          <w:sz w:val="16"/>
        </w:rPr>
      </w:pPr>
      <w:r>
        <w:rPr>
          <w:rFonts w:ascii="Aptos" w:hAnsi="Aptos"/>
          <w:i/>
          <w:color w:val="444444"/>
          <w:sz w:val="16"/>
        </w:rPr>
        <w:br w:type="page"/>
      </w:r>
    </w:p>
    <w:p w14:paraId="51FBE691" w14:textId="77777777" w:rsidR="00191D4A" w:rsidRPr="00B2123C" w:rsidRDefault="007A71C5">
      <w:pPr>
        <w:spacing w:before="200" w:after="80"/>
        <w:rPr>
          <w:rFonts w:ascii="Aptos" w:hAnsi="Aptos"/>
        </w:rPr>
      </w:pPr>
      <w:r w:rsidRPr="00B2123C">
        <w:rPr>
          <w:rFonts w:ascii="Aptos" w:hAnsi="Aptos"/>
          <w:b/>
          <w:color w:val="1B365D"/>
        </w:rPr>
        <w:t>5. Professional Behaviours (Professional Behaviours, S8)</w:t>
      </w:r>
    </w:p>
    <w:tbl>
      <w:tblPr>
        <w:tblW w:w="11055"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3685"/>
        <w:gridCol w:w="3685"/>
        <w:gridCol w:w="3685"/>
      </w:tblGrid>
      <w:tr w:rsidR="001669DD" w:rsidRPr="00B2123C" w14:paraId="707FCF70" w14:textId="77777777" w:rsidTr="004C3C78">
        <w:trPr>
          <w:tblHeader/>
          <w:jc w:val="center"/>
        </w:trPr>
        <w:tc>
          <w:tcPr>
            <w:tcW w:w="3685" w:type="dxa"/>
            <w:tcBorders>
              <w:bottom w:val="single" w:sz="4" w:space="0" w:color="D3D3D3"/>
            </w:tcBorders>
            <w:shd w:val="clear" w:color="auto" w:fill="1B365D"/>
            <w:tcMar>
              <w:top w:w="80" w:type="dxa"/>
              <w:left w:w="80" w:type="dxa"/>
              <w:bottom w:w="80" w:type="dxa"/>
              <w:right w:w="80" w:type="dxa"/>
            </w:tcMar>
          </w:tcPr>
          <w:p w14:paraId="6F913716"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Emerging/Developing Practice</w:t>
            </w:r>
          </w:p>
          <w:p w14:paraId="47C91960" w14:textId="30FB2BD9" w:rsidR="001669DD" w:rsidRPr="00B2123C" w:rsidRDefault="001669DD" w:rsidP="001669DD">
            <w:pPr>
              <w:spacing w:after="0"/>
              <w:jc w:val="center"/>
              <w:rPr>
                <w:rFonts w:ascii="Aptos" w:hAnsi="Aptos"/>
              </w:rPr>
            </w:pPr>
            <w:r w:rsidRPr="00B2123C">
              <w:rPr>
                <w:rFonts w:ascii="Aptos" w:hAnsi="Aptos"/>
                <w:bCs/>
                <w:i/>
                <w:iCs/>
                <w:color w:val="FFFFFF"/>
                <w:sz w:val="18"/>
              </w:rPr>
              <w:t>(Early / Middle ITE)</w:t>
            </w:r>
          </w:p>
        </w:tc>
        <w:tc>
          <w:tcPr>
            <w:tcW w:w="3685" w:type="dxa"/>
            <w:tcBorders>
              <w:bottom w:val="single" w:sz="4" w:space="0" w:color="D3D3D3"/>
            </w:tcBorders>
            <w:shd w:val="clear" w:color="auto" w:fill="1B365D"/>
            <w:tcMar>
              <w:top w:w="80" w:type="dxa"/>
              <w:left w:w="80" w:type="dxa"/>
              <w:bottom w:w="80" w:type="dxa"/>
              <w:right w:w="80" w:type="dxa"/>
            </w:tcMar>
          </w:tcPr>
          <w:p w14:paraId="2C9E22C8"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Securing Practice</w:t>
            </w:r>
          </w:p>
          <w:p w14:paraId="08DF4368" w14:textId="49A92959" w:rsidR="001669DD" w:rsidRPr="00B2123C" w:rsidRDefault="001669DD" w:rsidP="001669DD">
            <w:pPr>
              <w:spacing w:after="0"/>
              <w:jc w:val="center"/>
              <w:rPr>
                <w:rFonts w:ascii="Aptos" w:hAnsi="Aptos"/>
              </w:rPr>
            </w:pPr>
            <w:r w:rsidRPr="00B2123C">
              <w:rPr>
                <w:rFonts w:ascii="Aptos" w:hAnsi="Aptos"/>
                <w:bCs/>
                <w:i/>
                <w:iCs/>
                <w:color w:val="FFFFFF"/>
                <w:sz w:val="18"/>
              </w:rPr>
              <w:t>(Middle / Later ITE)</w:t>
            </w:r>
          </w:p>
        </w:tc>
        <w:tc>
          <w:tcPr>
            <w:tcW w:w="3685" w:type="dxa"/>
            <w:shd w:val="clear" w:color="auto" w:fill="1B365D"/>
            <w:tcMar>
              <w:top w:w="80" w:type="dxa"/>
              <w:left w:w="80" w:type="dxa"/>
              <w:bottom w:w="80" w:type="dxa"/>
              <w:right w:w="80" w:type="dxa"/>
            </w:tcMar>
          </w:tcPr>
          <w:p w14:paraId="27B5E02F" w14:textId="77777777" w:rsidR="001669DD" w:rsidRPr="00B2123C" w:rsidRDefault="001669DD" w:rsidP="001669DD">
            <w:pPr>
              <w:spacing w:after="0"/>
              <w:jc w:val="center"/>
              <w:rPr>
                <w:rFonts w:ascii="Aptos" w:hAnsi="Aptos"/>
                <w:b/>
                <w:color w:val="FFFFFF"/>
                <w:sz w:val="18"/>
              </w:rPr>
            </w:pPr>
            <w:r w:rsidRPr="00B2123C">
              <w:rPr>
                <w:rFonts w:ascii="Aptos" w:hAnsi="Aptos"/>
                <w:b/>
                <w:color w:val="FFFFFF"/>
                <w:sz w:val="18"/>
              </w:rPr>
              <w:t>Established/High Impact Practice</w:t>
            </w:r>
          </w:p>
          <w:p w14:paraId="7829A3DA" w14:textId="076629A5" w:rsidR="001669DD" w:rsidRPr="00B2123C" w:rsidRDefault="001669DD" w:rsidP="001669DD">
            <w:pPr>
              <w:spacing w:after="0"/>
              <w:jc w:val="center"/>
              <w:rPr>
                <w:rFonts w:ascii="Aptos" w:hAnsi="Aptos"/>
              </w:rPr>
            </w:pPr>
            <w:r w:rsidRPr="00B2123C">
              <w:rPr>
                <w:rFonts w:ascii="Aptos" w:hAnsi="Aptos"/>
                <w:bCs/>
                <w:i/>
                <w:iCs/>
                <w:color w:val="FFFFFF"/>
                <w:sz w:val="18"/>
              </w:rPr>
              <w:t>(Later ITE / ECT)</w:t>
            </w:r>
          </w:p>
        </w:tc>
      </w:tr>
      <w:tr w:rsidR="00ED2278" w:rsidRPr="00B2123C" w14:paraId="64803FC8" w14:textId="77777777" w:rsidTr="004C3C78">
        <w:trPr>
          <w:cantSplit/>
          <w:jc w:val="center"/>
        </w:trPr>
        <w:tc>
          <w:tcPr>
            <w:tcW w:w="3685" w:type="dxa"/>
            <w:shd w:val="clear" w:color="auto" w:fill="FFFFFF"/>
            <w:tcMar>
              <w:top w:w="60" w:type="dxa"/>
              <w:left w:w="80" w:type="dxa"/>
              <w:bottom w:w="60" w:type="dxa"/>
              <w:right w:w="80" w:type="dxa"/>
            </w:tcMar>
          </w:tcPr>
          <w:p w14:paraId="7245F598" w14:textId="59537BB2" w:rsidR="00ED2278" w:rsidRPr="005E06B4" w:rsidRDefault="00ED2278" w:rsidP="00ED2278">
            <w:pPr>
              <w:spacing w:after="0"/>
              <w:rPr>
                <w:rFonts w:ascii="Aptos" w:hAnsi="Aptos"/>
                <w:sz w:val="14"/>
                <w:szCs w:val="14"/>
              </w:rPr>
            </w:pPr>
            <w:r w:rsidRPr="005E06B4">
              <w:rPr>
                <w:rFonts w:ascii="Aptos" w:hAnsi="Aptos"/>
                <w:sz w:val="14"/>
                <w:szCs w:val="14"/>
              </w:rPr>
              <w:t xml:space="preserve">Sometimes shows that they can take ownership of their </w:t>
            </w:r>
            <w:r w:rsidRPr="005E06B4">
              <w:rPr>
                <w:rFonts w:ascii="Aptos" w:hAnsi="Aptos"/>
                <w:b/>
                <w:bCs/>
                <w:sz w:val="14"/>
                <w:szCs w:val="14"/>
              </w:rPr>
              <w:t>professional development</w:t>
            </w:r>
            <w:r w:rsidRPr="005E06B4">
              <w:rPr>
                <w:rFonts w:ascii="Aptos" w:hAnsi="Aptos"/>
                <w:sz w:val="14"/>
                <w:szCs w:val="14"/>
              </w:rPr>
              <w:t xml:space="preserve"> in relation to subject and pedagogical knowledge by engaging with colleagues within the school.</w:t>
            </w:r>
          </w:p>
        </w:tc>
        <w:tc>
          <w:tcPr>
            <w:tcW w:w="3685" w:type="dxa"/>
            <w:tcBorders>
              <w:right w:val="single" w:sz="12" w:space="0" w:color="auto"/>
            </w:tcBorders>
            <w:shd w:val="clear" w:color="auto" w:fill="FFFFFF"/>
            <w:tcMar>
              <w:top w:w="60" w:type="dxa"/>
              <w:left w:w="80" w:type="dxa"/>
              <w:bottom w:w="60" w:type="dxa"/>
              <w:right w:w="80" w:type="dxa"/>
            </w:tcMar>
          </w:tcPr>
          <w:p w14:paraId="00EBB671" w14:textId="72BD33C7" w:rsidR="00ED2278" w:rsidRPr="005E06B4" w:rsidRDefault="00ED2278" w:rsidP="00ED2278">
            <w:pPr>
              <w:spacing w:after="0"/>
              <w:rPr>
                <w:rFonts w:ascii="Aptos" w:hAnsi="Aptos"/>
                <w:sz w:val="14"/>
                <w:szCs w:val="14"/>
              </w:rPr>
            </w:pPr>
            <w:r w:rsidRPr="005E06B4">
              <w:rPr>
                <w:rFonts w:ascii="Aptos" w:hAnsi="Aptos"/>
                <w:sz w:val="14"/>
                <w:szCs w:val="14"/>
              </w:rPr>
              <w:t xml:space="preserve">Regularly shows that they are taking ownership of their professional development in relation to subject and pedagogical knowledge by engaging with colleagues within and beyond the school. </w:t>
            </w:r>
          </w:p>
        </w:tc>
        <w:tc>
          <w:tcPr>
            <w:tcW w:w="3685" w:type="dxa"/>
            <w:tcBorders>
              <w:left w:val="single" w:sz="12" w:space="0" w:color="auto"/>
            </w:tcBorders>
            <w:shd w:val="clear" w:color="auto" w:fill="FFFFFF"/>
            <w:tcMar>
              <w:top w:w="60" w:type="dxa"/>
              <w:left w:w="80" w:type="dxa"/>
              <w:bottom w:w="60" w:type="dxa"/>
              <w:right w:w="80" w:type="dxa"/>
            </w:tcMar>
          </w:tcPr>
          <w:p w14:paraId="6DC2C804" w14:textId="5F784A82" w:rsidR="00ED2278" w:rsidRPr="005E06B4" w:rsidRDefault="00ED2278" w:rsidP="00ED2278">
            <w:pPr>
              <w:spacing w:after="0"/>
              <w:rPr>
                <w:rFonts w:ascii="Aptos" w:hAnsi="Aptos"/>
                <w:sz w:val="14"/>
                <w:szCs w:val="14"/>
              </w:rPr>
            </w:pPr>
            <w:r w:rsidRPr="005E06B4">
              <w:rPr>
                <w:rFonts w:ascii="Aptos" w:hAnsi="Aptos"/>
                <w:sz w:val="14"/>
                <w:szCs w:val="14"/>
              </w:rPr>
              <w:t>Consistently shows strong engagement in professional development in relation to subject and pedagogical knowledge by engaging with colleagues within and beyond the school.</w:t>
            </w:r>
          </w:p>
        </w:tc>
      </w:tr>
      <w:tr w:rsidR="00ED2278" w:rsidRPr="00B2123C" w14:paraId="66A7B7EE" w14:textId="77777777" w:rsidTr="004C3C78">
        <w:trPr>
          <w:cantSplit/>
          <w:jc w:val="center"/>
        </w:trPr>
        <w:tc>
          <w:tcPr>
            <w:tcW w:w="3685" w:type="dxa"/>
            <w:shd w:val="clear" w:color="auto" w:fill="FAFAFA"/>
            <w:tcMar>
              <w:top w:w="60" w:type="dxa"/>
              <w:left w:w="80" w:type="dxa"/>
              <w:bottom w:w="60" w:type="dxa"/>
              <w:right w:w="80" w:type="dxa"/>
            </w:tcMar>
          </w:tcPr>
          <w:p w14:paraId="271BCA7A" w14:textId="3776788B" w:rsidR="00ED2278" w:rsidRPr="005E06B4" w:rsidRDefault="00ED2278" w:rsidP="00ED2278">
            <w:pPr>
              <w:spacing w:after="0"/>
              <w:rPr>
                <w:rFonts w:ascii="Aptos" w:hAnsi="Aptos"/>
                <w:sz w:val="14"/>
                <w:szCs w:val="14"/>
              </w:rPr>
            </w:pPr>
            <w:r w:rsidRPr="005E06B4">
              <w:rPr>
                <w:rFonts w:ascii="Aptos" w:hAnsi="Aptos"/>
                <w:sz w:val="14"/>
                <w:szCs w:val="14"/>
              </w:rPr>
              <w:t xml:space="preserve">Sometimes </w:t>
            </w:r>
            <w:r w:rsidRPr="005E06B4">
              <w:rPr>
                <w:rFonts w:ascii="Aptos" w:hAnsi="Aptos"/>
                <w:b/>
                <w:bCs/>
                <w:sz w:val="14"/>
                <w:szCs w:val="14"/>
              </w:rPr>
              <w:t>seeks feedback</w:t>
            </w:r>
            <w:r w:rsidRPr="005E06B4">
              <w:rPr>
                <w:rFonts w:ascii="Aptos" w:hAnsi="Aptos"/>
                <w:sz w:val="14"/>
                <w:szCs w:val="14"/>
              </w:rPr>
              <w:t xml:space="preserve"> from mentors and </w:t>
            </w:r>
            <w:r w:rsidRPr="005E06B4">
              <w:rPr>
                <w:rFonts w:ascii="Aptos" w:hAnsi="Aptos"/>
                <w:b/>
                <w:bCs/>
                <w:sz w:val="14"/>
                <w:szCs w:val="14"/>
              </w:rPr>
              <w:t>responds</w:t>
            </w:r>
            <w:r w:rsidR="00794CE0">
              <w:rPr>
                <w:rFonts w:ascii="Aptos" w:hAnsi="Aptos"/>
                <w:b/>
                <w:bCs/>
                <w:sz w:val="14"/>
                <w:szCs w:val="14"/>
              </w:rPr>
              <w:t xml:space="preserve"> </w:t>
            </w:r>
            <w:r w:rsidRPr="005E06B4">
              <w:rPr>
                <w:rFonts w:ascii="Aptos" w:hAnsi="Aptos"/>
                <w:b/>
                <w:bCs/>
                <w:sz w:val="14"/>
                <w:szCs w:val="14"/>
              </w:rPr>
              <w:t>positively.</w:t>
            </w:r>
            <w:r w:rsidRPr="005E06B4">
              <w:rPr>
                <w:rFonts w:ascii="Aptos" w:hAnsi="Aptos"/>
                <w:sz w:val="14"/>
                <w:szCs w:val="14"/>
              </w:rPr>
              <w:t xml:space="preserve"> </w:t>
            </w:r>
          </w:p>
        </w:tc>
        <w:tc>
          <w:tcPr>
            <w:tcW w:w="3685" w:type="dxa"/>
            <w:tcBorders>
              <w:right w:val="single" w:sz="12" w:space="0" w:color="auto"/>
            </w:tcBorders>
            <w:shd w:val="clear" w:color="auto" w:fill="FAFAFA"/>
            <w:tcMar>
              <w:top w:w="60" w:type="dxa"/>
              <w:left w:w="80" w:type="dxa"/>
              <w:bottom w:w="60" w:type="dxa"/>
              <w:right w:w="80" w:type="dxa"/>
            </w:tcMar>
          </w:tcPr>
          <w:p w14:paraId="70337698" w14:textId="3F26BA54" w:rsidR="00ED2278" w:rsidRPr="005E06B4" w:rsidRDefault="00ED2278" w:rsidP="00ED2278">
            <w:pPr>
              <w:spacing w:after="0"/>
              <w:rPr>
                <w:rFonts w:ascii="Aptos" w:hAnsi="Aptos"/>
                <w:sz w:val="14"/>
                <w:szCs w:val="14"/>
              </w:rPr>
            </w:pPr>
            <w:r w:rsidRPr="005E06B4">
              <w:rPr>
                <w:rFonts w:ascii="Aptos" w:hAnsi="Aptos"/>
                <w:sz w:val="14"/>
                <w:szCs w:val="14"/>
              </w:rPr>
              <w:t xml:space="preserve">Regularly seeks and values feedback from mentors and acts appropriately on this. </w:t>
            </w:r>
          </w:p>
        </w:tc>
        <w:tc>
          <w:tcPr>
            <w:tcW w:w="3685" w:type="dxa"/>
            <w:tcBorders>
              <w:left w:val="single" w:sz="12" w:space="0" w:color="auto"/>
            </w:tcBorders>
            <w:shd w:val="clear" w:color="auto" w:fill="FAFAFA"/>
            <w:tcMar>
              <w:top w:w="60" w:type="dxa"/>
              <w:left w:w="80" w:type="dxa"/>
              <w:bottom w:w="60" w:type="dxa"/>
              <w:right w:w="80" w:type="dxa"/>
            </w:tcMar>
          </w:tcPr>
          <w:p w14:paraId="0159A1FA" w14:textId="4BC6F46B" w:rsidR="00ED2278" w:rsidRPr="005E06B4" w:rsidRDefault="00ED2278" w:rsidP="00ED2278">
            <w:pPr>
              <w:spacing w:after="0"/>
              <w:rPr>
                <w:rFonts w:ascii="Aptos" w:hAnsi="Aptos"/>
                <w:sz w:val="14"/>
                <w:szCs w:val="14"/>
              </w:rPr>
            </w:pPr>
            <w:r w:rsidRPr="005E06B4">
              <w:rPr>
                <w:rFonts w:ascii="Aptos" w:hAnsi="Aptos"/>
                <w:sz w:val="14"/>
                <w:szCs w:val="14"/>
              </w:rPr>
              <w:t xml:space="preserve">Consistently and proactively seeks and values feedback from mentors and others and uses this to improve their teaching further. </w:t>
            </w:r>
          </w:p>
        </w:tc>
      </w:tr>
      <w:tr w:rsidR="00ED2278" w:rsidRPr="00B2123C" w14:paraId="3A9384EF" w14:textId="77777777" w:rsidTr="004C3C78">
        <w:trPr>
          <w:cantSplit/>
          <w:jc w:val="center"/>
        </w:trPr>
        <w:tc>
          <w:tcPr>
            <w:tcW w:w="3685" w:type="dxa"/>
            <w:shd w:val="clear" w:color="auto" w:fill="FFFFFF"/>
            <w:tcMar>
              <w:top w:w="60" w:type="dxa"/>
              <w:left w:w="80" w:type="dxa"/>
              <w:bottom w:w="60" w:type="dxa"/>
              <w:right w:w="80" w:type="dxa"/>
            </w:tcMar>
          </w:tcPr>
          <w:p w14:paraId="4B480392" w14:textId="2A9B86C9" w:rsidR="00ED2278" w:rsidRPr="005E06B4" w:rsidRDefault="00ED2278" w:rsidP="00ED2278">
            <w:pPr>
              <w:spacing w:after="0"/>
              <w:rPr>
                <w:rFonts w:ascii="Aptos" w:hAnsi="Aptos"/>
                <w:sz w:val="14"/>
                <w:szCs w:val="14"/>
              </w:rPr>
            </w:pPr>
            <w:r w:rsidRPr="005E06B4">
              <w:rPr>
                <w:rFonts w:ascii="Aptos" w:hAnsi="Aptos"/>
                <w:b/>
                <w:bCs/>
                <w:sz w:val="14"/>
                <w:szCs w:val="14"/>
              </w:rPr>
              <w:t>Reflects on their own practice</w:t>
            </w:r>
            <w:r w:rsidRPr="005E06B4">
              <w:rPr>
                <w:rFonts w:ascii="Aptos" w:hAnsi="Aptos"/>
                <w:sz w:val="14"/>
                <w:szCs w:val="14"/>
              </w:rPr>
              <w:t xml:space="preserve"> and is able to </w:t>
            </w:r>
            <w:r w:rsidRPr="005E06B4">
              <w:rPr>
                <w:rFonts w:ascii="Aptos" w:hAnsi="Aptos"/>
                <w:b/>
                <w:bCs/>
                <w:sz w:val="14"/>
                <w:szCs w:val="14"/>
              </w:rPr>
              <w:t>identify strengths and personal targets.</w:t>
            </w:r>
          </w:p>
        </w:tc>
        <w:tc>
          <w:tcPr>
            <w:tcW w:w="3685" w:type="dxa"/>
            <w:tcBorders>
              <w:right w:val="single" w:sz="12" w:space="0" w:color="auto"/>
            </w:tcBorders>
            <w:shd w:val="clear" w:color="auto" w:fill="FFFFFF"/>
            <w:tcMar>
              <w:top w:w="60" w:type="dxa"/>
              <w:left w:w="80" w:type="dxa"/>
              <w:bottom w:w="60" w:type="dxa"/>
              <w:right w:w="80" w:type="dxa"/>
            </w:tcMar>
          </w:tcPr>
          <w:p w14:paraId="24BDE2BD" w14:textId="2B8EA5A9" w:rsidR="00ED2278" w:rsidRPr="005E06B4" w:rsidRDefault="00ED2278" w:rsidP="00ED2278">
            <w:pPr>
              <w:spacing w:after="0"/>
              <w:rPr>
                <w:rFonts w:ascii="Aptos" w:hAnsi="Aptos"/>
                <w:sz w:val="14"/>
                <w:szCs w:val="14"/>
              </w:rPr>
            </w:pPr>
            <w:r w:rsidRPr="005E06B4">
              <w:rPr>
                <w:rFonts w:ascii="Aptos" w:hAnsi="Aptos"/>
                <w:sz w:val="14"/>
                <w:szCs w:val="14"/>
              </w:rPr>
              <w:t xml:space="preserve">Regularly reflects systematically on their practice, identifying strengths and personal targets and ways to address these.  </w:t>
            </w:r>
          </w:p>
        </w:tc>
        <w:tc>
          <w:tcPr>
            <w:tcW w:w="3685" w:type="dxa"/>
            <w:tcBorders>
              <w:left w:val="single" w:sz="12" w:space="0" w:color="auto"/>
            </w:tcBorders>
            <w:shd w:val="clear" w:color="auto" w:fill="FFFFFF"/>
            <w:tcMar>
              <w:top w:w="60" w:type="dxa"/>
              <w:left w:w="80" w:type="dxa"/>
              <w:bottom w:w="60" w:type="dxa"/>
              <w:right w:w="80" w:type="dxa"/>
            </w:tcMar>
          </w:tcPr>
          <w:p w14:paraId="23B03950" w14:textId="1A7619AA" w:rsidR="00ED2278" w:rsidRPr="005E06B4" w:rsidRDefault="00ED2278" w:rsidP="00ED2278">
            <w:pPr>
              <w:spacing w:after="0"/>
              <w:rPr>
                <w:rFonts w:ascii="Aptos" w:hAnsi="Aptos"/>
                <w:sz w:val="14"/>
                <w:szCs w:val="14"/>
              </w:rPr>
            </w:pPr>
            <w:r w:rsidRPr="005E06B4">
              <w:rPr>
                <w:rFonts w:ascii="Aptos" w:hAnsi="Aptos"/>
                <w:sz w:val="14"/>
                <w:szCs w:val="14"/>
              </w:rPr>
              <w:t xml:space="preserve">Highly reflective in evaluating their own practice.  Proactively identifies strengths and personal targets and ways to address these. </w:t>
            </w:r>
          </w:p>
        </w:tc>
      </w:tr>
      <w:tr w:rsidR="00ED2278" w:rsidRPr="00B2123C" w14:paraId="000539FA" w14:textId="77777777" w:rsidTr="004C3C78">
        <w:trPr>
          <w:cantSplit/>
          <w:jc w:val="center"/>
        </w:trPr>
        <w:tc>
          <w:tcPr>
            <w:tcW w:w="3685" w:type="dxa"/>
            <w:shd w:val="clear" w:color="auto" w:fill="FAFAFA"/>
            <w:tcMar>
              <w:top w:w="60" w:type="dxa"/>
              <w:left w:w="80" w:type="dxa"/>
              <w:bottom w:w="60" w:type="dxa"/>
              <w:right w:w="80" w:type="dxa"/>
            </w:tcMar>
          </w:tcPr>
          <w:p w14:paraId="485F9A9E" w14:textId="3FC35D5C" w:rsidR="00ED2278" w:rsidRPr="005E06B4" w:rsidRDefault="00ED2278" w:rsidP="00ED2278">
            <w:pPr>
              <w:spacing w:after="0"/>
              <w:rPr>
                <w:rFonts w:ascii="Aptos" w:hAnsi="Aptos"/>
                <w:sz w:val="14"/>
                <w:szCs w:val="14"/>
              </w:rPr>
            </w:pPr>
            <w:r w:rsidRPr="005E06B4">
              <w:rPr>
                <w:rFonts w:ascii="Aptos" w:hAnsi="Aptos"/>
                <w:sz w:val="14"/>
                <w:szCs w:val="14"/>
              </w:rPr>
              <w:t xml:space="preserve">Sometimes </w:t>
            </w:r>
            <w:r w:rsidRPr="005E06B4">
              <w:rPr>
                <w:rFonts w:ascii="Aptos" w:hAnsi="Aptos"/>
                <w:b/>
                <w:bCs/>
                <w:sz w:val="14"/>
                <w:szCs w:val="14"/>
              </w:rPr>
              <w:t>engages critically with research</w:t>
            </w:r>
            <w:r w:rsidRPr="005E06B4">
              <w:rPr>
                <w:rFonts w:ascii="Aptos" w:hAnsi="Aptos"/>
                <w:sz w:val="14"/>
                <w:szCs w:val="14"/>
              </w:rPr>
              <w:t xml:space="preserve"> and uses evidence to support their practice.</w:t>
            </w:r>
          </w:p>
        </w:tc>
        <w:tc>
          <w:tcPr>
            <w:tcW w:w="3685" w:type="dxa"/>
            <w:tcBorders>
              <w:right w:val="single" w:sz="12" w:space="0" w:color="auto"/>
            </w:tcBorders>
            <w:shd w:val="clear" w:color="auto" w:fill="FAFAFA"/>
            <w:tcMar>
              <w:top w:w="60" w:type="dxa"/>
              <w:left w:w="80" w:type="dxa"/>
              <w:bottom w:w="60" w:type="dxa"/>
              <w:right w:w="80" w:type="dxa"/>
            </w:tcMar>
          </w:tcPr>
          <w:p w14:paraId="16BB786B" w14:textId="44E15AA7" w:rsidR="00ED2278" w:rsidRPr="005E06B4" w:rsidRDefault="00ED2278" w:rsidP="00ED2278">
            <w:pPr>
              <w:spacing w:after="0"/>
              <w:rPr>
                <w:rFonts w:ascii="Aptos" w:hAnsi="Aptos"/>
                <w:sz w:val="14"/>
                <w:szCs w:val="14"/>
              </w:rPr>
            </w:pPr>
            <w:r w:rsidRPr="005E06B4">
              <w:rPr>
                <w:rFonts w:ascii="Aptos" w:hAnsi="Aptos"/>
                <w:sz w:val="14"/>
                <w:szCs w:val="14"/>
              </w:rPr>
              <w:t xml:space="preserve">Regularly engages critically with research and uses evidence to support their development. </w:t>
            </w:r>
          </w:p>
        </w:tc>
        <w:tc>
          <w:tcPr>
            <w:tcW w:w="3685" w:type="dxa"/>
            <w:tcBorders>
              <w:left w:val="single" w:sz="12" w:space="0" w:color="auto"/>
            </w:tcBorders>
            <w:shd w:val="clear" w:color="auto" w:fill="FAFAFA"/>
            <w:tcMar>
              <w:top w:w="60" w:type="dxa"/>
              <w:left w:w="80" w:type="dxa"/>
              <w:bottom w:w="60" w:type="dxa"/>
              <w:right w:w="80" w:type="dxa"/>
            </w:tcMar>
          </w:tcPr>
          <w:p w14:paraId="31074C41" w14:textId="145F9668" w:rsidR="00ED2278" w:rsidRPr="005E06B4" w:rsidRDefault="00ED2278" w:rsidP="00ED2278">
            <w:pPr>
              <w:spacing w:after="0"/>
              <w:rPr>
                <w:rFonts w:ascii="Aptos" w:hAnsi="Aptos"/>
                <w:sz w:val="14"/>
                <w:szCs w:val="14"/>
              </w:rPr>
            </w:pPr>
            <w:r w:rsidRPr="005E06B4">
              <w:rPr>
                <w:rFonts w:ascii="Aptos" w:hAnsi="Aptos"/>
                <w:sz w:val="14"/>
                <w:szCs w:val="14"/>
              </w:rPr>
              <w:t xml:space="preserve">Highly effective in engaging critically with research and using evidence to support their development. </w:t>
            </w:r>
          </w:p>
        </w:tc>
      </w:tr>
      <w:tr w:rsidR="00ED2278" w:rsidRPr="00B2123C" w14:paraId="0783F595" w14:textId="77777777" w:rsidTr="004C3C78">
        <w:trPr>
          <w:cantSplit/>
          <w:jc w:val="center"/>
        </w:trPr>
        <w:tc>
          <w:tcPr>
            <w:tcW w:w="3685" w:type="dxa"/>
            <w:shd w:val="clear" w:color="auto" w:fill="FFFFFF"/>
            <w:tcMar>
              <w:top w:w="60" w:type="dxa"/>
              <w:left w:w="80" w:type="dxa"/>
              <w:bottom w:w="60" w:type="dxa"/>
              <w:right w:w="80" w:type="dxa"/>
            </w:tcMar>
          </w:tcPr>
          <w:p w14:paraId="638DCF8F" w14:textId="3219D02D" w:rsidR="00ED2278" w:rsidRPr="005E06B4" w:rsidRDefault="00ED2278" w:rsidP="00ED2278">
            <w:pPr>
              <w:spacing w:after="0"/>
              <w:rPr>
                <w:rFonts w:ascii="Aptos" w:hAnsi="Aptos"/>
                <w:sz w:val="14"/>
                <w:szCs w:val="14"/>
              </w:rPr>
            </w:pPr>
            <w:r w:rsidRPr="005E06B4">
              <w:rPr>
                <w:rFonts w:ascii="Aptos" w:hAnsi="Aptos"/>
                <w:sz w:val="14"/>
                <w:szCs w:val="14"/>
              </w:rPr>
              <w:t xml:space="preserve">Supports the </w:t>
            </w:r>
            <w:r w:rsidRPr="005E06B4">
              <w:rPr>
                <w:rFonts w:ascii="Aptos" w:hAnsi="Aptos"/>
                <w:b/>
                <w:bCs/>
                <w:sz w:val="14"/>
                <w:szCs w:val="14"/>
              </w:rPr>
              <w:t>ethos and, wider life of the school</w:t>
            </w:r>
            <w:r w:rsidRPr="005E06B4">
              <w:rPr>
                <w:rFonts w:ascii="Aptos" w:hAnsi="Aptos"/>
                <w:sz w:val="14"/>
                <w:szCs w:val="14"/>
              </w:rPr>
              <w:t>, generally making a positive contribution.</w:t>
            </w:r>
          </w:p>
        </w:tc>
        <w:tc>
          <w:tcPr>
            <w:tcW w:w="3685" w:type="dxa"/>
            <w:tcBorders>
              <w:right w:val="single" w:sz="12" w:space="0" w:color="auto"/>
            </w:tcBorders>
            <w:shd w:val="clear" w:color="auto" w:fill="FFFFFF"/>
            <w:tcMar>
              <w:top w:w="60" w:type="dxa"/>
              <w:left w:w="80" w:type="dxa"/>
              <w:bottom w:w="60" w:type="dxa"/>
              <w:right w:w="80" w:type="dxa"/>
            </w:tcMar>
          </w:tcPr>
          <w:p w14:paraId="52609371" w14:textId="23541143" w:rsidR="00ED2278" w:rsidRPr="005E06B4" w:rsidRDefault="00ED2278" w:rsidP="00ED2278">
            <w:pPr>
              <w:spacing w:after="0"/>
              <w:rPr>
                <w:rFonts w:ascii="Aptos" w:hAnsi="Aptos"/>
                <w:sz w:val="14"/>
                <w:szCs w:val="14"/>
              </w:rPr>
            </w:pPr>
            <w:r w:rsidRPr="005E06B4">
              <w:rPr>
                <w:rFonts w:ascii="Aptos" w:hAnsi="Aptos"/>
                <w:sz w:val="14"/>
                <w:szCs w:val="14"/>
              </w:rPr>
              <w:t xml:space="preserve">Understands and supports the ethos and wider life of the school, regularly making a positive contribution. </w:t>
            </w:r>
          </w:p>
        </w:tc>
        <w:tc>
          <w:tcPr>
            <w:tcW w:w="3685" w:type="dxa"/>
            <w:tcBorders>
              <w:left w:val="single" w:sz="12" w:space="0" w:color="auto"/>
            </w:tcBorders>
            <w:shd w:val="clear" w:color="auto" w:fill="FFFFFF"/>
            <w:tcMar>
              <w:top w:w="60" w:type="dxa"/>
              <w:left w:w="80" w:type="dxa"/>
              <w:bottom w:w="60" w:type="dxa"/>
              <w:right w:w="80" w:type="dxa"/>
            </w:tcMar>
          </w:tcPr>
          <w:p w14:paraId="5E052C5E" w14:textId="6B26F2AE" w:rsidR="00ED2278" w:rsidRPr="005E06B4" w:rsidRDefault="00ED2278" w:rsidP="00ED2278">
            <w:pPr>
              <w:spacing w:after="0"/>
              <w:rPr>
                <w:rFonts w:ascii="Aptos" w:hAnsi="Aptos"/>
                <w:sz w:val="14"/>
                <w:szCs w:val="14"/>
              </w:rPr>
            </w:pPr>
            <w:r w:rsidRPr="005E06B4">
              <w:rPr>
                <w:rFonts w:ascii="Aptos" w:hAnsi="Aptos"/>
                <w:sz w:val="14"/>
                <w:szCs w:val="14"/>
              </w:rPr>
              <w:t xml:space="preserve">Proactively seeks out opportunities to make significant, positive contributions to the wider life of the school. </w:t>
            </w:r>
          </w:p>
        </w:tc>
      </w:tr>
      <w:tr w:rsidR="00ED2278" w:rsidRPr="00B2123C" w14:paraId="5D895259" w14:textId="77777777" w:rsidTr="004C3C78">
        <w:trPr>
          <w:cantSplit/>
          <w:jc w:val="center"/>
        </w:trPr>
        <w:tc>
          <w:tcPr>
            <w:tcW w:w="3685" w:type="dxa"/>
            <w:shd w:val="clear" w:color="auto" w:fill="FAFAFA"/>
            <w:tcMar>
              <w:top w:w="60" w:type="dxa"/>
              <w:left w:w="80" w:type="dxa"/>
              <w:bottom w:w="60" w:type="dxa"/>
              <w:right w:w="80" w:type="dxa"/>
            </w:tcMar>
          </w:tcPr>
          <w:p w14:paraId="6C710A07" w14:textId="5038F805" w:rsidR="00ED2278" w:rsidRPr="005E06B4" w:rsidRDefault="00ED2278" w:rsidP="00ED2278">
            <w:pPr>
              <w:spacing w:after="0"/>
              <w:rPr>
                <w:rFonts w:ascii="Aptos" w:hAnsi="Aptos"/>
                <w:sz w:val="14"/>
                <w:szCs w:val="14"/>
              </w:rPr>
            </w:pPr>
            <w:r w:rsidRPr="005E06B4">
              <w:rPr>
                <w:rFonts w:ascii="Aptos" w:hAnsi="Aptos"/>
                <w:sz w:val="14"/>
                <w:szCs w:val="14"/>
              </w:rPr>
              <w:t xml:space="preserve">Is beginning to understand how teachers communicate effectively at </w:t>
            </w:r>
            <w:r w:rsidRPr="005E06B4">
              <w:rPr>
                <w:rFonts w:ascii="Aptos" w:hAnsi="Aptos"/>
                <w:b/>
                <w:bCs/>
                <w:sz w:val="14"/>
                <w:szCs w:val="14"/>
              </w:rPr>
              <w:t>parents’ evenings</w:t>
            </w:r>
            <w:r w:rsidRPr="005E06B4">
              <w:rPr>
                <w:rFonts w:ascii="Aptos" w:hAnsi="Aptos"/>
                <w:sz w:val="14"/>
                <w:szCs w:val="14"/>
              </w:rPr>
              <w:t xml:space="preserve"> (see also BM). </w:t>
            </w:r>
          </w:p>
        </w:tc>
        <w:tc>
          <w:tcPr>
            <w:tcW w:w="3685" w:type="dxa"/>
            <w:tcBorders>
              <w:right w:val="single" w:sz="12" w:space="0" w:color="auto"/>
            </w:tcBorders>
            <w:shd w:val="clear" w:color="auto" w:fill="FAFAFA"/>
            <w:tcMar>
              <w:top w:w="60" w:type="dxa"/>
              <w:left w:w="80" w:type="dxa"/>
              <w:bottom w:w="60" w:type="dxa"/>
              <w:right w:w="80" w:type="dxa"/>
            </w:tcMar>
          </w:tcPr>
          <w:p w14:paraId="479A9186" w14:textId="348FA691" w:rsidR="00ED2278" w:rsidRPr="005E06B4" w:rsidRDefault="00ED2278" w:rsidP="00ED2278">
            <w:pPr>
              <w:spacing w:after="0"/>
              <w:rPr>
                <w:rFonts w:ascii="Aptos" w:hAnsi="Aptos"/>
                <w:sz w:val="14"/>
                <w:szCs w:val="14"/>
              </w:rPr>
            </w:pPr>
            <w:r w:rsidRPr="005E06B4">
              <w:rPr>
                <w:rFonts w:ascii="Aptos" w:hAnsi="Aptos"/>
                <w:sz w:val="14"/>
                <w:szCs w:val="14"/>
              </w:rPr>
              <w:t xml:space="preserve">Contributes (where possible) to discussions with parents and carers at parents’ evenings. </w:t>
            </w:r>
          </w:p>
        </w:tc>
        <w:tc>
          <w:tcPr>
            <w:tcW w:w="3685" w:type="dxa"/>
            <w:tcBorders>
              <w:left w:val="single" w:sz="12" w:space="0" w:color="auto"/>
            </w:tcBorders>
            <w:shd w:val="clear" w:color="auto" w:fill="FAFAFA"/>
            <w:tcMar>
              <w:top w:w="60" w:type="dxa"/>
              <w:left w:w="80" w:type="dxa"/>
              <w:bottom w:w="60" w:type="dxa"/>
              <w:right w:w="80" w:type="dxa"/>
            </w:tcMar>
          </w:tcPr>
          <w:p w14:paraId="0FCD9993" w14:textId="05F5DED9" w:rsidR="00ED2278" w:rsidRPr="005E06B4" w:rsidRDefault="00ED2278" w:rsidP="00ED2278">
            <w:pPr>
              <w:spacing w:after="0"/>
              <w:rPr>
                <w:rFonts w:ascii="Aptos" w:hAnsi="Aptos"/>
                <w:sz w:val="14"/>
                <w:szCs w:val="14"/>
              </w:rPr>
            </w:pPr>
            <w:r w:rsidRPr="005E06B4">
              <w:rPr>
                <w:rFonts w:ascii="Aptos" w:hAnsi="Aptos"/>
                <w:sz w:val="14"/>
                <w:szCs w:val="14"/>
              </w:rPr>
              <w:t>Understands and contributes effectively (where possible) to discussions with parents and carers at parents’ evenings</w:t>
            </w:r>
          </w:p>
        </w:tc>
      </w:tr>
      <w:tr w:rsidR="00ED2278" w:rsidRPr="00B2123C" w14:paraId="1BF38F4F" w14:textId="77777777" w:rsidTr="004C3C78">
        <w:trPr>
          <w:cantSplit/>
          <w:jc w:val="center"/>
        </w:trPr>
        <w:tc>
          <w:tcPr>
            <w:tcW w:w="3685" w:type="dxa"/>
            <w:shd w:val="clear" w:color="auto" w:fill="FFFFFF"/>
            <w:tcMar>
              <w:top w:w="60" w:type="dxa"/>
              <w:left w:w="80" w:type="dxa"/>
              <w:bottom w:w="60" w:type="dxa"/>
              <w:right w:w="80" w:type="dxa"/>
            </w:tcMar>
          </w:tcPr>
          <w:p w14:paraId="78291824" w14:textId="4472D9F6" w:rsidR="00ED2278" w:rsidRPr="005E06B4" w:rsidRDefault="00ED2278" w:rsidP="00ED2278">
            <w:pPr>
              <w:spacing w:after="0"/>
              <w:rPr>
                <w:rFonts w:ascii="Aptos" w:hAnsi="Aptos"/>
                <w:sz w:val="14"/>
                <w:szCs w:val="14"/>
              </w:rPr>
            </w:pPr>
            <w:r w:rsidRPr="005E06B4">
              <w:rPr>
                <w:rFonts w:ascii="Aptos" w:hAnsi="Aptos"/>
                <w:sz w:val="14"/>
                <w:szCs w:val="14"/>
              </w:rPr>
              <w:t xml:space="preserve">Sometimes </w:t>
            </w:r>
            <w:r w:rsidRPr="005E06B4">
              <w:rPr>
                <w:rFonts w:ascii="Aptos" w:hAnsi="Aptos"/>
                <w:b/>
                <w:bCs/>
                <w:sz w:val="14"/>
                <w:szCs w:val="14"/>
              </w:rPr>
              <w:t>liaises with SENCO, TAs, and other professionals</w:t>
            </w:r>
            <w:r w:rsidRPr="005E06B4">
              <w:rPr>
                <w:rFonts w:ascii="Aptos" w:hAnsi="Aptos"/>
                <w:sz w:val="14"/>
                <w:szCs w:val="14"/>
              </w:rPr>
              <w:t xml:space="preserve"> (as appropriate) in relation to pupil with specific needs so that they see how interventions link with classroom practice.</w:t>
            </w:r>
          </w:p>
        </w:tc>
        <w:tc>
          <w:tcPr>
            <w:tcW w:w="3685" w:type="dxa"/>
            <w:tcBorders>
              <w:right w:val="single" w:sz="12" w:space="0" w:color="auto"/>
            </w:tcBorders>
            <w:shd w:val="clear" w:color="auto" w:fill="FFFFFF"/>
            <w:tcMar>
              <w:top w:w="60" w:type="dxa"/>
              <w:left w:w="80" w:type="dxa"/>
              <w:bottom w:w="60" w:type="dxa"/>
              <w:right w:w="80" w:type="dxa"/>
            </w:tcMar>
          </w:tcPr>
          <w:p w14:paraId="5B9007ED" w14:textId="052095E0" w:rsidR="00ED2278" w:rsidRPr="005E06B4" w:rsidRDefault="00ED2278" w:rsidP="00ED2278">
            <w:pPr>
              <w:spacing w:after="0"/>
              <w:rPr>
                <w:rFonts w:ascii="Aptos" w:hAnsi="Aptos"/>
                <w:sz w:val="14"/>
                <w:szCs w:val="14"/>
              </w:rPr>
            </w:pPr>
            <w:r w:rsidRPr="005E06B4">
              <w:rPr>
                <w:rFonts w:ascii="Aptos" w:hAnsi="Aptos"/>
                <w:sz w:val="14"/>
                <w:szCs w:val="14"/>
              </w:rPr>
              <w:t>Regularly liaises appropriately with SENCO, TAs and other professionals (as appropriate) in relation to pupil with specific needs so that interventions link with classroom practice.</w:t>
            </w:r>
          </w:p>
        </w:tc>
        <w:tc>
          <w:tcPr>
            <w:tcW w:w="3685" w:type="dxa"/>
            <w:tcBorders>
              <w:left w:val="single" w:sz="12" w:space="0" w:color="auto"/>
            </w:tcBorders>
            <w:shd w:val="clear" w:color="auto" w:fill="FFFFFF"/>
            <w:tcMar>
              <w:top w:w="60" w:type="dxa"/>
              <w:left w:w="80" w:type="dxa"/>
              <w:bottom w:w="60" w:type="dxa"/>
              <w:right w:w="80" w:type="dxa"/>
            </w:tcMar>
          </w:tcPr>
          <w:p w14:paraId="3F8CE9D6" w14:textId="4E226E3E" w:rsidR="00ED2278" w:rsidRPr="005E06B4" w:rsidRDefault="00ED2278" w:rsidP="00ED2278">
            <w:pPr>
              <w:spacing w:after="0"/>
              <w:rPr>
                <w:rFonts w:ascii="Aptos" w:hAnsi="Aptos"/>
                <w:sz w:val="14"/>
                <w:szCs w:val="14"/>
              </w:rPr>
            </w:pPr>
            <w:r w:rsidRPr="005E06B4">
              <w:rPr>
                <w:rFonts w:ascii="Aptos" w:hAnsi="Aptos"/>
                <w:sz w:val="14"/>
                <w:szCs w:val="14"/>
              </w:rPr>
              <w:t>Consistently liaises appropriately with SENCO, TAs and other professionals (as appropriate) in relation to pupil with specific needs so that they ensure interventions link with classroom practice.</w:t>
            </w:r>
          </w:p>
        </w:tc>
      </w:tr>
      <w:tr w:rsidR="00ED2278" w:rsidRPr="00B2123C" w14:paraId="55CAFE12" w14:textId="77777777" w:rsidTr="004C3C78">
        <w:trPr>
          <w:cantSplit/>
          <w:jc w:val="center"/>
        </w:trPr>
        <w:tc>
          <w:tcPr>
            <w:tcW w:w="3685" w:type="dxa"/>
            <w:shd w:val="clear" w:color="auto" w:fill="FAFAFA"/>
            <w:tcMar>
              <w:top w:w="60" w:type="dxa"/>
              <w:left w:w="80" w:type="dxa"/>
              <w:bottom w:w="60" w:type="dxa"/>
              <w:right w:w="80" w:type="dxa"/>
            </w:tcMar>
          </w:tcPr>
          <w:p w14:paraId="69CD97FF" w14:textId="19EC1F63" w:rsidR="00ED2278" w:rsidRPr="005E06B4" w:rsidRDefault="00ED2278" w:rsidP="00ED2278">
            <w:pPr>
              <w:spacing w:after="0"/>
              <w:rPr>
                <w:rFonts w:ascii="Aptos" w:hAnsi="Aptos"/>
                <w:sz w:val="14"/>
                <w:szCs w:val="14"/>
              </w:rPr>
            </w:pPr>
            <w:r w:rsidRPr="005E06B4">
              <w:rPr>
                <w:rFonts w:ascii="Aptos" w:hAnsi="Aptos"/>
                <w:sz w:val="14"/>
                <w:szCs w:val="14"/>
              </w:rPr>
              <w:t xml:space="preserve">Sometimes </w:t>
            </w:r>
            <w:r w:rsidRPr="005E06B4">
              <w:rPr>
                <w:rFonts w:ascii="Aptos" w:hAnsi="Aptos"/>
                <w:b/>
                <w:bCs/>
                <w:sz w:val="14"/>
                <w:szCs w:val="14"/>
              </w:rPr>
              <w:t>communicates with Tas/support staff</w:t>
            </w:r>
            <w:r w:rsidRPr="005E06B4">
              <w:rPr>
                <w:rFonts w:ascii="Aptos" w:hAnsi="Aptos"/>
                <w:sz w:val="14"/>
                <w:szCs w:val="14"/>
              </w:rPr>
              <w:t xml:space="preserve"> to support learning of individuals, groups, and the whole class (within planning, during and after lessons as appropriate). </w:t>
            </w:r>
          </w:p>
        </w:tc>
        <w:tc>
          <w:tcPr>
            <w:tcW w:w="3685" w:type="dxa"/>
            <w:tcBorders>
              <w:right w:val="single" w:sz="12" w:space="0" w:color="auto"/>
            </w:tcBorders>
            <w:shd w:val="clear" w:color="auto" w:fill="FAFAFA"/>
            <w:tcMar>
              <w:top w:w="60" w:type="dxa"/>
              <w:left w:w="80" w:type="dxa"/>
              <w:bottom w:w="60" w:type="dxa"/>
              <w:right w:w="80" w:type="dxa"/>
            </w:tcMar>
          </w:tcPr>
          <w:p w14:paraId="0F4D0AB9" w14:textId="127CCACC" w:rsidR="00ED2278" w:rsidRPr="005E06B4" w:rsidRDefault="00ED2278" w:rsidP="00ED2278">
            <w:pPr>
              <w:spacing w:after="0"/>
              <w:rPr>
                <w:rFonts w:ascii="Aptos" w:hAnsi="Aptos"/>
                <w:sz w:val="14"/>
                <w:szCs w:val="14"/>
              </w:rPr>
            </w:pPr>
            <w:r w:rsidRPr="005E06B4">
              <w:rPr>
                <w:rFonts w:ascii="Aptos" w:hAnsi="Aptos"/>
                <w:sz w:val="14"/>
                <w:szCs w:val="14"/>
              </w:rPr>
              <w:t>Regularly communicates with Tas/support staff to support learning of individuals, groups and the whole class (within planning, during and after lessons as appropriate).</w:t>
            </w:r>
          </w:p>
        </w:tc>
        <w:tc>
          <w:tcPr>
            <w:tcW w:w="3685" w:type="dxa"/>
            <w:tcBorders>
              <w:left w:val="single" w:sz="12" w:space="0" w:color="auto"/>
            </w:tcBorders>
            <w:shd w:val="clear" w:color="auto" w:fill="FAFAFA"/>
            <w:tcMar>
              <w:top w:w="60" w:type="dxa"/>
              <w:left w:w="80" w:type="dxa"/>
              <w:bottom w:w="60" w:type="dxa"/>
              <w:right w:w="80" w:type="dxa"/>
            </w:tcMar>
          </w:tcPr>
          <w:p w14:paraId="19A12311" w14:textId="587C9F91" w:rsidR="00ED2278" w:rsidRPr="005E06B4" w:rsidRDefault="00ED2278" w:rsidP="00ED2278">
            <w:pPr>
              <w:spacing w:after="0"/>
              <w:rPr>
                <w:rFonts w:ascii="Aptos" w:hAnsi="Aptos"/>
                <w:sz w:val="14"/>
                <w:szCs w:val="14"/>
              </w:rPr>
            </w:pPr>
            <w:r w:rsidRPr="005E06B4">
              <w:rPr>
                <w:rFonts w:ascii="Aptos" w:hAnsi="Aptos"/>
                <w:sz w:val="14"/>
                <w:szCs w:val="14"/>
              </w:rPr>
              <w:t>Consistently and effectively communicates with Tas/support staff to support learning of individuals, groups and the whole class (within planning, during and after lessons as appropriate).</w:t>
            </w:r>
          </w:p>
        </w:tc>
      </w:tr>
      <w:tr w:rsidR="005E06B4" w:rsidRPr="00B2123C" w14:paraId="34D827A5" w14:textId="77777777" w:rsidTr="00C978B2">
        <w:trPr>
          <w:cantSplit/>
          <w:jc w:val="center"/>
        </w:trPr>
        <w:tc>
          <w:tcPr>
            <w:tcW w:w="11055" w:type="dxa"/>
            <w:gridSpan w:val="3"/>
            <w:shd w:val="clear" w:color="auto" w:fill="FFFFFF"/>
            <w:tcMar>
              <w:top w:w="60" w:type="dxa"/>
              <w:left w:w="80" w:type="dxa"/>
              <w:bottom w:w="60" w:type="dxa"/>
              <w:right w:w="80" w:type="dxa"/>
            </w:tcMar>
          </w:tcPr>
          <w:p w14:paraId="79FE88EF" w14:textId="7B824F74" w:rsidR="005E06B4" w:rsidRPr="005E06B4" w:rsidRDefault="005E06B4" w:rsidP="005E06B4">
            <w:pPr>
              <w:spacing w:after="0"/>
              <w:jc w:val="center"/>
              <w:rPr>
                <w:rFonts w:ascii="Aptos" w:hAnsi="Aptos"/>
                <w:sz w:val="14"/>
                <w:szCs w:val="14"/>
              </w:rPr>
            </w:pPr>
            <w:r w:rsidRPr="005E06B4">
              <w:rPr>
                <w:rFonts w:ascii="Aptos" w:hAnsi="Aptos"/>
                <w:sz w:val="14"/>
                <w:szCs w:val="14"/>
              </w:rPr>
              <w:t xml:space="preserve">Knows who to contact with regard to any </w:t>
            </w:r>
            <w:r w:rsidRPr="005E06B4">
              <w:rPr>
                <w:rFonts w:ascii="Aptos" w:hAnsi="Aptos"/>
                <w:b/>
                <w:bCs/>
                <w:sz w:val="14"/>
                <w:szCs w:val="14"/>
              </w:rPr>
              <w:t>safeguarding concerns</w:t>
            </w:r>
            <w:r w:rsidRPr="005E06B4">
              <w:rPr>
                <w:rFonts w:ascii="Aptos" w:hAnsi="Aptos"/>
                <w:sz w:val="14"/>
                <w:szCs w:val="14"/>
              </w:rPr>
              <w:t xml:space="preserve"> and what to report.</w:t>
            </w:r>
          </w:p>
        </w:tc>
      </w:tr>
      <w:tr w:rsidR="005E06B4" w:rsidRPr="00B2123C" w14:paraId="11B5D103" w14:textId="77777777" w:rsidTr="004C3C78">
        <w:trPr>
          <w:cantSplit/>
          <w:jc w:val="center"/>
        </w:trPr>
        <w:tc>
          <w:tcPr>
            <w:tcW w:w="3685" w:type="dxa"/>
            <w:shd w:val="clear" w:color="auto" w:fill="FAFAFA"/>
            <w:tcMar>
              <w:top w:w="60" w:type="dxa"/>
              <w:left w:w="80" w:type="dxa"/>
              <w:bottom w:w="60" w:type="dxa"/>
              <w:right w:w="80" w:type="dxa"/>
            </w:tcMar>
          </w:tcPr>
          <w:p w14:paraId="6375B14B" w14:textId="02CFD680" w:rsidR="005E06B4" w:rsidRPr="005E06B4" w:rsidRDefault="005E06B4" w:rsidP="005E06B4">
            <w:pPr>
              <w:spacing w:after="0"/>
              <w:rPr>
                <w:rFonts w:ascii="Aptos" w:hAnsi="Aptos"/>
                <w:sz w:val="14"/>
                <w:szCs w:val="14"/>
              </w:rPr>
            </w:pPr>
            <w:r w:rsidRPr="005E06B4">
              <w:rPr>
                <w:rFonts w:ascii="Aptos" w:hAnsi="Aptos"/>
                <w:sz w:val="14"/>
                <w:szCs w:val="14"/>
              </w:rPr>
              <w:t xml:space="preserve">Can </w:t>
            </w:r>
            <w:r w:rsidRPr="005E06B4">
              <w:rPr>
                <w:rFonts w:ascii="Aptos" w:hAnsi="Aptos"/>
                <w:b/>
                <w:bCs/>
                <w:sz w:val="14"/>
                <w:szCs w:val="14"/>
              </w:rPr>
              <w:t>manage workload and wellbeing</w:t>
            </w:r>
            <w:r w:rsidRPr="005E06B4">
              <w:rPr>
                <w:rFonts w:ascii="Aptos" w:hAnsi="Aptos"/>
                <w:sz w:val="14"/>
                <w:szCs w:val="14"/>
              </w:rPr>
              <w:t xml:space="preserve"> with support.</w:t>
            </w:r>
          </w:p>
        </w:tc>
        <w:tc>
          <w:tcPr>
            <w:tcW w:w="3685" w:type="dxa"/>
            <w:tcBorders>
              <w:right w:val="single" w:sz="12" w:space="0" w:color="auto"/>
            </w:tcBorders>
            <w:shd w:val="clear" w:color="auto" w:fill="FAFAFA"/>
            <w:tcMar>
              <w:top w:w="60" w:type="dxa"/>
              <w:left w:w="80" w:type="dxa"/>
              <w:bottom w:w="60" w:type="dxa"/>
              <w:right w:w="80" w:type="dxa"/>
            </w:tcMar>
          </w:tcPr>
          <w:p w14:paraId="351F679C" w14:textId="7A64AEBC" w:rsidR="005E06B4" w:rsidRPr="005E06B4" w:rsidRDefault="005E06B4" w:rsidP="005E06B4">
            <w:pPr>
              <w:spacing w:after="0"/>
              <w:rPr>
                <w:rFonts w:ascii="Aptos" w:hAnsi="Aptos"/>
                <w:sz w:val="14"/>
                <w:szCs w:val="14"/>
              </w:rPr>
            </w:pPr>
            <w:r w:rsidRPr="005E06B4">
              <w:rPr>
                <w:rFonts w:ascii="Aptos" w:hAnsi="Aptos"/>
                <w:sz w:val="14"/>
                <w:szCs w:val="14"/>
              </w:rPr>
              <w:t xml:space="preserve">Manages workload and wellbeing appropriately with some support. </w:t>
            </w:r>
          </w:p>
        </w:tc>
        <w:tc>
          <w:tcPr>
            <w:tcW w:w="3685" w:type="dxa"/>
            <w:tcBorders>
              <w:left w:val="single" w:sz="12" w:space="0" w:color="auto"/>
            </w:tcBorders>
            <w:shd w:val="clear" w:color="auto" w:fill="FAFAFA"/>
            <w:tcMar>
              <w:top w:w="60" w:type="dxa"/>
              <w:left w:w="80" w:type="dxa"/>
              <w:bottom w:w="60" w:type="dxa"/>
              <w:right w:w="80" w:type="dxa"/>
            </w:tcMar>
          </w:tcPr>
          <w:p w14:paraId="10D68B97" w14:textId="03905205" w:rsidR="005E06B4" w:rsidRPr="005E06B4" w:rsidRDefault="005E06B4" w:rsidP="005E06B4">
            <w:pPr>
              <w:spacing w:after="0"/>
              <w:rPr>
                <w:rFonts w:ascii="Aptos" w:hAnsi="Aptos"/>
                <w:sz w:val="14"/>
                <w:szCs w:val="14"/>
              </w:rPr>
            </w:pPr>
            <w:r w:rsidRPr="005E06B4">
              <w:rPr>
                <w:rFonts w:ascii="Aptos" w:hAnsi="Aptos"/>
                <w:sz w:val="14"/>
                <w:szCs w:val="14"/>
              </w:rPr>
              <w:t>Consistently and effectively manages their workload and wellbeing, proactively seeking support when appropriate.</w:t>
            </w:r>
          </w:p>
        </w:tc>
      </w:tr>
      <w:tr w:rsidR="005E06B4" w:rsidRPr="00B2123C" w14:paraId="757B4E8E" w14:textId="77777777" w:rsidTr="004C3C78">
        <w:trPr>
          <w:cantSplit/>
          <w:jc w:val="center"/>
        </w:trPr>
        <w:tc>
          <w:tcPr>
            <w:tcW w:w="3685" w:type="dxa"/>
            <w:shd w:val="clear" w:color="auto" w:fill="FAFAFA"/>
            <w:tcMar>
              <w:top w:w="60" w:type="dxa"/>
              <w:left w:w="80" w:type="dxa"/>
              <w:bottom w:w="60" w:type="dxa"/>
              <w:right w:w="80" w:type="dxa"/>
            </w:tcMar>
          </w:tcPr>
          <w:p w14:paraId="324AC1D5" w14:textId="52A74DA0" w:rsidR="005E06B4" w:rsidRPr="005E06B4" w:rsidRDefault="005E06B4" w:rsidP="005E06B4">
            <w:pPr>
              <w:spacing w:after="0"/>
              <w:rPr>
                <w:rFonts w:ascii="Aptos" w:hAnsi="Aptos"/>
                <w:color w:val="222222"/>
                <w:sz w:val="14"/>
                <w:szCs w:val="14"/>
              </w:rPr>
            </w:pPr>
            <w:r w:rsidRPr="005E06B4">
              <w:rPr>
                <w:rFonts w:ascii="Aptos" w:hAnsi="Aptos"/>
                <w:sz w:val="14"/>
                <w:szCs w:val="14"/>
              </w:rPr>
              <w:t xml:space="preserve">Sometimes </w:t>
            </w:r>
            <w:r w:rsidRPr="005E06B4">
              <w:rPr>
                <w:rFonts w:ascii="Aptos" w:hAnsi="Aptos"/>
                <w:b/>
                <w:bCs/>
                <w:sz w:val="14"/>
                <w:szCs w:val="14"/>
              </w:rPr>
              <w:t>collaborates with colleagues.</w:t>
            </w:r>
          </w:p>
        </w:tc>
        <w:tc>
          <w:tcPr>
            <w:tcW w:w="3685" w:type="dxa"/>
            <w:tcBorders>
              <w:right w:val="single" w:sz="12" w:space="0" w:color="auto"/>
            </w:tcBorders>
            <w:shd w:val="clear" w:color="auto" w:fill="FAFAFA"/>
            <w:tcMar>
              <w:top w:w="60" w:type="dxa"/>
              <w:left w:w="80" w:type="dxa"/>
              <w:bottom w:w="60" w:type="dxa"/>
              <w:right w:w="80" w:type="dxa"/>
            </w:tcMar>
          </w:tcPr>
          <w:p w14:paraId="78FAE117" w14:textId="7759DBB9" w:rsidR="005E06B4" w:rsidRPr="005E06B4" w:rsidRDefault="005E06B4" w:rsidP="005E06B4">
            <w:pPr>
              <w:spacing w:after="0"/>
              <w:rPr>
                <w:rFonts w:ascii="Aptos" w:hAnsi="Aptos"/>
                <w:color w:val="222222"/>
                <w:sz w:val="14"/>
                <w:szCs w:val="14"/>
              </w:rPr>
            </w:pPr>
            <w:r w:rsidRPr="005E06B4">
              <w:rPr>
                <w:rFonts w:ascii="Aptos" w:hAnsi="Aptos"/>
                <w:sz w:val="14"/>
                <w:szCs w:val="14"/>
              </w:rPr>
              <w:t>Regularly collaborates with colleagues.</w:t>
            </w:r>
          </w:p>
        </w:tc>
        <w:tc>
          <w:tcPr>
            <w:tcW w:w="3685" w:type="dxa"/>
            <w:tcBorders>
              <w:left w:val="single" w:sz="12" w:space="0" w:color="auto"/>
            </w:tcBorders>
            <w:shd w:val="clear" w:color="auto" w:fill="FAFAFA"/>
            <w:tcMar>
              <w:top w:w="60" w:type="dxa"/>
              <w:left w:w="80" w:type="dxa"/>
              <w:bottom w:w="60" w:type="dxa"/>
              <w:right w:w="80" w:type="dxa"/>
            </w:tcMar>
          </w:tcPr>
          <w:p w14:paraId="4B9A31F5" w14:textId="4D4F37ED" w:rsidR="005E06B4" w:rsidRPr="005E06B4" w:rsidRDefault="005E06B4" w:rsidP="005E06B4">
            <w:pPr>
              <w:spacing w:after="0"/>
              <w:rPr>
                <w:rFonts w:ascii="Aptos" w:hAnsi="Aptos"/>
                <w:color w:val="222222"/>
                <w:sz w:val="14"/>
                <w:szCs w:val="14"/>
              </w:rPr>
            </w:pPr>
            <w:r w:rsidRPr="005E06B4">
              <w:rPr>
                <w:rFonts w:ascii="Aptos" w:hAnsi="Aptos"/>
                <w:sz w:val="14"/>
                <w:szCs w:val="14"/>
              </w:rPr>
              <w:t xml:space="preserve">Consistently and proactively collaborates with colleagues. </w:t>
            </w:r>
          </w:p>
        </w:tc>
      </w:tr>
    </w:tbl>
    <w:p w14:paraId="75816900" w14:textId="77777777" w:rsidR="00191D4A" w:rsidRDefault="00191D4A">
      <w:pPr>
        <w:spacing w:after="120"/>
        <w:rPr>
          <w:rFonts w:ascii="Aptos" w:hAnsi="Aptos"/>
          <w:b/>
          <w:color w:val="006666"/>
          <w:sz w:val="16"/>
        </w:rPr>
      </w:pP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9371"/>
      </w:tblGrid>
      <w:tr w:rsidR="005E06B4" w:rsidRPr="00B2123C" w14:paraId="6270D239" w14:textId="77777777" w:rsidTr="00734B87">
        <w:trPr>
          <w:tblHeader/>
          <w:jc w:val="center"/>
        </w:trPr>
        <w:tc>
          <w:tcPr>
            <w:tcW w:w="0" w:type="auto"/>
            <w:tcBorders>
              <w:bottom w:val="single" w:sz="4" w:space="0" w:color="D3D3D3"/>
            </w:tcBorders>
            <w:shd w:val="clear" w:color="auto" w:fill="1B365D"/>
            <w:tcMar>
              <w:top w:w="80" w:type="dxa"/>
              <w:left w:w="80" w:type="dxa"/>
              <w:bottom w:w="80" w:type="dxa"/>
              <w:right w:w="80" w:type="dxa"/>
            </w:tcMar>
          </w:tcPr>
          <w:p w14:paraId="4CFEB4F4" w14:textId="0F737D59" w:rsidR="005E06B4" w:rsidRPr="005E06B4" w:rsidRDefault="005E06B4" w:rsidP="005E06B4">
            <w:pPr>
              <w:spacing w:before="60" w:after="160"/>
              <w:rPr>
                <w:rFonts w:ascii="Aptos" w:hAnsi="Aptos"/>
                <w:i/>
                <w:color w:val="FAFAFA"/>
                <w:sz w:val="16"/>
              </w:rPr>
            </w:pPr>
            <w:r w:rsidRPr="005E06B4">
              <w:rPr>
                <w:rFonts w:ascii="Aptos" w:hAnsi="Aptos"/>
                <w:b/>
                <w:color w:val="FAFAFA"/>
                <w:sz w:val="16"/>
              </w:rPr>
              <w:t xml:space="preserve">At the end of the programme, this section contributes towards: </w:t>
            </w:r>
            <w:r w:rsidRPr="005E06B4">
              <w:rPr>
                <w:rFonts w:ascii="Aptos" w:hAnsi="Aptos"/>
                <w:i/>
                <w:color w:val="FAFAFA"/>
                <w:sz w:val="16"/>
              </w:rPr>
              <w:t>TS8 (Fulfil Wider Professional Responsibilities)</w:t>
            </w:r>
          </w:p>
        </w:tc>
      </w:tr>
      <w:tr w:rsidR="005E06B4" w:rsidRPr="00B2123C" w14:paraId="475C6193" w14:textId="77777777" w:rsidTr="00734B87">
        <w:trPr>
          <w:cantSplit/>
          <w:jc w:val="center"/>
        </w:trPr>
        <w:tc>
          <w:tcPr>
            <w:tcW w:w="0" w:type="auto"/>
            <w:shd w:val="clear" w:color="auto" w:fill="FAFAFA"/>
            <w:tcMar>
              <w:top w:w="60" w:type="dxa"/>
              <w:left w:w="80" w:type="dxa"/>
              <w:bottom w:w="60" w:type="dxa"/>
              <w:right w:w="80" w:type="dxa"/>
            </w:tcMar>
          </w:tcPr>
          <w:p w14:paraId="5C46B824" w14:textId="03A3A596" w:rsidR="00EA00D5" w:rsidRDefault="00EA00D5" w:rsidP="00EA00D5">
            <w:pPr>
              <w:pStyle w:val="Titlebullet"/>
              <w:spacing w:before="0" w:after="0"/>
              <w:ind w:left="0" w:firstLine="0"/>
              <w:rPr>
                <w:sz w:val="16"/>
                <w:szCs w:val="16"/>
              </w:rPr>
            </w:pPr>
            <w:r>
              <w:rPr>
                <w:rFonts w:ascii="Aptos" w:hAnsi="Aptos"/>
                <w:sz w:val="14"/>
                <w:szCs w:val="14"/>
              </w:rPr>
              <w:t>TS8: Fulfil wider professional responsibilities</w:t>
            </w:r>
          </w:p>
          <w:p w14:paraId="18FCF150" w14:textId="232EFA58" w:rsidR="00EA00D5" w:rsidRPr="00EA00D5" w:rsidRDefault="00EA00D5" w:rsidP="00734B87">
            <w:pPr>
              <w:pStyle w:val="Titlebullet"/>
              <w:numPr>
                <w:ilvl w:val="0"/>
                <w:numId w:val="19"/>
              </w:numPr>
              <w:spacing w:before="0"/>
              <w:rPr>
                <w:rFonts w:ascii="Aptos" w:hAnsi="Aptos"/>
                <w:sz w:val="14"/>
                <w:szCs w:val="14"/>
              </w:rPr>
            </w:pPr>
            <w:r w:rsidRPr="00EA00D5">
              <w:rPr>
                <w:rFonts w:ascii="Aptos" w:hAnsi="Aptos"/>
                <w:sz w:val="14"/>
                <w:szCs w:val="14"/>
              </w:rPr>
              <w:t xml:space="preserve">make a positive contribution to the wider life and ethos of the school </w:t>
            </w:r>
          </w:p>
          <w:p w14:paraId="3AC25AE9" w14:textId="77777777" w:rsidR="00EA00D5" w:rsidRPr="00EA00D5" w:rsidRDefault="00EA00D5" w:rsidP="00734B87">
            <w:pPr>
              <w:pStyle w:val="Titlebullet"/>
              <w:numPr>
                <w:ilvl w:val="0"/>
                <w:numId w:val="19"/>
              </w:numPr>
              <w:rPr>
                <w:rFonts w:ascii="Aptos" w:hAnsi="Aptos"/>
                <w:sz w:val="14"/>
                <w:szCs w:val="14"/>
              </w:rPr>
            </w:pPr>
            <w:r w:rsidRPr="00EA00D5">
              <w:rPr>
                <w:rFonts w:ascii="Aptos" w:hAnsi="Aptos"/>
                <w:sz w:val="14"/>
                <w:szCs w:val="14"/>
              </w:rPr>
              <w:t xml:space="preserve">develop effective professional relationships with colleagues, knowing how and when to draw on advice and specialist support </w:t>
            </w:r>
          </w:p>
          <w:p w14:paraId="4D26761C" w14:textId="77777777" w:rsidR="00EA00D5" w:rsidRPr="00EA00D5" w:rsidRDefault="00EA00D5" w:rsidP="00734B87">
            <w:pPr>
              <w:pStyle w:val="Titlebullet"/>
              <w:numPr>
                <w:ilvl w:val="0"/>
                <w:numId w:val="19"/>
              </w:numPr>
              <w:rPr>
                <w:rFonts w:ascii="Aptos" w:hAnsi="Aptos"/>
                <w:sz w:val="14"/>
                <w:szCs w:val="14"/>
              </w:rPr>
            </w:pPr>
            <w:r w:rsidRPr="00EA00D5">
              <w:rPr>
                <w:rFonts w:ascii="Aptos" w:hAnsi="Aptos"/>
                <w:sz w:val="14"/>
                <w:szCs w:val="14"/>
              </w:rPr>
              <w:t xml:space="preserve">deploy support staff effectively </w:t>
            </w:r>
          </w:p>
          <w:p w14:paraId="0EEBF5AF" w14:textId="77777777" w:rsidR="00EA00D5" w:rsidRPr="00EA00D5" w:rsidRDefault="00EA00D5" w:rsidP="00734B87">
            <w:pPr>
              <w:pStyle w:val="Titlebullet"/>
              <w:numPr>
                <w:ilvl w:val="0"/>
                <w:numId w:val="19"/>
              </w:numPr>
              <w:rPr>
                <w:rFonts w:ascii="Aptos" w:hAnsi="Aptos"/>
                <w:sz w:val="14"/>
                <w:szCs w:val="14"/>
              </w:rPr>
            </w:pPr>
            <w:r w:rsidRPr="00EA00D5">
              <w:rPr>
                <w:rFonts w:ascii="Aptos" w:hAnsi="Aptos"/>
                <w:sz w:val="14"/>
                <w:szCs w:val="14"/>
              </w:rPr>
              <w:t xml:space="preserve">take responsibility for improving teaching through appropriate professional development, responding to advice and feedback from colleagues </w:t>
            </w:r>
          </w:p>
          <w:p w14:paraId="5FE3F5DF" w14:textId="3504A99F" w:rsidR="005E06B4" w:rsidRPr="00EA00D5" w:rsidRDefault="00EA00D5" w:rsidP="00734B87">
            <w:pPr>
              <w:pStyle w:val="Titlebullet"/>
              <w:numPr>
                <w:ilvl w:val="0"/>
                <w:numId w:val="19"/>
              </w:numPr>
              <w:rPr>
                <w:sz w:val="16"/>
                <w:szCs w:val="16"/>
              </w:rPr>
            </w:pPr>
            <w:r w:rsidRPr="00EA00D5">
              <w:rPr>
                <w:rFonts w:ascii="Aptos" w:hAnsi="Aptos"/>
                <w:sz w:val="14"/>
                <w:szCs w:val="14"/>
              </w:rPr>
              <w:t>communicate effectively with parents with regard to pupils’ achievements and well-being</w:t>
            </w:r>
          </w:p>
        </w:tc>
      </w:tr>
    </w:tbl>
    <w:p w14:paraId="71D4E964" w14:textId="77777777" w:rsidR="00B2123C" w:rsidRDefault="00B2123C">
      <w:pPr>
        <w:spacing w:after="120"/>
        <w:rPr>
          <w:rFonts w:ascii="Aptos" w:hAnsi="Aptos"/>
        </w:rPr>
      </w:pPr>
    </w:p>
    <w:p w14:paraId="036DA9F3" w14:textId="77777777" w:rsidR="00B2123C" w:rsidRDefault="00B2123C">
      <w:pPr>
        <w:spacing w:after="120"/>
        <w:rPr>
          <w:rFonts w:ascii="Aptos" w:hAnsi="Aptos"/>
        </w:rPr>
      </w:pPr>
    </w:p>
    <w:p w14:paraId="044216E2" w14:textId="77777777" w:rsidR="00B2123C" w:rsidRDefault="00B2123C">
      <w:pPr>
        <w:spacing w:after="120"/>
        <w:rPr>
          <w:rFonts w:ascii="Aptos" w:hAnsi="Aptos"/>
        </w:rPr>
      </w:pPr>
    </w:p>
    <w:p w14:paraId="7210C2C9" w14:textId="77777777" w:rsidR="00B2123C" w:rsidRPr="00B2123C" w:rsidRDefault="00B2123C">
      <w:pPr>
        <w:spacing w:after="120"/>
        <w:rPr>
          <w:rFonts w:ascii="Aptos" w:hAnsi="Aptos"/>
        </w:rPr>
      </w:pPr>
    </w:p>
    <w:p w14:paraId="72F58D40" w14:textId="77777777" w:rsidR="001D104C" w:rsidRDefault="001D104C">
      <w:pPr>
        <w:rPr>
          <w:rFonts w:ascii="Aptos" w:hAnsi="Aptos"/>
          <w:b/>
          <w:color w:val="1B365D"/>
          <w:sz w:val="24"/>
        </w:rPr>
      </w:pPr>
      <w:r>
        <w:rPr>
          <w:rFonts w:ascii="Aptos" w:hAnsi="Aptos"/>
          <w:b/>
          <w:color w:val="1B365D"/>
          <w:sz w:val="24"/>
        </w:rPr>
        <w:br w:type="page"/>
      </w:r>
    </w:p>
    <w:p w14:paraId="00A60DFB" w14:textId="5A6F17EC" w:rsidR="00191D4A" w:rsidRDefault="007A71C5">
      <w:pPr>
        <w:spacing w:before="200" w:after="80"/>
        <w:rPr>
          <w:rFonts w:ascii="Aptos" w:hAnsi="Aptos"/>
          <w:b/>
          <w:color w:val="1B365D"/>
          <w:sz w:val="24"/>
        </w:rPr>
      </w:pPr>
      <w:r w:rsidRPr="00B2123C">
        <w:rPr>
          <w:rFonts w:ascii="Aptos" w:hAnsi="Aptos"/>
          <w:b/>
          <w:color w:val="1B365D"/>
          <w:sz w:val="24"/>
        </w:rPr>
        <w:t>Part Two: Personal and Professional Conduct</w:t>
      </w:r>
    </w:p>
    <w:p w14:paraId="5E1DAEF8" w14:textId="77777777" w:rsidR="008668AE" w:rsidRPr="008668AE" w:rsidRDefault="008668AE" w:rsidP="008668AE">
      <w:pPr>
        <w:rPr>
          <w:rFonts w:ascii="Aptos" w:hAnsi="Aptos"/>
        </w:rPr>
      </w:pPr>
      <w:r w:rsidRPr="008668AE">
        <w:rPr>
          <w:rFonts w:ascii="Aptos" w:hAnsi="Aptos"/>
        </w:rPr>
        <w:t xml:space="preserve">A teacher is expected to demonstrate consistently high standards of personal and professional conduct. Teachers uphold public trust in the professional and maintain high standards of ethics and behaviour, within and outside of school. </w:t>
      </w:r>
    </w:p>
    <w:p w14:paraId="0B00CB22" w14:textId="7C9DA7CB" w:rsidR="001D104C" w:rsidRPr="00B2123C" w:rsidRDefault="008668AE" w:rsidP="00662235">
      <w:pPr>
        <w:rPr>
          <w:rFonts w:ascii="Aptos" w:hAnsi="Aptos"/>
        </w:rPr>
      </w:pPr>
      <w:r w:rsidRPr="008668AE">
        <w:rPr>
          <w:rFonts w:ascii="Aptos" w:hAnsi="Aptos"/>
        </w:rPr>
        <w:t>The following statements define the behaviour and attitudes which set the required standard for conduct throughout a teacher’s career.</w:t>
      </w:r>
    </w:p>
    <w:tbl>
      <w:tblPr>
        <w:tblW w:w="10998" w:type="dxa"/>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5499"/>
        <w:gridCol w:w="5499"/>
      </w:tblGrid>
      <w:tr w:rsidR="00191D4A" w:rsidRPr="00B2123C" w14:paraId="3035EC30" w14:textId="77777777" w:rsidTr="005764D8">
        <w:trPr>
          <w:tblHeader/>
          <w:jc w:val="center"/>
        </w:trPr>
        <w:tc>
          <w:tcPr>
            <w:tcW w:w="5499" w:type="dxa"/>
            <w:shd w:val="clear" w:color="auto" w:fill="1B365D"/>
            <w:tcMar>
              <w:top w:w="80" w:type="dxa"/>
              <w:left w:w="80" w:type="dxa"/>
              <w:bottom w:w="80" w:type="dxa"/>
              <w:right w:w="80" w:type="dxa"/>
            </w:tcMar>
          </w:tcPr>
          <w:p w14:paraId="7D72F5BA" w14:textId="68137061" w:rsidR="00191D4A" w:rsidRPr="00B2123C" w:rsidRDefault="007A71C5">
            <w:pPr>
              <w:spacing w:after="0"/>
              <w:rPr>
                <w:rFonts w:ascii="Aptos" w:hAnsi="Aptos"/>
              </w:rPr>
            </w:pPr>
            <w:r w:rsidRPr="00B2123C">
              <w:rPr>
                <w:rFonts w:ascii="Aptos" w:hAnsi="Aptos"/>
                <w:b/>
                <w:color w:val="FFFFFF"/>
                <w:sz w:val="18"/>
              </w:rPr>
              <w:t>Professional Conduct Descriptors</w:t>
            </w:r>
            <w:r w:rsidR="008668AE">
              <w:rPr>
                <w:rFonts w:ascii="Aptos" w:hAnsi="Aptos"/>
                <w:b/>
                <w:color w:val="FFFFFF"/>
                <w:sz w:val="18"/>
              </w:rPr>
              <w:t xml:space="preserve"> (highlight those which are assessed to be at the required professional level)</w:t>
            </w:r>
          </w:p>
        </w:tc>
        <w:tc>
          <w:tcPr>
            <w:tcW w:w="5499" w:type="dxa"/>
            <w:shd w:val="clear" w:color="auto" w:fill="1B365D"/>
            <w:tcMar>
              <w:top w:w="80" w:type="dxa"/>
              <w:left w:w="80" w:type="dxa"/>
              <w:bottom w:w="80" w:type="dxa"/>
              <w:right w:w="80" w:type="dxa"/>
            </w:tcMar>
          </w:tcPr>
          <w:p w14:paraId="3E49CC78" w14:textId="3D7CA199" w:rsidR="00191D4A" w:rsidRPr="00B2123C" w:rsidRDefault="007A71C5">
            <w:pPr>
              <w:spacing w:after="0"/>
              <w:rPr>
                <w:rFonts w:ascii="Aptos" w:hAnsi="Aptos"/>
              </w:rPr>
            </w:pPr>
            <w:r w:rsidRPr="00B2123C">
              <w:rPr>
                <w:rFonts w:ascii="Aptos" w:hAnsi="Aptos"/>
                <w:b/>
                <w:color w:val="FFFFFF"/>
                <w:sz w:val="18"/>
              </w:rPr>
              <w:t>Key Questions Supporting Assessment Judgement</w:t>
            </w:r>
            <w:r w:rsidR="00C91BD6">
              <w:rPr>
                <w:rFonts w:ascii="Aptos" w:hAnsi="Aptos"/>
                <w:b/>
                <w:color w:val="FFFFFF"/>
                <w:sz w:val="18"/>
              </w:rPr>
              <w:t xml:space="preserve"> (taken from Part </w:t>
            </w:r>
            <w:r w:rsidR="00662235">
              <w:rPr>
                <w:rFonts w:ascii="Aptos" w:hAnsi="Aptos"/>
                <w:b/>
                <w:color w:val="FFFFFF"/>
                <w:sz w:val="18"/>
              </w:rPr>
              <w:t>2</w:t>
            </w:r>
            <w:r w:rsidR="00C91BD6">
              <w:rPr>
                <w:rFonts w:ascii="Aptos" w:hAnsi="Aptos"/>
                <w:b/>
                <w:color w:val="FFFFFF"/>
                <w:sz w:val="18"/>
              </w:rPr>
              <w:t xml:space="preserve"> of the Teachers’ Standards)</w:t>
            </w:r>
          </w:p>
        </w:tc>
      </w:tr>
      <w:tr w:rsidR="00191D4A" w:rsidRPr="00B2123C" w14:paraId="2DE72F7E" w14:textId="77777777" w:rsidTr="005764D8">
        <w:trPr>
          <w:cantSplit/>
          <w:jc w:val="center"/>
        </w:trPr>
        <w:tc>
          <w:tcPr>
            <w:tcW w:w="5499" w:type="dxa"/>
            <w:shd w:val="clear" w:color="auto" w:fill="FFFFFF"/>
            <w:tcMar>
              <w:top w:w="60" w:type="dxa"/>
              <w:left w:w="80" w:type="dxa"/>
              <w:bottom w:w="60" w:type="dxa"/>
              <w:right w:w="80" w:type="dxa"/>
            </w:tcMar>
          </w:tcPr>
          <w:p w14:paraId="1FB2CA0D" w14:textId="77777777" w:rsidR="00191D4A" w:rsidRPr="00B2123C" w:rsidRDefault="007A71C5">
            <w:pPr>
              <w:spacing w:after="0"/>
              <w:rPr>
                <w:rFonts w:ascii="Aptos" w:hAnsi="Aptos"/>
              </w:rPr>
            </w:pPr>
            <w:r w:rsidRPr="00B2123C">
              <w:rPr>
                <w:rFonts w:ascii="Aptos" w:hAnsi="Aptos"/>
                <w:b/>
                <w:color w:val="1B365D"/>
                <w:sz w:val="17"/>
              </w:rPr>
              <w:t>Treats pupils with dignity, building relationships rooted in mutual respect, and observing proper boundaries.</w:t>
            </w:r>
          </w:p>
        </w:tc>
        <w:tc>
          <w:tcPr>
            <w:tcW w:w="5499" w:type="dxa"/>
            <w:shd w:val="clear" w:color="auto" w:fill="FFFFFF"/>
            <w:tcMar>
              <w:top w:w="60" w:type="dxa"/>
              <w:left w:w="80" w:type="dxa"/>
              <w:bottom w:w="60" w:type="dxa"/>
              <w:right w:w="80" w:type="dxa"/>
            </w:tcMar>
          </w:tcPr>
          <w:p w14:paraId="28FE1BAE" w14:textId="77777777" w:rsidR="00191D4A" w:rsidRPr="00B2123C" w:rsidRDefault="007A71C5">
            <w:pPr>
              <w:spacing w:after="0"/>
              <w:rPr>
                <w:rFonts w:ascii="Aptos" w:hAnsi="Aptos"/>
              </w:rPr>
            </w:pPr>
            <w:r w:rsidRPr="00B2123C">
              <w:rPr>
                <w:rFonts w:ascii="Aptos" w:hAnsi="Aptos"/>
                <w:color w:val="222222"/>
                <w:sz w:val="17"/>
              </w:rPr>
              <w:t>• Commitment to upholding high standards of the teaching profession within/outside school?</w:t>
            </w:r>
          </w:p>
          <w:p w14:paraId="3778BC93" w14:textId="77777777" w:rsidR="00191D4A" w:rsidRPr="00B2123C" w:rsidRDefault="007A71C5">
            <w:pPr>
              <w:spacing w:before="40" w:after="0"/>
              <w:rPr>
                <w:rFonts w:ascii="Aptos" w:hAnsi="Aptos"/>
              </w:rPr>
            </w:pPr>
            <w:r w:rsidRPr="00B2123C">
              <w:rPr>
                <w:rFonts w:ascii="Aptos" w:hAnsi="Aptos"/>
                <w:color w:val="222222"/>
                <w:sz w:val="17"/>
              </w:rPr>
              <w:t>• Develops appropriate professional relationships with colleagues and pupils?</w:t>
            </w:r>
          </w:p>
        </w:tc>
      </w:tr>
      <w:tr w:rsidR="00191D4A" w:rsidRPr="00B2123C" w14:paraId="7ADD6D88" w14:textId="77777777" w:rsidTr="005764D8">
        <w:trPr>
          <w:cantSplit/>
          <w:jc w:val="center"/>
        </w:trPr>
        <w:tc>
          <w:tcPr>
            <w:tcW w:w="5499" w:type="dxa"/>
            <w:shd w:val="clear" w:color="auto" w:fill="FAFAFA"/>
            <w:tcMar>
              <w:top w:w="60" w:type="dxa"/>
              <w:left w:w="80" w:type="dxa"/>
              <w:bottom w:w="60" w:type="dxa"/>
              <w:right w:w="80" w:type="dxa"/>
            </w:tcMar>
          </w:tcPr>
          <w:p w14:paraId="1915B151" w14:textId="77777777" w:rsidR="00191D4A" w:rsidRPr="00B2123C" w:rsidRDefault="007A71C5">
            <w:pPr>
              <w:spacing w:after="0"/>
              <w:rPr>
                <w:rFonts w:ascii="Aptos" w:hAnsi="Aptos"/>
              </w:rPr>
            </w:pPr>
            <w:r w:rsidRPr="00B2123C">
              <w:rPr>
                <w:rFonts w:ascii="Aptos" w:hAnsi="Aptos"/>
                <w:b/>
                <w:color w:val="1B365D"/>
                <w:sz w:val="17"/>
              </w:rPr>
              <w:t>Has regard for the need to safeguard pupils' well-being, in accordance with statutory provisions.</w:t>
            </w:r>
          </w:p>
        </w:tc>
        <w:tc>
          <w:tcPr>
            <w:tcW w:w="5499" w:type="dxa"/>
            <w:shd w:val="clear" w:color="auto" w:fill="FAFAFA"/>
            <w:tcMar>
              <w:top w:w="60" w:type="dxa"/>
              <w:left w:w="80" w:type="dxa"/>
              <w:bottom w:w="60" w:type="dxa"/>
              <w:right w:w="80" w:type="dxa"/>
            </w:tcMar>
          </w:tcPr>
          <w:p w14:paraId="70404145" w14:textId="77777777" w:rsidR="00191D4A" w:rsidRPr="00B2123C" w:rsidRDefault="007A71C5">
            <w:pPr>
              <w:spacing w:after="0"/>
              <w:rPr>
                <w:rFonts w:ascii="Aptos" w:hAnsi="Aptos"/>
              </w:rPr>
            </w:pPr>
            <w:r w:rsidRPr="00B2123C">
              <w:rPr>
                <w:rFonts w:ascii="Aptos" w:hAnsi="Aptos"/>
                <w:color w:val="222222"/>
                <w:sz w:val="17"/>
              </w:rPr>
              <w:t>• Able to safeguard pupils' well-being in accordance with statutory provision?</w:t>
            </w:r>
          </w:p>
          <w:p w14:paraId="6C14F3E4" w14:textId="77777777" w:rsidR="00191D4A" w:rsidRPr="00B2123C" w:rsidRDefault="007A71C5">
            <w:pPr>
              <w:spacing w:before="40" w:after="0"/>
              <w:rPr>
                <w:rFonts w:ascii="Aptos" w:hAnsi="Aptos"/>
              </w:rPr>
            </w:pPr>
            <w:r w:rsidRPr="00B2123C">
              <w:rPr>
                <w:rFonts w:ascii="Aptos" w:hAnsi="Aptos"/>
                <w:color w:val="222222"/>
                <w:sz w:val="17"/>
              </w:rPr>
              <w:t>• Received relevant training in child protection / safeguarding and can articulate reporting policy?</w:t>
            </w:r>
          </w:p>
        </w:tc>
      </w:tr>
      <w:tr w:rsidR="00191D4A" w:rsidRPr="00B2123C" w14:paraId="70DFDF2E" w14:textId="77777777" w:rsidTr="005764D8">
        <w:trPr>
          <w:cantSplit/>
          <w:jc w:val="center"/>
        </w:trPr>
        <w:tc>
          <w:tcPr>
            <w:tcW w:w="5499" w:type="dxa"/>
            <w:shd w:val="clear" w:color="auto" w:fill="FFFFFF"/>
            <w:tcMar>
              <w:top w:w="60" w:type="dxa"/>
              <w:left w:w="80" w:type="dxa"/>
              <w:bottom w:w="60" w:type="dxa"/>
              <w:right w:w="80" w:type="dxa"/>
            </w:tcMar>
          </w:tcPr>
          <w:p w14:paraId="1BBFF66A" w14:textId="77777777" w:rsidR="00191D4A" w:rsidRPr="00B2123C" w:rsidRDefault="007A71C5">
            <w:pPr>
              <w:spacing w:after="0"/>
              <w:rPr>
                <w:rFonts w:ascii="Aptos" w:hAnsi="Aptos"/>
              </w:rPr>
            </w:pPr>
            <w:r w:rsidRPr="00B2123C">
              <w:rPr>
                <w:rFonts w:ascii="Aptos" w:hAnsi="Aptos"/>
                <w:b/>
                <w:color w:val="1B365D"/>
                <w:sz w:val="17"/>
              </w:rPr>
              <w:t>Shows tolerance of and respect for the rights of others.</w:t>
            </w:r>
          </w:p>
        </w:tc>
        <w:tc>
          <w:tcPr>
            <w:tcW w:w="5499" w:type="dxa"/>
            <w:shd w:val="clear" w:color="auto" w:fill="FFFFFF"/>
            <w:tcMar>
              <w:top w:w="60" w:type="dxa"/>
              <w:left w:w="80" w:type="dxa"/>
              <w:bottom w:w="60" w:type="dxa"/>
              <w:right w:w="80" w:type="dxa"/>
            </w:tcMar>
          </w:tcPr>
          <w:p w14:paraId="2E5D0BAA" w14:textId="77777777" w:rsidR="00191D4A" w:rsidRPr="00B2123C" w:rsidRDefault="007A71C5">
            <w:pPr>
              <w:spacing w:after="0"/>
              <w:rPr>
                <w:rFonts w:ascii="Aptos" w:hAnsi="Aptos"/>
              </w:rPr>
            </w:pPr>
            <w:r w:rsidRPr="00B2123C">
              <w:rPr>
                <w:rFonts w:ascii="Aptos" w:hAnsi="Aptos"/>
                <w:color w:val="222222"/>
                <w:sz w:val="17"/>
              </w:rPr>
              <w:t>• Understands the challenges of teaching in a diverse society?</w:t>
            </w:r>
          </w:p>
          <w:p w14:paraId="4295335A" w14:textId="77777777" w:rsidR="00191D4A" w:rsidRPr="00B2123C" w:rsidRDefault="007A71C5">
            <w:pPr>
              <w:spacing w:before="40" w:after="0"/>
              <w:rPr>
                <w:rFonts w:ascii="Aptos" w:hAnsi="Aptos"/>
              </w:rPr>
            </w:pPr>
            <w:r w:rsidRPr="00B2123C">
              <w:rPr>
                <w:rFonts w:ascii="Aptos" w:hAnsi="Aptos"/>
                <w:color w:val="222222"/>
                <w:sz w:val="17"/>
              </w:rPr>
              <w:t>• Displays high standards of personal/professional behaviour inside/outside school?</w:t>
            </w:r>
          </w:p>
        </w:tc>
      </w:tr>
      <w:tr w:rsidR="00191D4A" w:rsidRPr="00B2123C" w14:paraId="38ACCCAA" w14:textId="77777777" w:rsidTr="005764D8">
        <w:trPr>
          <w:cantSplit/>
          <w:jc w:val="center"/>
        </w:trPr>
        <w:tc>
          <w:tcPr>
            <w:tcW w:w="5499" w:type="dxa"/>
            <w:shd w:val="clear" w:color="auto" w:fill="FAFAFA"/>
            <w:tcMar>
              <w:top w:w="60" w:type="dxa"/>
              <w:left w:w="80" w:type="dxa"/>
              <w:bottom w:w="60" w:type="dxa"/>
              <w:right w:w="80" w:type="dxa"/>
            </w:tcMar>
          </w:tcPr>
          <w:p w14:paraId="5781DF98" w14:textId="77777777" w:rsidR="00191D4A" w:rsidRPr="00B2123C" w:rsidRDefault="007A71C5">
            <w:pPr>
              <w:spacing w:after="0"/>
              <w:rPr>
                <w:rFonts w:ascii="Aptos" w:hAnsi="Aptos"/>
              </w:rPr>
            </w:pPr>
            <w:r w:rsidRPr="00B2123C">
              <w:rPr>
                <w:rFonts w:ascii="Aptos" w:hAnsi="Aptos"/>
                <w:b/>
                <w:color w:val="1B365D"/>
                <w:sz w:val="17"/>
              </w:rPr>
              <w:t>Does not undermine fundamental British values, including democracy, the rule of law, individual liberty, and mutual respect.</w:t>
            </w:r>
          </w:p>
        </w:tc>
        <w:tc>
          <w:tcPr>
            <w:tcW w:w="5499" w:type="dxa"/>
            <w:shd w:val="clear" w:color="auto" w:fill="FAFAFA"/>
            <w:tcMar>
              <w:top w:w="60" w:type="dxa"/>
              <w:left w:w="80" w:type="dxa"/>
              <w:bottom w:w="60" w:type="dxa"/>
              <w:right w:w="80" w:type="dxa"/>
            </w:tcMar>
          </w:tcPr>
          <w:p w14:paraId="2C6BBC09" w14:textId="77777777" w:rsidR="00191D4A" w:rsidRPr="00B2123C" w:rsidRDefault="007A71C5">
            <w:pPr>
              <w:spacing w:after="0"/>
              <w:rPr>
                <w:rFonts w:ascii="Aptos" w:hAnsi="Aptos"/>
              </w:rPr>
            </w:pPr>
            <w:r w:rsidRPr="00B2123C">
              <w:rPr>
                <w:rFonts w:ascii="Aptos" w:hAnsi="Aptos"/>
                <w:color w:val="222222"/>
                <w:sz w:val="17"/>
              </w:rPr>
              <w:t>• Promotes understanding of social/cultural diversity, tolerance, and respect for fundamental British values?</w:t>
            </w:r>
          </w:p>
          <w:p w14:paraId="1EDF64DF" w14:textId="77777777" w:rsidR="00F97285" w:rsidRDefault="007A71C5" w:rsidP="00F97285">
            <w:pPr>
              <w:spacing w:before="40" w:after="0"/>
              <w:rPr>
                <w:rFonts w:ascii="Aptos" w:hAnsi="Aptos"/>
                <w:color w:val="222222"/>
                <w:sz w:val="17"/>
              </w:rPr>
            </w:pPr>
            <w:r w:rsidRPr="00B2123C">
              <w:rPr>
                <w:rFonts w:ascii="Aptos" w:hAnsi="Aptos"/>
                <w:color w:val="222222"/>
                <w:sz w:val="17"/>
              </w:rPr>
              <w:t>• Aware of the 'Prevent' strategy and its implications?</w:t>
            </w:r>
          </w:p>
          <w:p w14:paraId="3C197BBD" w14:textId="163CB106" w:rsidR="00F97285" w:rsidRPr="00B2123C" w:rsidRDefault="00F97285" w:rsidP="00F97285">
            <w:pPr>
              <w:spacing w:before="40" w:after="0"/>
              <w:rPr>
                <w:rFonts w:ascii="Aptos" w:hAnsi="Aptos"/>
              </w:rPr>
            </w:pPr>
            <w:r w:rsidRPr="00B2123C">
              <w:rPr>
                <w:rFonts w:ascii="Aptos" w:hAnsi="Aptos"/>
                <w:color w:val="222222"/>
                <w:sz w:val="17"/>
              </w:rPr>
              <w:t xml:space="preserve">• </w:t>
            </w:r>
            <w:r w:rsidRPr="00F97285">
              <w:rPr>
                <w:rFonts w:ascii="Aptos" w:hAnsi="Aptos"/>
                <w:sz w:val="17"/>
                <w:szCs w:val="17"/>
              </w:rPr>
              <w:t>Understand the responsibility teachers hold in relation to the expressions of personal beliefs and the impact these could have on pupils and their consequent actions?</w:t>
            </w:r>
          </w:p>
        </w:tc>
      </w:tr>
      <w:tr w:rsidR="00191D4A" w:rsidRPr="00B2123C" w14:paraId="015D6F4A" w14:textId="77777777" w:rsidTr="005764D8">
        <w:trPr>
          <w:cantSplit/>
          <w:jc w:val="center"/>
        </w:trPr>
        <w:tc>
          <w:tcPr>
            <w:tcW w:w="5499" w:type="dxa"/>
            <w:shd w:val="clear" w:color="auto" w:fill="FFFFFF"/>
            <w:tcMar>
              <w:top w:w="60" w:type="dxa"/>
              <w:left w:w="80" w:type="dxa"/>
              <w:bottom w:w="60" w:type="dxa"/>
              <w:right w:w="80" w:type="dxa"/>
            </w:tcMar>
          </w:tcPr>
          <w:p w14:paraId="583468C7" w14:textId="77777777" w:rsidR="00191D4A" w:rsidRPr="00B2123C" w:rsidRDefault="007A71C5">
            <w:pPr>
              <w:spacing w:after="0"/>
              <w:rPr>
                <w:rFonts w:ascii="Aptos" w:hAnsi="Aptos"/>
              </w:rPr>
            </w:pPr>
            <w:r w:rsidRPr="00B2123C">
              <w:rPr>
                <w:rFonts w:ascii="Aptos" w:hAnsi="Aptos"/>
                <w:b/>
                <w:color w:val="1B365D"/>
                <w:sz w:val="17"/>
              </w:rPr>
              <w:t>Has proper and professional regard for the ethos, policies, and practices of the school, maintaining high attendance and punctuality.</w:t>
            </w:r>
          </w:p>
        </w:tc>
        <w:tc>
          <w:tcPr>
            <w:tcW w:w="5499" w:type="dxa"/>
            <w:shd w:val="clear" w:color="auto" w:fill="FFFFFF"/>
            <w:tcMar>
              <w:top w:w="60" w:type="dxa"/>
              <w:left w:w="80" w:type="dxa"/>
              <w:bottom w:w="60" w:type="dxa"/>
              <w:right w:w="80" w:type="dxa"/>
            </w:tcMar>
          </w:tcPr>
          <w:p w14:paraId="6DA47E05" w14:textId="77777777" w:rsidR="00191D4A" w:rsidRPr="00B2123C" w:rsidRDefault="007A71C5">
            <w:pPr>
              <w:spacing w:after="0"/>
              <w:rPr>
                <w:rFonts w:ascii="Aptos" w:hAnsi="Aptos"/>
              </w:rPr>
            </w:pPr>
            <w:r w:rsidRPr="00B2123C">
              <w:rPr>
                <w:rFonts w:ascii="Aptos" w:hAnsi="Aptos"/>
                <w:color w:val="222222"/>
                <w:sz w:val="17"/>
              </w:rPr>
              <w:t>• Displays high standards of attendance and punctuality at all times?</w:t>
            </w:r>
          </w:p>
          <w:p w14:paraId="0A04A617" w14:textId="77777777" w:rsidR="004D1B2D" w:rsidRDefault="007A71C5" w:rsidP="004D1B2D">
            <w:pPr>
              <w:spacing w:before="40" w:after="0"/>
              <w:rPr>
                <w:rFonts w:ascii="Aptos" w:hAnsi="Aptos"/>
                <w:color w:val="222222"/>
                <w:sz w:val="17"/>
              </w:rPr>
            </w:pPr>
            <w:r w:rsidRPr="00B2123C">
              <w:rPr>
                <w:rFonts w:ascii="Aptos" w:hAnsi="Aptos"/>
                <w:color w:val="222222"/>
                <w:sz w:val="17"/>
              </w:rPr>
              <w:t>• Adheres to school and provider VLE/internet safety policies, including responsible social media use?</w:t>
            </w:r>
          </w:p>
          <w:p w14:paraId="5A837CF3" w14:textId="3C66890E" w:rsidR="00CD129E" w:rsidRPr="00B2123C" w:rsidRDefault="004D1B2D" w:rsidP="004D1B2D">
            <w:pPr>
              <w:spacing w:before="40" w:after="0"/>
              <w:rPr>
                <w:rFonts w:ascii="Aptos" w:hAnsi="Aptos"/>
              </w:rPr>
            </w:pPr>
            <w:r w:rsidRPr="00B2123C">
              <w:rPr>
                <w:rFonts w:ascii="Aptos" w:hAnsi="Aptos"/>
                <w:color w:val="222222"/>
                <w:sz w:val="17"/>
              </w:rPr>
              <w:t xml:space="preserve">• </w:t>
            </w:r>
            <w:r w:rsidRPr="004D1B2D">
              <w:rPr>
                <w:rFonts w:ascii="Aptos" w:hAnsi="Aptos"/>
                <w:sz w:val="17"/>
                <w:szCs w:val="17"/>
              </w:rPr>
              <w:t>understand</w:t>
            </w:r>
            <w:r>
              <w:rPr>
                <w:rFonts w:ascii="Aptos" w:hAnsi="Aptos"/>
                <w:sz w:val="17"/>
                <w:szCs w:val="17"/>
              </w:rPr>
              <w:t>s</w:t>
            </w:r>
            <w:r w:rsidRPr="004D1B2D">
              <w:rPr>
                <w:rFonts w:ascii="Aptos" w:hAnsi="Aptos"/>
                <w:sz w:val="17"/>
                <w:szCs w:val="17"/>
              </w:rPr>
              <w:t xml:space="preserve"> and appli</w:t>
            </w:r>
            <w:r>
              <w:rPr>
                <w:rFonts w:ascii="Aptos" w:hAnsi="Aptos"/>
                <w:sz w:val="17"/>
                <w:szCs w:val="17"/>
              </w:rPr>
              <w:t>es</w:t>
            </w:r>
            <w:r w:rsidRPr="004D1B2D">
              <w:rPr>
                <w:rFonts w:ascii="Aptos" w:hAnsi="Aptos"/>
                <w:sz w:val="17"/>
                <w:szCs w:val="17"/>
              </w:rPr>
              <w:t xml:space="preserve"> the range of policies that support school practice and act on these in their planning, teaching and wider involvement in the life of the school?</w:t>
            </w:r>
          </w:p>
        </w:tc>
      </w:tr>
      <w:tr w:rsidR="00191D4A" w:rsidRPr="00B2123C" w14:paraId="729A4EA5" w14:textId="77777777" w:rsidTr="005764D8">
        <w:trPr>
          <w:cantSplit/>
          <w:jc w:val="center"/>
        </w:trPr>
        <w:tc>
          <w:tcPr>
            <w:tcW w:w="5499" w:type="dxa"/>
            <w:shd w:val="clear" w:color="auto" w:fill="FAFAFA"/>
            <w:tcMar>
              <w:top w:w="60" w:type="dxa"/>
              <w:left w:w="80" w:type="dxa"/>
              <w:bottom w:w="60" w:type="dxa"/>
              <w:right w:w="80" w:type="dxa"/>
            </w:tcMar>
          </w:tcPr>
          <w:p w14:paraId="78832AC5" w14:textId="77777777" w:rsidR="00191D4A" w:rsidRPr="00B2123C" w:rsidRDefault="007A71C5">
            <w:pPr>
              <w:spacing w:after="0"/>
              <w:rPr>
                <w:rFonts w:ascii="Aptos" w:hAnsi="Aptos"/>
              </w:rPr>
            </w:pPr>
            <w:r w:rsidRPr="00B2123C">
              <w:rPr>
                <w:rFonts w:ascii="Aptos" w:hAnsi="Aptos"/>
                <w:b/>
                <w:color w:val="1B365D"/>
                <w:sz w:val="17"/>
              </w:rPr>
              <w:t>Understands, and always acts within, the statutory frameworks setting out professional duties and responsibilities.</w:t>
            </w:r>
          </w:p>
        </w:tc>
        <w:tc>
          <w:tcPr>
            <w:tcW w:w="5499" w:type="dxa"/>
            <w:shd w:val="clear" w:color="auto" w:fill="FAFAFA"/>
            <w:tcMar>
              <w:top w:w="60" w:type="dxa"/>
              <w:left w:w="80" w:type="dxa"/>
              <w:bottom w:w="60" w:type="dxa"/>
              <w:right w:w="80" w:type="dxa"/>
            </w:tcMar>
          </w:tcPr>
          <w:p w14:paraId="5B0CACF2" w14:textId="77777777" w:rsidR="00191D4A" w:rsidRPr="00B2123C" w:rsidRDefault="007A71C5">
            <w:pPr>
              <w:spacing w:after="0"/>
              <w:rPr>
                <w:rFonts w:ascii="Aptos" w:hAnsi="Aptos"/>
              </w:rPr>
            </w:pPr>
            <w:r w:rsidRPr="00B2123C">
              <w:rPr>
                <w:rFonts w:ascii="Aptos" w:hAnsi="Aptos"/>
                <w:color w:val="222222"/>
                <w:sz w:val="17"/>
              </w:rPr>
              <w:t>• Acts in the context of professional duties in the statutory School Teachers' Pay and Conditions document?</w:t>
            </w:r>
          </w:p>
          <w:p w14:paraId="10539C27" w14:textId="77777777" w:rsidR="00191D4A" w:rsidRPr="00B2123C" w:rsidRDefault="007A71C5">
            <w:pPr>
              <w:spacing w:before="40" w:after="0"/>
              <w:rPr>
                <w:rFonts w:ascii="Aptos" w:hAnsi="Aptos"/>
              </w:rPr>
            </w:pPr>
            <w:r w:rsidRPr="00B2123C">
              <w:rPr>
                <w:rFonts w:ascii="Aptos" w:hAnsi="Aptos"/>
                <w:color w:val="222222"/>
                <w:sz w:val="17"/>
              </w:rPr>
              <w:t>• Takes appropriate responsibility for own and pupils' well-being during classroom and off-site activities?</w:t>
            </w:r>
          </w:p>
        </w:tc>
      </w:tr>
    </w:tbl>
    <w:p w14:paraId="24C7FEEA" w14:textId="77777777" w:rsidR="00815635" w:rsidRDefault="00815635"/>
    <w:sectPr w:rsidR="00815635" w:rsidSect="009B2A97">
      <w:headerReference w:type="default" r:id="rId11"/>
      <w:headerReference w:type="first" r:id="rId12"/>
      <w:pgSz w:w="11909" w:h="16834"/>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4EA2E" w14:textId="77777777" w:rsidR="007A71C5" w:rsidRDefault="007A71C5" w:rsidP="00251DAA">
      <w:pPr>
        <w:spacing w:after="0" w:line="240" w:lineRule="auto"/>
      </w:pPr>
      <w:r>
        <w:separator/>
      </w:r>
    </w:p>
  </w:endnote>
  <w:endnote w:type="continuationSeparator" w:id="0">
    <w:p w14:paraId="21C86750" w14:textId="77777777" w:rsidR="007A71C5" w:rsidRDefault="007A71C5" w:rsidP="00251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AEE6F" w14:textId="77777777" w:rsidR="007A71C5" w:rsidRDefault="007A71C5" w:rsidP="00251DAA">
      <w:pPr>
        <w:spacing w:after="0" w:line="240" w:lineRule="auto"/>
      </w:pPr>
      <w:r>
        <w:separator/>
      </w:r>
    </w:p>
  </w:footnote>
  <w:footnote w:type="continuationSeparator" w:id="0">
    <w:p w14:paraId="7CD5F02A" w14:textId="77777777" w:rsidR="007A71C5" w:rsidRDefault="007A71C5" w:rsidP="00251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E398" w14:textId="3AAC7F29" w:rsidR="00251DAA" w:rsidRDefault="00251DAA" w:rsidP="00251DA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C05C" w14:textId="11BF6F3A" w:rsidR="009B2A97" w:rsidRDefault="009B2A97" w:rsidP="009B2A97">
    <w:pPr>
      <w:pStyle w:val="Header"/>
      <w:jc w:val="right"/>
    </w:pPr>
    <w:r>
      <w:rPr>
        <w:noProof/>
      </w:rPr>
      <w:drawing>
        <wp:inline distT="0" distB="0" distL="0" distR="0" wp14:anchorId="781AB3F2" wp14:editId="33764DBD">
          <wp:extent cx="2161540" cy="487045"/>
          <wp:effectExtent l="0" t="0" r="0" b="8255"/>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1540" cy="487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AD0750"/>
    <w:multiLevelType w:val="hybridMultilevel"/>
    <w:tmpl w:val="74C66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F0BBA"/>
    <w:multiLevelType w:val="hybridMultilevel"/>
    <w:tmpl w:val="1C58BC3E"/>
    <w:lvl w:ilvl="0" w:tplc="21EA671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A1AC5"/>
    <w:multiLevelType w:val="hybridMultilevel"/>
    <w:tmpl w:val="7AE6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C62D8"/>
    <w:multiLevelType w:val="hybridMultilevel"/>
    <w:tmpl w:val="7E68F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E67E3"/>
    <w:multiLevelType w:val="hybridMultilevel"/>
    <w:tmpl w:val="7528E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E7563F"/>
    <w:multiLevelType w:val="hybridMultilevel"/>
    <w:tmpl w:val="F6CC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BA3F9E"/>
    <w:multiLevelType w:val="hybridMultilevel"/>
    <w:tmpl w:val="916A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A71E1B"/>
    <w:multiLevelType w:val="hybridMultilevel"/>
    <w:tmpl w:val="3542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C1213E"/>
    <w:multiLevelType w:val="hybridMultilevel"/>
    <w:tmpl w:val="E2D6B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84887"/>
    <w:multiLevelType w:val="hybridMultilevel"/>
    <w:tmpl w:val="5558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762229">
    <w:abstractNumId w:val="8"/>
  </w:num>
  <w:num w:numId="2" w16cid:durableId="2043902330">
    <w:abstractNumId w:val="6"/>
  </w:num>
  <w:num w:numId="3" w16cid:durableId="708380680">
    <w:abstractNumId w:val="5"/>
  </w:num>
  <w:num w:numId="4" w16cid:durableId="1941331086">
    <w:abstractNumId w:val="4"/>
  </w:num>
  <w:num w:numId="5" w16cid:durableId="49774509">
    <w:abstractNumId w:val="7"/>
  </w:num>
  <w:num w:numId="6" w16cid:durableId="1805808272">
    <w:abstractNumId w:val="3"/>
  </w:num>
  <w:num w:numId="7" w16cid:durableId="1763984575">
    <w:abstractNumId w:val="2"/>
  </w:num>
  <w:num w:numId="8" w16cid:durableId="1315181536">
    <w:abstractNumId w:val="1"/>
  </w:num>
  <w:num w:numId="9" w16cid:durableId="2046325138">
    <w:abstractNumId w:val="0"/>
  </w:num>
  <w:num w:numId="10" w16cid:durableId="688339257">
    <w:abstractNumId w:val="11"/>
  </w:num>
  <w:num w:numId="11" w16cid:durableId="882444766">
    <w:abstractNumId w:val="12"/>
  </w:num>
  <w:num w:numId="12" w16cid:durableId="1685742417">
    <w:abstractNumId w:val="17"/>
  </w:num>
  <w:num w:numId="13" w16cid:durableId="1894350153">
    <w:abstractNumId w:val="15"/>
  </w:num>
  <w:num w:numId="14" w16cid:durableId="1013652879">
    <w:abstractNumId w:val="16"/>
  </w:num>
  <w:num w:numId="15" w16cid:durableId="2080204538">
    <w:abstractNumId w:val="18"/>
  </w:num>
  <w:num w:numId="16" w16cid:durableId="1076323241">
    <w:abstractNumId w:val="9"/>
  </w:num>
  <w:num w:numId="17" w16cid:durableId="85464119">
    <w:abstractNumId w:val="14"/>
  </w:num>
  <w:num w:numId="18" w16cid:durableId="1385180675">
    <w:abstractNumId w:val="10"/>
  </w:num>
  <w:num w:numId="19" w16cid:durableId="2723279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1197"/>
    <w:rsid w:val="0015074B"/>
    <w:rsid w:val="00165825"/>
    <w:rsid w:val="001669DD"/>
    <w:rsid w:val="00191D4A"/>
    <w:rsid w:val="001A609D"/>
    <w:rsid w:val="001D104C"/>
    <w:rsid w:val="001D1B7F"/>
    <w:rsid w:val="001F6C18"/>
    <w:rsid w:val="00227E05"/>
    <w:rsid w:val="00227F45"/>
    <w:rsid w:val="00251DAA"/>
    <w:rsid w:val="002545E0"/>
    <w:rsid w:val="0029639D"/>
    <w:rsid w:val="002C7AB1"/>
    <w:rsid w:val="002F24F7"/>
    <w:rsid w:val="0031109F"/>
    <w:rsid w:val="00311A8A"/>
    <w:rsid w:val="00326F90"/>
    <w:rsid w:val="00353E4B"/>
    <w:rsid w:val="00355D98"/>
    <w:rsid w:val="003A42C7"/>
    <w:rsid w:val="003B454C"/>
    <w:rsid w:val="00487486"/>
    <w:rsid w:val="004A5DAF"/>
    <w:rsid w:val="004C353E"/>
    <w:rsid w:val="004C3C78"/>
    <w:rsid w:val="004D1B2D"/>
    <w:rsid w:val="00506DEB"/>
    <w:rsid w:val="00510883"/>
    <w:rsid w:val="00520B74"/>
    <w:rsid w:val="00560D0D"/>
    <w:rsid w:val="005764D8"/>
    <w:rsid w:val="00594624"/>
    <w:rsid w:val="005E06B4"/>
    <w:rsid w:val="00662235"/>
    <w:rsid w:val="00690CC0"/>
    <w:rsid w:val="00712B2A"/>
    <w:rsid w:val="007242BC"/>
    <w:rsid w:val="00734B87"/>
    <w:rsid w:val="00794CE0"/>
    <w:rsid w:val="007A71C5"/>
    <w:rsid w:val="007B0A48"/>
    <w:rsid w:val="007B20B0"/>
    <w:rsid w:val="007B6A97"/>
    <w:rsid w:val="00815635"/>
    <w:rsid w:val="008269F4"/>
    <w:rsid w:val="008504A6"/>
    <w:rsid w:val="00852C86"/>
    <w:rsid w:val="00865DCF"/>
    <w:rsid w:val="008668AE"/>
    <w:rsid w:val="00881594"/>
    <w:rsid w:val="00915101"/>
    <w:rsid w:val="00916570"/>
    <w:rsid w:val="00932B5C"/>
    <w:rsid w:val="009B2A97"/>
    <w:rsid w:val="009D2C96"/>
    <w:rsid w:val="009F4B87"/>
    <w:rsid w:val="00A23AAB"/>
    <w:rsid w:val="00A91590"/>
    <w:rsid w:val="00AA1D8D"/>
    <w:rsid w:val="00AA4312"/>
    <w:rsid w:val="00AC2E41"/>
    <w:rsid w:val="00AF0042"/>
    <w:rsid w:val="00AF1CBD"/>
    <w:rsid w:val="00B2123C"/>
    <w:rsid w:val="00B47730"/>
    <w:rsid w:val="00BB25C6"/>
    <w:rsid w:val="00BF56B5"/>
    <w:rsid w:val="00C018F3"/>
    <w:rsid w:val="00C91BD6"/>
    <w:rsid w:val="00CB0664"/>
    <w:rsid w:val="00CD129E"/>
    <w:rsid w:val="00D06EAE"/>
    <w:rsid w:val="00D63B2A"/>
    <w:rsid w:val="00DA290B"/>
    <w:rsid w:val="00E60869"/>
    <w:rsid w:val="00E92F4D"/>
    <w:rsid w:val="00E94F67"/>
    <w:rsid w:val="00EA00D5"/>
    <w:rsid w:val="00EA04F5"/>
    <w:rsid w:val="00EC2BFD"/>
    <w:rsid w:val="00EC61B4"/>
    <w:rsid w:val="00ED2278"/>
    <w:rsid w:val="00F97285"/>
    <w:rsid w:val="00FB3902"/>
    <w:rsid w:val="00FC693F"/>
    <w:rsid w:val="00FC6F5D"/>
    <w:rsid w:val="00FD7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13313D"/>
  <w14:defaultImageDpi w14:val="300"/>
  <w15:docId w15:val="{FADEF154-B480-419C-8BFD-69F447D3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bullet">
    <w:name w:val="Title bullet"/>
    <w:basedOn w:val="Normal"/>
    <w:uiPriority w:val="99"/>
    <w:rsid w:val="009D2C96"/>
    <w:pPr>
      <w:spacing w:before="120" w:after="120" w:line="240" w:lineRule="auto"/>
      <w:ind w:left="425" w:hanging="425"/>
      <w:contextualSpacing/>
    </w:pPr>
    <w:rPr>
      <w:rFonts w:ascii="Lucida Sans" w:eastAsia="Times New Roman" w:hAnsi="Lucida Sans" w:cs="Times New Roman"/>
      <w:color w:val="000000"/>
      <w:sz w:val="15"/>
      <w:szCs w:val="24"/>
      <w:lang w:val="en-GB"/>
    </w:rPr>
  </w:style>
  <w:style w:type="paragraph" w:customStyle="1" w:styleId="Text">
    <w:name w:val="Text"/>
    <w:qFormat/>
    <w:rsid w:val="007B0A48"/>
    <w:pPr>
      <w:tabs>
        <w:tab w:val="left" w:pos="15026"/>
      </w:tabs>
      <w:spacing w:after="0"/>
      <w:ind w:left="426" w:right="452"/>
    </w:pPr>
    <w:rPr>
      <w:rFonts w:ascii="Lucida Sans" w:hAnsi="Lucida Sans" w:cs="Lucida Sans"/>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B187E07B5CD24598F0DE2435390DA9" ma:contentTypeVersion="22" ma:contentTypeDescription="Create a new document." ma:contentTypeScope="" ma:versionID="1fa38da6d3b49fcf7180a4dd616967fa">
  <xsd:schema xmlns:xsd="http://www.w3.org/2001/XMLSchema" xmlns:xs="http://www.w3.org/2001/XMLSchema" xmlns:p="http://schemas.microsoft.com/office/2006/metadata/properties" xmlns:ns1="http://schemas.microsoft.com/sharepoint/v3" xmlns:ns2="9f8affc1-1773-451c-8f00-5d38c91816ea" xmlns:ns3="679bc0a9-d706-43ab-8d4d-431ee86bcb8b" targetNamespace="http://schemas.microsoft.com/office/2006/metadata/properties" ma:root="true" ma:fieldsID="f61bb467830ab0ef92ad4338e61a6fe3" ns1:_="" ns2:_="" ns3:_="">
    <xsd:import namespace="http://schemas.microsoft.com/sharepoint/v3"/>
    <xsd:import namespace="9f8affc1-1773-451c-8f00-5d38c91816ea"/>
    <xsd:import namespace="679bc0a9-d706-43ab-8d4d-431ee86bcb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affc1-1773-451c-8f00-5d38c9181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Eventdate" ma:index="29" nillable="true" ma:displayName="Event date" ma:format="DateOnly" ma:indexed="true" ma:internalName="Ev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9bc0a9-d706-43ab-8d4d-431ee86bcb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12ec20f-8468-4c86-bccb-5341b8e77d08}" ma:internalName="TaxCatchAll" ma:showField="CatchAllData" ma:web="679bc0a9-d706-43ab-8d4d-431ee86bc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79bc0a9-d706-43ab-8d4d-431ee86bcb8b"/>
    <Eventdate xmlns="9f8affc1-1773-451c-8f00-5d38c91816ea" xsi:nil="true"/>
    <lcf76f155ced4ddcb4097134ff3c332f xmlns="9f8affc1-1773-451c-8f00-5d38c91816e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E0953B-60BC-4156-88E8-F5AC7A858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8affc1-1773-451c-8f00-5d38c91816ea"/>
    <ds:schemaRef ds:uri="679bc0a9-d706-43ab-8d4d-431ee86bc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4D681078-385F-454B-9231-4842EE899761}">
  <ds:schemaRefs>
    <ds:schemaRef ds:uri="http://schemas.microsoft.com/office/2006/metadata/properties"/>
    <ds:schemaRef ds:uri="http://schemas.microsoft.com/office/infopath/2007/PartnerControls"/>
    <ds:schemaRef ds:uri="http://schemas.microsoft.com/sharepoint/v3"/>
    <ds:schemaRef ds:uri="679bc0a9-d706-43ab-8d4d-431ee86bcb8b"/>
    <ds:schemaRef ds:uri="9f8affc1-1773-451c-8f00-5d38c91816ea"/>
  </ds:schemaRefs>
</ds:datastoreItem>
</file>

<file path=customXml/itemProps4.xml><?xml version="1.0" encoding="utf-8"?>
<ds:datastoreItem xmlns:ds="http://schemas.openxmlformats.org/officeDocument/2006/customXml" ds:itemID="{F47C5BBA-384F-4DB3-A651-A7BEEF195C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4391</Words>
  <Characters>25035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Kathryn Broom</cp:lastModifiedBy>
  <cp:revision>2</cp:revision>
  <dcterms:created xsi:type="dcterms:W3CDTF">2026-08-04T14:47:00Z</dcterms:created>
  <dcterms:modified xsi:type="dcterms:W3CDTF">2026-08-04T14:47:00Z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0x01010031B187E07B5CD24598F0DE2435390DA9</vt:lpwstr>
  </property>
  <property fmtid="{D5CDD505-2E9C-101B-9397-08002B2CF9AE}" pid="3" name="MediaServiceImageTags">
    <vt:lpwstr/>
  </property>
</Properties>
</file>